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C3B" w:rsidRPr="00B200A9" w:rsidRDefault="004B4BFF">
      <w:pPr>
        <w:jc w:val="center"/>
        <w:rPr>
          <w:b/>
          <w:color w:val="1F4E79"/>
          <w:sz w:val="32"/>
        </w:rPr>
      </w:pPr>
      <w:r>
        <w:rPr>
          <w:b/>
          <w:color w:val="1F4E79"/>
          <w:sz w:val="32"/>
        </w:rPr>
        <w:t xml:space="preserve">BẢNG </w:t>
      </w:r>
      <w:r w:rsidR="00B200A9" w:rsidRPr="00B200A9">
        <w:rPr>
          <w:b/>
          <w:color w:val="1F4E79"/>
          <w:sz w:val="32"/>
        </w:rPr>
        <w:t xml:space="preserve">DANH MỤC MÃ QUỐC GIA, KHU VỰC ĐỊA LÝ VÀ DỊCH VỤ/MẠNG TOÀN CẦU </w:t>
      </w:r>
      <w:r w:rsidR="00B200A9">
        <w:rPr>
          <w:b/>
          <w:color w:val="1F4E79"/>
          <w:sz w:val="32"/>
        </w:rPr>
        <w:t>THEO ITU-T E.164</w:t>
      </w:r>
    </w:p>
    <w:p w:rsidR="00043C3B" w:rsidRDefault="004B4BFF">
      <w:pPr>
        <w:spacing w:after="60"/>
      </w:pPr>
      <w:r>
        <w:rPr>
          <w:b/>
        </w:rPr>
        <w:t xml:space="preserve">Thời điểm cập nhật: </w:t>
      </w:r>
      <w:r>
        <w:t xml:space="preserve">12/10/2026 (theo báo cáo ITU-T đính kèm). </w:t>
      </w:r>
      <w:r>
        <w:rPr>
          <w:b/>
        </w:rPr>
        <w:t xml:space="preserve">Số bản ghi: </w:t>
      </w:r>
      <w:r>
        <w:t>334.</w:t>
      </w:r>
    </w:p>
    <w:p w:rsidR="00043C3B" w:rsidRDefault="004B4BFF">
      <w:pPr>
        <w:spacing w:after="120"/>
      </w:pPr>
      <w:r>
        <w:rPr>
          <w:b/>
        </w:rPr>
        <w:t xml:space="preserve">Nguồn chính: </w:t>
      </w:r>
      <w:r>
        <w:t xml:space="preserve">ITU-T, E.164 Country Codes (CC) Report; </w:t>
      </w:r>
      <w:r>
        <w:rPr>
          <w:b/>
        </w:rPr>
        <w:t xml:space="preserve">ITU-T National Numbering Plans: </w:t>
      </w:r>
      <w:r>
        <w:t>https://www.itu.int/oth/T0202.aspx?parent=T0202</w:t>
      </w:r>
    </w:p>
    <w:tbl>
      <w:tblPr>
        <w:tblStyle w:val="TableGrid"/>
        <w:tblW w:w="0" w:type="auto"/>
        <w:jc w:val="center"/>
        <w:tblLayout w:type="fixed"/>
        <w:tblLook w:val="04A0" w:firstRow="1" w:lastRow="0" w:firstColumn="1" w:lastColumn="0" w:noHBand="0" w:noVBand="1"/>
      </w:tblPr>
      <w:tblGrid>
        <w:gridCol w:w="1152"/>
        <w:gridCol w:w="8064"/>
        <w:gridCol w:w="1440"/>
      </w:tblGrid>
      <w:tr w:rsidR="00043C3B">
        <w:trPr>
          <w:tblHeader/>
          <w:jc w:val="center"/>
        </w:trPr>
        <w:tc>
          <w:tcPr>
            <w:tcW w:w="1152" w:type="dxa"/>
            <w:shd w:val="clear" w:color="auto" w:fill="1F4E79"/>
            <w:vAlign w:val="center"/>
          </w:tcPr>
          <w:p w:rsidR="00043C3B" w:rsidRDefault="004B4BFF">
            <w:pPr>
              <w:jc w:val="center"/>
            </w:pPr>
            <w:r>
              <w:rPr>
                <w:b/>
                <w:color w:val="FFFFFF"/>
                <w:sz w:val="16"/>
              </w:rPr>
              <w:t>Mã E.164</w:t>
            </w:r>
          </w:p>
        </w:tc>
        <w:tc>
          <w:tcPr>
            <w:tcW w:w="8064" w:type="dxa"/>
            <w:shd w:val="clear" w:color="auto" w:fill="1F4E79"/>
            <w:vAlign w:val="center"/>
          </w:tcPr>
          <w:p w:rsidR="00043C3B" w:rsidRDefault="004B4BFF">
            <w:pPr>
              <w:jc w:val="center"/>
            </w:pPr>
            <w:r>
              <w:rPr>
                <w:b/>
                <w:color w:val="FFFFFF"/>
                <w:sz w:val="16"/>
              </w:rPr>
              <w:t>Quốc gia / khu vực địa lý / dịch vụ toàn cầu (tên theo ITU)</w:t>
            </w:r>
          </w:p>
        </w:tc>
        <w:tc>
          <w:tcPr>
            <w:tcW w:w="1440" w:type="dxa"/>
            <w:shd w:val="clear" w:color="auto" w:fill="1F4E79"/>
            <w:vAlign w:val="center"/>
          </w:tcPr>
          <w:p w:rsidR="00043C3B" w:rsidRDefault="004B4BFF">
            <w:pPr>
              <w:jc w:val="center"/>
            </w:pPr>
            <w:r>
              <w:rPr>
                <w:b/>
                <w:color w:val="FFFFFF"/>
                <w:sz w:val="16"/>
              </w:rPr>
              <w:t>Ghi chú</w:t>
            </w:r>
          </w:p>
        </w:tc>
      </w:tr>
      <w:tr w:rsidR="00043C3B">
        <w:trPr>
          <w:jc w:val="center"/>
        </w:trPr>
        <w:tc>
          <w:tcPr>
            <w:tcW w:w="1152" w:type="dxa"/>
            <w:vAlign w:val="center"/>
          </w:tcPr>
          <w:p w:rsidR="00043C3B" w:rsidRDefault="004B4BFF">
            <w:pPr>
              <w:jc w:val="center"/>
            </w:pPr>
            <w:r>
              <w:rPr>
                <w:sz w:val="15"/>
              </w:rPr>
              <w:t>0</w:t>
            </w:r>
          </w:p>
        </w:tc>
        <w:tc>
          <w:tcPr>
            <w:tcW w:w="8064" w:type="dxa"/>
            <w:vAlign w:val="center"/>
          </w:tcPr>
          <w:p w:rsidR="00043C3B" w:rsidRDefault="004B4BFF">
            <w:r>
              <w:rPr>
                <w:sz w:val="15"/>
              </w:rPr>
              <w:t>Reserved</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American Samoa</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Anguilla</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Antigua and Barbuda</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Bahamas (Commonwealth of The)</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Barbados</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Bermuda</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British Virgin Islands</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Canada</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Cayman Islands</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Dominica (Commonwealth of)</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Dominican Republic</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Grenada</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Guam</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Jamaica</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Montserrat</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Northern Mariana Islands (Commonwealth of the)</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Puerto Rico</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Saint Kitts and Nevis</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Saint Lucia</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Saint Vincent and the Grenadines</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Sint Maarten (Dutch part)</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Trinidad and Tobago</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Turks and Caicos Islands</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1</w:t>
            </w:r>
          </w:p>
        </w:tc>
        <w:tc>
          <w:tcPr>
            <w:tcW w:w="8064" w:type="dxa"/>
            <w:vAlign w:val="center"/>
          </w:tcPr>
          <w:p w:rsidR="00043C3B" w:rsidRDefault="004B4BFF">
            <w:r>
              <w:rPr>
                <w:sz w:val="15"/>
              </w:rPr>
              <w:t>United States of America</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1</w:t>
            </w:r>
          </w:p>
        </w:tc>
        <w:tc>
          <w:tcPr>
            <w:tcW w:w="8064" w:type="dxa"/>
            <w:shd w:val="clear" w:color="auto" w:fill="EAF0F6"/>
            <w:vAlign w:val="center"/>
          </w:tcPr>
          <w:p w:rsidR="00043C3B" w:rsidRDefault="004B4BFF">
            <w:r>
              <w:rPr>
                <w:sz w:val="15"/>
              </w:rPr>
              <w:t>United States Virgin Islands</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20</w:t>
            </w:r>
          </w:p>
        </w:tc>
        <w:tc>
          <w:tcPr>
            <w:tcW w:w="8064" w:type="dxa"/>
            <w:vAlign w:val="center"/>
          </w:tcPr>
          <w:p w:rsidR="00043C3B" w:rsidRDefault="004B4BFF">
            <w:r>
              <w:rPr>
                <w:sz w:val="15"/>
              </w:rPr>
              <w:t>Egypt (Arab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210</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211</w:t>
            </w:r>
          </w:p>
        </w:tc>
        <w:tc>
          <w:tcPr>
            <w:tcW w:w="8064" w:type="dxa"/>
            <w:vAlign w:val="center"/>
          </w:tcPr>
          <w:p w:rsidR="00043C3B" w:rsidRDefault="004B4BFF">
            <w:r>
              <w:rPr>
                <w:sz w:val="15"/>
              </w:rPr>
              <w:t>South Sudan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212</w:t>
            </w:r>
          </w:p>
        </w:tc>
        <w:tc>
          <w:tcPr>
            <w:tcW w:w="8064" w:type="dxa"/>
            <w:shd w:val="clear" w:color="auto" w:fill="EAF0F6"/>
            <w:vAlign w:val="center"/>
          </w:tcPr>
          <w:p w:rsidR="00043C3B" w:rsidRDefault="004B4BFF">
            <w:r>
              <w:rPr>
                <w:sz w:val="15"/>
              </w:rPr>
              <w:t>Morocco (Kingdom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213</w:t>
            </w:r>
          </w:p>
        </w:tc>
        <w:tc>
          <w:tcPr>
            <w:tcW w:w="8064" w:type="dxa"/>
            <w:vAlign w:val="center"/>
          </w:tcPr>
          <w:p w:rsidR="00043C3B" w:rsidRDefault="004B4BFF">
            <w:r>
              <w:rPr>
                <w:sz w:val="15"/>
              </w:rPr>
              <w:t>Algeria (People's Democratic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214</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215</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216</w:t>
            </w:r>
          </w:p>
        </w:tc>
        <w:tc>
          <w:tcPr>
            <w:tcW w:w="8064" w:type="dxa"/>
            <w:shd w:val="clear" w:color="auto" w:fill="EAF0F6"/>
            <w:vAlign w:val="center"/>
          </w:tcPr>
          <w:p w:rsidR="00043C3B" w:rsidRDefault="004B4BFF">
            <w:r>
              <w:rPr>
                <w:sz w:val="15"/>
              </w:rPr>
              <w:t>Tunisia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217</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218</w:t>
            </w:r>
          </w:p>
        </w:tc>
        <w:tc>
          <w:tcPr>
            <w:tcW w:w="8064" w:type="dxa"/>
            <w:shd w:val="clear" w:color="auto" w:fill="EAF0F6"/>
            <w:vAlign w:val="center"/>
          </w:tcPr>
          <w:p w:rsidR="00043C3B" w:rsidRDefault="004B4BFF">
            <w:r>
              <w:rPr>
                <w:sz w:val="15"/>
              </w:rPr>
              <w:t>Libya (State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219</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220</w:t>
            </w:r>
          </w:p>
        </w:tc>
        <w:tc>
          <w:tcPr>
            <w:tcW w:w="8064" w:type="dxa"/>
            <w:shd w:val="clear" w:color="auto" w:fill="EAF0F6"/>
            <w:vAlign w:val="center"/>
          </w:tcPr>
          <w:p w:rsidR="00043C3B" w:rsidRDefault="004B4BFF">
            <w:r>
              <w:rPr>
                <w:sz w:val="15"/>
              </w:rPr>
              <w:t>Gambia (Republic of the)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221</w:t>
            </w:r>
          </w:p>
        </w:tc>
        <w:tc>
          <w:tcPr>
            <w:tcW w:w="8064" w:type="dxa"/>
            <w:vAlign w:val="center"/>
          </w:tcPr>
          <w:p w:rsidR="00043C3B" w:rsidRDefault="004B4BFF">
            <w:r>
              <w:rPr>
                <w:sz w:val="15"/>
              </w:rPr>
              <w:t>Senegal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222</w:t>
            </w:r>
          </w:p>
        </w:tc>
        <w:tc>
          <w:tcPr>
            <w:tcW w:w="8064" w:type="dxa"/>
            <w:shd w:val="clear" w:color="auto" w:fill="EAF0F6"/>
            <w:vAlign w:val="center"/>
          </w:tcPr>
          <w:p w:rsidR="00043C3B" w:rsidRDefault="004B4BFF">
            <w:r>
              <w:rPr>
                <w:sz w:val="15"/>
              </w:rPr>
              <w:t>Mauritania (Islamic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223</w:t>
            </w:r>
          </w:p>
        </w:tc>
        <w:tc>
          <w:tcPr>
            <w:tcW w:w="8064" w:type="dxa"/>
            <w:vAlign w:val="center"/>
          </w:tcPr>
          <w:p w:rsidR="00043C3B" w:rsidRDefault="004B4BFF">
            <w:r>
              <w:rPr>
                <w:sz w:val="15"/>
              </w:rPr>
              <w:t>Mali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224</w:t>
            </w:r>
          </w:p>
        </w:tc>
        <w:tc>
          <w:tcPr>
            <w:tcW w:w="8064" w:type="dxa"/>
            <w:shd w:val="clear" w:color="auto" w:fill="EAF0F6"/>
            <w:vAlign w:val="center"/>
          </w:tcPr>
          <w:p w:rsidR="00043C3B" w:rsidRDefault="004B4BFF">
            <w:r>
              <w:rPr>
                <w:sz w:val="15"/>
              </w:rPr>
              <w:t>Guinea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225</w:t>
            </w:r>
          </w:p>
        </w:tc>
        <w:tc>
          <w:tcPr>
            <w:tcW w:w="8064" w:type="dxa"/>
            <w:vAlign w:val="center"/>
          </w:tcPr>
          <w:p w:rsidR="00043C3B" w:rsidRDefault="004B4BFF">
            <w:r>
              <w:rPr>
                <w:sz w:val="15"/>
              </w:rPr>
              <w:t>Côte d'Ivoire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226</w:t>
            </w:r>
          </w:p>
        </w:tc>
        <w:tc>
          <w:tcPr>
            <w:tcW w:w="8064" w:type="dxa"/>
            <w:shd w:val="clear" w:color="auto" w:fill="EAF0F6"/>
            <w:vAlign w:val="center"/>
          </w:tcPr>
          <w:p w:rsidR="00043C3B" w:rsidRDefault="004B4BFF">
            <w:r>
              <w:rPr>
                <w:sz w:val="15"/>
              </w:rPr>
              <w:t>Burkina Faso</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227</w:t>
            </w:r>
          </w:p>
        </w:tc>
        <w:tc>
          <w:tcPr>
            <w:tcW w:w="8064" w:type="dxa"/>
            <w:vAlign w:val="center"/>
          </w:tcPr>
          <w:p w:rsidR="00043C3B" w:rsidRDefault="004B4BFF">
            <w:r>
              <w:rPr>
                <w:sz w:val="15"/>
              </w:rPr>
              <w:t>Niger (Republic of the)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228</w:t>
            </w:r>
          </w:p>
        </w:tc>
        <w:tc>
          <w:tcPr>
            <w:tcW w:w="8064" w:type="dxa"/>
            <w:shd w:val="clear" w:color="auto" w:fill="EAF0F6"/>
            <w:vAlign w:val="center"/>
          </w:tcPr>
          <w:p w:rsidR="00043C3B" w:rsidRDefault="004B4BFF">
            <w:r>
              <w:rPr>
                <w:sz w:val="15"/>
              </w:rPr>
              <w:t>Togolese Republic</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229</w:t>
            </w:r>
          </w:p>
        </w:tc>
        <w:tc>
          <w:tcPr>
            <w:tcW w:w="8064" w:type="dxa"/>
            <w:vAlign w:val="center"/>
          </w:tcPr>
          <w:p w:rsidR="00043C3B" w:rsidRDefault="004B4BFF">
            <w:r>
              <w:rPr>
                <w:sz w:val="15"/>
              </w:rPr>
              <w:t>Benin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230</w:t>
            </w:r>
          </w:p>
        </w:tc>
        <w:tc>
          <w:tcPr>
            <w:tcW w:w="8064" w:type="dxa"/>
            <w:shd w:val="clear" w:color="auto" w:fill="EAF0F6"/>
            <w:vAlign w:val="center"/>
          </w:tcPr>
          <w:p w:rsidR="00043C3B" w:rsidRDefault="004B4BFF">
            <w:r>
              <w:rPr>
                <w:sz w:val="15"/>
              </w:rPr>
              <w:t>Mauritius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231</w:t>
            </w:r>
          </w:p>
        </w:tc>
        <w:tc>
          <w:tcPr>
            <w:tcW w:w="8064" w:type="dxa"/>
            <w:vAlign w:val="center"/>
          </w:tcPr>
          <w:p w:rsidR="00043C3B" w:rsidRDefault="004B4BFF">
            <w:r>
              <w:rPr>
                <w:sz w:val="15"/>
              </w:rPr>
              <w:t>Liberia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232</w:t>
            </w:r>
          </w:p>
        </w:tc>
        <w:tc>
          <w:tcPr>
            <w:tcW w:w="8064" w:type="dxa"/>
            <w:shd w:val="clear" w:color="auto" w:fill="EAF0F6"/>
            <w:vAlign w:val="center"/>
          </w:tcPr>
          <w:p w:rsidR="00043C3B" w:rsidRDefault="004B4BFF">
            <w:r>
              <w:rPr>
                <w:sz w:val="15"/>
              </w:rPr>
              <w:t>Sierra Leone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233</w:t>
            </w:r>
          </w:p>
        </w:tc>
        <w:tc>
          <w:tcPr>
            <w:tcW w:w="8064" w:type="dxa"/>
            <w:vAlign w:val="center"/>
          </w:tcPr>
          <w:p w:rsidR="00043C3B" w:rsidRDefault="004B4BFF">
            <w:r>
              <w:rPr>
                <w:sz w:val="15"/>
              </w:rPr>
              <w:t>Ghana</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234</w:t>
            </w:r>
          </w:p>
        </w:tc>
        <w:tc>
          <w:tcPr>
            <w:tcW w:w="8064" w:type="dxa"/>
            <w:shd w:val="clear" w:color="auto" w:fill="EAF0F6"/>
            <w:vAlign w:val="center"/>
          </w:tcPr>
          <w:p w:rsidR="00043C3B" w:rsidRDefault="004B4BFF">
            <w:r>
              <w:rPr>
                <w:sz w:val="15"/>
              </w:rPr>
              <w:t>Nigeria (Federal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235</w:t>
            </w:r>
          </w:p>
        </w:tc>
        <w:tc>
          <w:tcPr>
            <w:tcW w:w="8064" w:type="dxa"/>
            <w:vAlign w:val="center"/>
          </w:tcPr>
          <w:p w:rsidR="00043C3B" w:rsidRDefault="004B4BFF">
            <w:r>
              <w:rPr>
                <w:sz w:val="15"/>
              </w:rPr>
              <w:t>Chad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236</w:t>
            </w:r>
          </w:p>
        </w:tc>
        <w:tc>
          <w:tcPr>
            <w:tcW w:w="8064" w:type="dxa"/>
            <w:shd w:val="clear" w:color="auto" w:fill="EAF0F6"/>
            <w:vAlign w:val="center"/>
          </w:tcPr>
          <w:p w:rsidR="00043C3B" w:rsidRDefault="004B4BFF">
            <w:r>
              <w:rPr>
                <w:sz w:val="15"/>
              </w:rPr>
              <w:t>Central African Republic</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237</w:t>
            </w:r>
          </w:p>
        </w:tc>
        <w:tc>
          <w:tcPr>
            <w:tcW w:w="8064" w:type="dxa"/>
            <w:vAlign w:val="center"/>
          </w:tcPr>
          <w:p w:rsidR="00043C3B" w:rsidRDefault="004B4BFF">
            <w:r>
              <w:rPr>
                <w:sz w:val="15"/>
              </w:rPr>
              <w:t>Cameroon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238</w:t>
            </w:r>
          </w:p>
        </w:tc>
        <w:tc>
          <w:tcPr>
            <w:tcW w:w="8064" w:type="dxa"/>
            <w:shd w:val="clear" w:color="auto" w:fill="EAF0F6"/>
            <w:vAlign w:val="center"/>
          </w:tcPr>
          <w:p w:rsidR="00043C3B" w:rsidRDefault="004B4BFF">
            <w:r>
              <w:rPr>
                <w:sz w:val="15"/>
              </w:rPr>
              <w:t>Cabo Verde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239</w:t>
            </w:r>
          </w:p>
        </w:tc>
        <w:tc>
          <w:tcPr>
            <w:tcW w:w="8064" w:type="dxa"/>
            <w:vAlign w:val="center"/>
          </w:tcPr>
          <w:p w:rsidR="00043C3B" w:rsidRDefault="004B4BFF">
            <w:r>
              <w:rPr>
                <w:sz w:val="15"/>
              </w:rPr>
              <w:t>Sao Tome and Principe (Democratic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240</w:t>
            </w:r>
          </w:p>
        </w:tc>
        <w:tc>
          <w:tcPr>
            <w:tcW w:w="8064" w:type="dxa"/>
            <w:shd w:val="clear" w:color="auto" w:fill="EAF0F6"/>
            <w:vAlign w:val="center"/>
          </w:tcPr>
          <w:p w:rsidR="00043C3B" w:rsidRDefault="004B4BFF">
            <w:r>
              <w:rPr>
                <w:sz w:val="15"/>
              </w:rPr>
              <w:t>Equatorial Guinea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241</w:t>
            </w:r>
          </w:p>
        </w:tc>
        <w:tc>
          <w:tcPr>
            <w:tcW w:w="8064" w:type="dxa"/>
            <w:vAlign w:val="center"/>
          </w:tcPr>
          <w:p w:rsidR="00043C3B" w:rsidRDefault="004B4BFF">
            <w:r>
              <w:rPr>
                <w:sz w:val="15"/>
              </w:rPr>
              <w:t>Gabonese Republic</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242</w:t>
            </w:r>
          </w:p>
        </w:tc>
        <w:tc>
          <w:tcPr>
            <w:tcW w:w="8064" w:type="dxa"/>
            <w:shd w:val="clear" w:color="auto" w:fill="EAF0F6"/>
            <w:vAlign w:val="center"/>
          </w:tcPr>
          <w:p w:rsidR="00043C3B" w:rsidRDefault="004B4BFF">
            <w:r>
              <w:rPr>
                <w:sz w:val="15"/>
              </w:rPr>
              <w:t>Congo (Republic of the)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243</w:t>
            </w:r>
          </w:p>
        </w:tc>
        <w:tc>
          <w:tcPr>
            <w:tcW w:w="8064" w:type="dxa"/>
            <w:vAlign w:val="center"/>
          </w:tcPr>
          <w:p w:rsidR="00043C3B" w:rsidRDefault="004B4BFF">
            <w:r>
              <w:rPr>
                <w:sz w:val="15"/>
              </w:rPr>
              <w:t>Democratic Republic of the Congo</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244</w:t>
            </w:r>
          </w:p>
        </w:tc>
        <w:tc>
          <w:tcPr>
            <w:tcW w:w="8064" w:type="dxa"/>
            <w:shd w:val="clear" w:color="auto" w:fill="EAF0F6"/>
            <w:vAlign w:val="center"/>
          </w:tcPr>
          <w:p w:rsidR="00043C3B" w:rsidRDefault="004B4BFF">
            <w:r>
              <w:rPr>
                <w:sz w:val="15"/>
              </w:rPr>
              <w:t>Angola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245</w:t>
            </w:r>
          </w:p>
        </w:tc>
        <w:tc>
          <w:tcPr>
            <w:tcW w:w="8064" w:type="dxa"/>
            <w:vAlign w:val="center"/>
          </w:tcPr>
          <w:p w:rsidR="00043C3B" w:rsidRDefault="004B4BFF">
            <w:r>
              <w:rPr>
                <w:sz w:val="15"/>
              </w:rPr>
              <w:t>Guinea-Bissau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246</w:t>
            </w:r>
          </w:p>
        </w:tc>
        <w:tc>
          <w:tcPr>
            <w:tcW w:w="8064" w:type="dxa"/>
            <w:shd w:val="clear" w:color="auto" w:fill="EAF0F6"/>
            <w:vAlign w:val="center"/>
          </w:tcPr>
          <w:p w:rsidR="00043C3B" w:rsidRDefault="004B4BFF">
            <w:r>
              <w:rPr>
                <w:sz w:val="15"/>
              </w:rPr>
              <w:t>Diego Garcia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247</w:t>
            </w:r>
          </w:p>
        </w:tc>
        <w:tc>
          <w:tcPr>
            <w:tcW w:w="8064" w:type="dxa"/>
            <w:vAlign w:val="center"/>
          </w:tcPr>
          <w:p w:rsidR="00043C3B" w:rsidRDefault="004B4BFF">
            <w:r>
              <w:rPr>
                <w:sz w:val="15"/>
              </w:rPr>
              <w:t>Saint Helena, Ascension and Tristan da Cunha</w:t>
            </w:r>
          </w:p>
        </w:tc>
        <w:tc>
          <w:tcPr>
            <w:tcW w:w="1440" w:type="dxa"/>
            <w:vAlign w:val="center"/>
          </w:tcPr>
          <w:p w:rsidR="00043C3B" w:rsidRDefault="004B4BFF">
            <w:pPr>
              <w:jc w:val="center"/>
            </w:pPr>
            <w:r>
              <w:rPr>
                <w:sz w:val="15"/>
              </w:rPr>
              <w:t>a</w:t>
            </w:r>
          </w:p>
        </w:tc>
      </w:tr>
      <w:tr w:rsidR="00043C3B">
        <w:trPr>
          <w:jc w:val="center"/>
        </w:trPr>
        <w:tc>
          <w:tcPr>
            <w:tcW w:w="1152" w:type="dxa"/>
            <w:shd w:val="clear" w:color="auto" w:fill="EAF0F6"/>
            <w:vAlign w:val="center"/>
          </w:tcPr>
          <w:p w:rsidR="00043C3B" w:rsidRDefault="004B4BFF">
            <w:pPr>
              <w:jc w:val="center"/>
            </w:pPr>
            <w:r>
              <w:rPr>
                <w:sz w:val="15"/>
              </w:rPr>
              <w:t>248</w:t>
            </w:r>
          </w:p>
        </w:tc>
        <w:tc>
          <w:tcPr>
            <w:tcW w:w="8064" w:type="dxa"/>
            <w:shd w:val="clear" w:color="auto" w:fill="EAF0F6"/>
            <w:vAlign w:val="center"/>
          </w:tcPr>
          <w:p w:rsidR="00043C3B" w:rsidRDefault="004B4BFF">
            <w:r>
              <w:rPr>
                <w:sz w:val="15"/>
              </w:rPr>
              <w:t>Seychelles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249</w:t>
            </w:r>
          </w:p>
        </w:tc>
        <w:tc>
          <w:tcPr>
            <w:tcW w:w="8064" w:type="dxa"/>
            <w:vAlign w:val="center"/>
          </w:tcPr>
          <w:p w:rsidR="00043C3B" w:rsidRDefault="004B4BFF">
            <w:r>
              <w:rPr>
                <w:sz w:val="15"/>
              </w:rPr>
              <w:t>Sudan (Republic of the)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250</w:t>
            </w:r>
          </w:p>
        </w:tc>
        <w:tc>
          <w:tcPr>
            <w:tcW w:w="8064" w:type="dxa"/>
            <w:shd w:val="clear" w:color="auto" w:fill="EAF0F6"/>
            <w:vAlign w:val="center"/>
          </w:tcPr>
          <w:p w:rsidR="00043C3B" w:rsidRDefault="004B4BFF">
            <w:r>
              <w:rPr>
                <w:sz w:val="15"/>
              </w:rPr>
              <w:t>Rwanda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251</w:t>
            </w:r>
          </w:p>
        </w:tc>
        <w:tc>
          <w:tcPr>
            <w:tcW w:w="8064" w:type="dxa"/>
            <w:vAlign w:val="center"/>
          </w:tcPr>
          <w:p w:rsidR="00043C3B" w:rsidRDefault="004B4BFF">
            <w:r>
              <w:rPr>
                <w:sz w:val="15"/>
              </w:rPr>
              <w:t>Ethiopia (Federal Democratic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lastRenderedPageBreak/>
              <w:t>252</w:t>
            </w:r>
          </w:p>
        </w:tc>
        <w:tc>
          <w:tcPr>
            <w:tcW w:w="8064" w:type="dxa"/>
            <w:shd w:val="clear" w:color="auto" w:fill="EAF0F6"/>
            <w:vAlign w:val="center"/>
          </w:tcPr>
          <w:p w:rsidR="00043C3B" w:rsidRDefault="004B4BFF">
            <w:r>
              <w:rPr>
                <w:sz w:val="15"/>
              </w:rPr>
              <w:t>Somalia (Federal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253</w:t>
            </w:r>
          </w:p>
        </w:tc>
        <w:tc>
          <w:tcPr>
            <w:tcW w:w="8064" w:type="dxa"/>
            <w:vAlign w:val="center"/>
          </w:tcPr>
          <w:p w:rsidR="00043C3B" w:rsidRDefault="004B4BFF">
            <w:r>
              <w:rPr>
                <w:sz w:val="15"/>
              </w:rPr>
              <w:t>Djibouti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254</w:t>
            </w:r>
          </w:p>
        </w:tc>
        <w:tc>
          <w:tcPr>
            <w:tcW w:w="8064" w:type="dxa"/>
            <w:shd w:val="clear" w:color="auto" w:fill="EAF0F6"/>
            <w:vAlign w:val="center"/>
          </w:tcPr>
          <w:p w:rsidR="00043C3B" w:rsidRDefault="004B4BFF">
            <w:r>
              <w:rPr>
                <w:sz w:val="15"/>
              </w:rPr>
              <w:t>Kenya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255</w:t>
            </w:r>
          </w:p>
        </w:tc>
        <w:tc>
          <w:tcPr>
            <w:tcW w:w="8064" w:type="dxa"/>
            <w:vAlign w:val="center"/>
          </w:tcPr>
          <w:p w:rsidR="00043C3B" w:rsidRDefault="004B4BFF">
            <w:r>
              <w:rPr>
                <w:sz w:val="15"/>
              </w:rPr>
              <w:t>Tanzania (United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256</w:t>
            </w:r>
          </w:p>
        </w:tc>
        <w:tc>
          <w:tcPr>
            <w:tcW w:w="8064" w:type="dxa"/>
            <w:shd w:val="clear" w:color="auto" w:fill="EAF0F6"/>
            <w:vAlign w:val="center"/>
          </w:tcPr>
          <w:p w:rsidR="00043C3B" w:rsidRDefault="004B4BFF">
            <w:r>
              <w:rPr>
                <w:sz w:val="15"/>
              </w:rPr>
              <w:t>Uganda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257</w:t>
            </w:r>
          </w:p>
        </w:tc>
        <w:tc>
          <w:tcPr>
            <w:tcW w:w="8064" w:type="dxa"/>
            <w:vAlign w:val="center"/>
          </w:tcPr>
          <w:p w:rsidR="00043C3B" w:rsidRDefault="004B4BFF">
            <w:r>
              <w:rPr>
                <w:sz w:val="15"/>
              </w:rPr>
              <w:t>Burundi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258</w:t>
            </w:r>
          </w:p>
        </w:tc>
        <w:tc>
          <w:tcPr>
            <w:tcW w:w="8064" w:type="dxa"/>
            <w:shd w:val="clear" w:color="auto" w:fill="EAF0F6"/>
            <w:vAlign w:val="center"/>
          </w:tcPr>
          <w:p w:rsidR="00043C3B" w:rsidRDefault="004B4BFF">
            <w:r>
              <w:rPr>
                <w:sz w:val="15"/>
              </w:rPr>
              <w:t>Mozambique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259</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260</w:t>
            </w:r>
          </w:p>
        </w:tc>
        <w:tc>
          <w:tcPr>
            <w:tcW w:w="8064" w:type="dxa"/>
            <w:shd w:val="clear" w:color="auto" w:fill="EAF0F6"/>
            <w:vAlign w:val="center"/>
          </w:tcPr>
          <w:p w:rsidR="00043C3B" w:rsidRDefault="004B4BFF">
            <w:r>
              <w:rPr>
                <w:sz w:val="15"/>
              </w:rPr>
              <w:t>Zambia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261</w:t>
            </w:r>
          </w:p>
        </w:tc>
        <w:tc>
          <w:tcPr>
            <w:tcW w:w="8064" w:type="dxa"/>
            <w:vAlign w:val="center"/>
          </w:tcPr>
          <w:p w:rsidR="00043C3B" w:rsidRDefault="004B4BFF">
            <w:r>
              <w:rPr>
                <w:sz w:val="15"/>
              </w:rPr>
              <w:t>Madagascar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262</w:t>
            </w:r>
          </w:p>
        </w:tc>
        <w:tc>
          <w:tcPr>
            <w:tcW w:w="8064" w:type="dxa"/>
            <w:shd w:val="clear" w:color="auto" w:fill="EAF0F6"/>
            <w:vAlign w:val="center"/>
          </w:tcPr>
          <w:p w:rsidR="00043C3B" w:rsidRDefault="004B4BFF">
            <w:r>
              <w:rPr>
                <w:sz w:val="15"/>
              </w:rPr>
              <w:t>French Departments and Territories in the Indian Ocean</w:t>
            </w:r>
          </w:p>
        </w:tc>
        <w:tc>
          <w:tcPr>
            <w:tcW w:w="1440" w:type="dxa"/>
            <w:shd w:val="clear" w:color="auto" w:fill="EAF0F6"/>
            <w:vAlign w:val="center"/>
          </w:tcPr>
          <w:p w:rsidR="00043C3B" w:rsidRDefault="004B4BFF">
            <w:pPr>
              <w:jc w:val="center"/>
            </w:pPr>
            <w:r>
              <w:rPr>
                <w:sz w:val="15"/>
              </w:rPr>
              <w:t>j</w:t>
            </w:r>
          </w:p>
        </w:tc>
      </w:tr>
      <w:tr w:rsidR="00043C3B">
        <w:trPr>
          <w:jc w:val="center"/>
        </w:trPr>
        <w:tc>
          <w:tcPr>
            <w:tcW w:w="1152" w:type="dxa"/>
            <w:vAlign w:val="center"/>
          </w:tcPr>
          <w:p w:rsidR="00043C3B" w:rsidRDefault="004B4BFF">
            <w:pPr>
              <w:jc w:val="center"/>
            </w:pPr>
            <w:r>
              <w:rPr>
                <w:sz w:val="15"/>
              </w:rPr>
              <w:t>263</w:t>
            </w:r>
          </w:p>
        </w:tc>
        <w:tc>
          <w:tcPr>
            <w:tcW w:w="8064" w:type="dxa"/>
            <w:vAlign w:val="center"/>
          </w:tcPr>
          <w:p w:rsidR="00043C3B" w:rsidRDefault="004B4BFF">
            <w:r>
              <w:rPr>
                <w:sz w:val="15"/>
              </w:rPr>
              <w:t>Zimbabwe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264</w:t>
            </w:r>
          </w:p>
        </w:tc>
        <w:tc>
          <w:tcPr>
            <w:tcW w:w="8064" w:type="dxa"/>
            <w:shd w:val="clear" w:color="auto" w:fill="EAF0F6"/>
            <w:vAlign w:val="center"/>
          </w:tcPr>
          <w:p w:rsidR="00043C3B" w:rsidRDefault="004B4BFF">
            <w:r>
              <w:rPr>
                <w:sz w:val="15"/>
              </w:rPr>
              <w:t>Namibia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265</w:t>
            </w:r>
          </w:p>
        </w:tc>
        <w:tc>
          <w:tcPr>
            <w:tcW w:w="8064" w:type="dxa"/>
            <w:vAlign w:val="center"/>
          </w:tcPr>
          <w:p w:rsidR="00043C3B" w:rsidRDefault="004B4BFF">
            <w:r>
              <w:rPr>
                <w:sz w:val="15"/>
              </w:rPr>
              <w:t>Malawi</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266</w:t>
            </w:r>
          </w:p>
        </w:tc>
        <w:tc>
          <w:tcPr>
            <w:tcW w:w="8064" w:type="dxa"/>
            <w:shd w:val="clear" w:color="auto" w:fill="EAF0F6"/>
            <w:vAlign w:val="center"/>
          </w:tcPr>
          <w:p w:rsidR="00043C3B" w:rsidRDefault="004B4BFF">
            <w:r>
              <w:rPr>
                <w:sz w:val="15"/>
              </w:rPr>
              <w:t>Lesotho (Kingdom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267</w:t>
            </w:r>
          </w:p>
        </w:tc>
        <w:tc>
          <w:tcPr>
            <w:tcW w:w="8064" w:type="dxa"/>
            <w:vAlign w:val="center"/>
          </w:tcPr>
          <w:p w:rsidR="00043C3B" w:rsidRDefault="004B4BFF">
            <w:r>
              <w:rPr>
                <w:sz w:val="15"/>
              </w:rPr>
              <w:t>Botswana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268</w:t>
            </w:r>
          </w:p>
        </w:tc>
        <w:tc>
          <w:tcPr>
            <w:tcW w:w="8064" w:type="dxa"/>
            <w:shd w:val="clear" w:color="auto" w:fill="EAF0F6"/>
            <w:vAlign w:val="center"/>
          </w:tcPr>
          <w:p w:rsidR="00043C3B" w:rsidRDefault="004B4BFF">
            <w:r>
              <w:rPr>
                <w:sz w:val="15"/>
              </w:rPr>
              <w:t>Eswatini (Kingdom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269</w:t>
            </w:r>
          </w:p>
        </w:tc>
        <w:tc>
          <w:tcPr>
            <w:tcW w:w="8064" w:type="dxa"/>
            <w:vAlign w:val="center"/>
          </w:tcPr>
          <w:p w:rsidR="00043C3B" w:rsidRDefault="004B4BFF">
            <w:r>
              <w:rPr>
                <w:sz w:val="15"/>
              </w:rPr>
              <w:t>Comoros (Union of the)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27</w:t>
            </w:r>
          </w:p>
        </w:tc>
        <w:tc>
          <w:tcPr>
            <w:tcW w:w="8064" w:type="dxa"/>
            <w:shd w:val="clear" w:color="auto" w:fill="EAF0F6"/>
            <w:vAlign w:val="center"/>
          </w:tcPr>
          <w:p w:rsidR="00043C3B" w:rsidRDefault="004B4BFF">
            <w:r>
              <w:rPr>
                <w:sz w:val="15"/>
              </w:rPr>
              <w:t>South Africa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280</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281</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282</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283</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284</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285</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286</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287</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288</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289</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290</w:t>
            </w:r>
          </w:p>
        </w:tc>
        <w:tc>
          <w:tcPr>
            <w:tcW w:w="8064" w:type="dxa"/>
            <w:vAlign w:val="center"/>
          </w:tcPr>
          <w:p w:rsidR="00043C3B" w:rsidRDefault="004B4BFF">
            <w:r>
              <w:rPr>
                <w:sz w:val="15"/>
              </w:rPr>
              <w:t>Saint Helena, Ascension and Tristan da Cunha</w:t>
            </w:r>
          </w:p>
        </w:tc>
        <w:tc>
          <w:tcPr>
            <w:tcW w:w="1440" w:type="dxa"/>
            <w:vAlign w:val="center"/>
          </w:tcPr>
          <w:p w:rsidR="00043C3B" w:rsidRDefault="004B4BFF">
            <w:pPr>
              <w:jc w:val="center"/>
            </w:pPr>
            <w:r>
              <w:rPr>
                <w:sz w:val="15"/>
              </w:rPr>
              <w:t>a</w:t>
            </w:r>
          </w:p>
        </w:tc>
      </w:tr>
      <w:tr w:rsidR="00043C3B">
        <w:trPr>
          <w:jc w:val="center"/>
        </w:trPr>
        <w:tc>
          <w:tcPr>
            <w:tcW w:w="1152" w:type="dxa"/>
            <w:shd w:val="clear" w:color="auto" w:fill="EAF0F6"/>
            <w:vAlign w:val="center"/>
          </w:tcPr>
          <w:p w:rsidR="00043C3B" w:rsidRDefault="004B4BFF">
            <w:pPr>
              <w:jc w:val="center"/>
            </w:pPr>
            <w:r>
              <w:rPr>
                <w:sz w:val="15"/>
              </w:rPr>
              <w:t>291</w:t>
            </w:r>
          </w:p>
        </w:tc>
        <w:tc>
          <w:tcPr>
            <w:tcW w:w="8064" w:type="dxa"/>
            <w:shd w:val="clear" w:color="auto" w:fill="EAF0F6"/>
            <w:vAlign w:val="center"/>
          </w:tcPr>
          <w:p w:rsidR="00043C3B" w:rsidRDefault="004B4BFF">
            <w:r>
              <w:rPr>
                <w:sz w:val="15"/>
              </w:rPr>
              <w:t>Eritrea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292</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293</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294</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295</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296</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297</w:t>
            </w:r>
          </w:p>
        </w:tc>
        <w:tc>
          <w:tcPr>
            <w:tcW w:w="8064" w:type="dxa"/>
            <w:shd w:val="clear" w:color="auto" w:fill="EAF0F6"/>
            <w:vAlign w:val="center"/>
          </w:tcPr>
          <w:p w:rsidR="00043C3B" w:rsidRDefault="004B4BFF">
            <w:r>
              <w:rPr>
                <w:sz w:val="15"/>
              </w:rPr>
              <w:t>Aruba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298</w:t>
            </w:r>
          </w:p>
        </w:tc>
        <w:tc>
          <w:tcPr>
            <w:tcW w:w="8064" w:type="dxa"/>
            <w:vAlign w:val="center"/>
          </w:tcPr>
          <w:p w:rsidR="00043C3B" w:rsidRDefault="004B4BFF">
            <w:r>
              <w:rPr>
                <w:sz w:val="15"/>
              </w:rPr>
              <w:t>Faroe Islands</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299</w:t>
            </w:r>
          </w:p>
        </w:tc>
        <w:tc>
          <w:tcPr>
            <w:tcW w:w="8064" w:type="dxa"/>
            <w:shd w:val="clear" w:color="auto" w:fill="EAF0F6"/>
            <w:vAlign w:val="center"/>
          </w:tcPr>
          <w:p w:rsidR="00043C3B" w:rsidRDefault="004B4BFF">
            <w:r>
              <w:rPr>
                <w:sz w:val="15"/>
              </w:rPr>
              <w:t>Greenland (Denmark)</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30</w:t>
            </w:r>
          </w:p>
        </w:tc>
        <w:tc>
          <w:tcPr>
            <w:tcW w:w="8064" w:type="dxa"/>
            <w:vAlign w:val="center"/>
          </w:tcPr>
          <w:p w:rsidR="00043C3B" w:rsidRDefault="004B4BFF">
            <w:r>
              <w:rPr>
                <w:sz w:val="15"/>
              </w:rPr>
              <w:t>Greece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31</w:t>
            </w:r>
          </w:p>
        </w:tc>
        <w:tc>
          <w:tcPr>
            <w:tcW w:w="8064" w:type="dxa"/>
            <w:shd w:val="clear" w:color="auto" w:fill="EAF0F6"/>
            <w:vAlign w:val="center"/>
          </w:tcPr>
          <w:p w:rsidR="00043C3B" w:rsidRDefault="004B4BFF">
            <w:r>
              <w:rPr>
                <w:sz w:val="15"/>
              </w:rPr>
              <w:t>Netherlands (Kingdom of the)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32</w:t>
            </w:r>
          </w:p>
        </w:tc>
        <w:tc>
          <w:tcPr>
            <w:tcW w:w="8064" w:type="dxa"/>
            <w:vAlign w:val="center"/>
          </w:tcPr>
          <w:p w:rsidR="00043C3B" w:rsidRDefault="004B4BFF">
            <w:r>
              <w:rPr>
                <w:sz w:val="15"/>
              </w:rPr>
              <w:t>Belgium</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33</w:t>
            </w:r>
          </w:p>
        </w:tc>
        <w:tc>
          <w:tcPr>
            <w:tcW w:w="8064" w:type="dxa"/>
            <w:shd w:val="clear" w:color="auto" w:fill="EAF0F6"/>
            <w:vAlign w:val="center"/>
          </w:tcPr>
          <w:p w:rsidR="00043C3B" w:rsidRDefault="004B4BFF">
            <w:r>
              <w:rPr>
                <w:sz w:val="15"/>
              </w:rPr>
              <w:t>France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34</w:t>
            </w:r>
          </w:p>
        </w:tc>
        <w:tc>
          <w:tcPr>
            <w:tcW w:w="8064" w:type="dxa"/>
            <w:vAlign w:val="center"/>
          </w:tcPr>
          <w:p w:rsidR="00043C3B" w:rsidRDefault="004B4BFF">
            <w:r>
              <w:rPr>
                <w:sz w:val="15"/>
              </w:rPr>
              <w:t>Spain</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350</w:t>
            </w:r>
          </w:p>
        </w:tc>
        <w:tc>
          <w:tcPr>
            <w:tcW w:w="8064" w:type="dxa"/>
            <w:shd w:val="clear" w:color="auto" w:fill="EAF0F6"/>
            <w:vAlign w:val="center"/>
          </w:tcPr>
          <w:p w:rsidR="00043C3B" w:rsidRDefault="004B4BFF">
            <w:r>
              <w:rPr>
                <w:sz w:val="15"/>
              </w:rPr>
              <w:t>Gibraltar</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351</w:t>
            </w:r>
          </w:p>
        </w:tc>
        <w:tc>
          <w:tcPr>
            <w:tcW w:w="8064" w:type="dxa"/>
            <w:vAlign w:val="center"/>
          </w:tcPr>
          <w:p w:rsidR="00043C3B" w:rsidRDefault="004B4BFF">
            <w:r>
              <w:rPr>
                <w:sz w:val="15"/>
              </w:rPr>
              <w:t>Portugal</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352</w:t>
            </w:r>
          </w:p>
        </w:tc>
        <w:tc>
          <w:tcPr>
            <w:tcW w:w="8064" w:type="dxa"/>
            <w:shd w:val="clear" w:color="auto" w:fill="EAF0F6"/>
            <w:vAlign w:val="center"/>
          </w:tcPr>
          <w:p w:rsidR="00043C3B" w:rsidRDefault="004B4BFF">
            <w:r>
              <w:rPr>
                <w:sz w:val="15"/>
              </w:rPr>
              <w:t>Luxembourg</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353</w:t>
            </w:r>
          </w:p>
        </w:tc>
        <w:tc>
          <w:tcPr>
            <w:tcW w:w="8064" w:type="dxa"/>
            <w:vAlign w:val="center"/>
          </w:tcPr>
          <w:p w:rsidR="00043C3B" w:rsidRDefault="004B4BFF">
            <w:r>
              <w:rPr>
                <w:sz w:val="15"/>
              </w:rPr>
              <w:t>Ireland</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354</w:t>
            </w:r>
          </w:p>
        </w:tc>
        <w:tc>
          <w:tcPr>
            <w:tcW w:w="8064" w:type="dxa"/>
            <w:shd w:val="clear" w:color="auto" w:fill="EAF0F6"/>
            <w:vAlign w:val="center"/>
          </w:tcPr>
          <w:p w:rsidR="00043C3B" w:rsidRDefault="004B4BFF">
            <w:r>
              <w:rPr>
                <w:sz w:val="15"/>
              </w:rPr>
              <w:t>Iceland</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355</w:t>
            </w:r>
          </w:p>
        </w:tc>
        <w:tc>
          <w:tcPr>
            <w:tcW w:w="8064" w:type="dxa"/>
            <w:vAlign w:val="center"/>
          </w:tcPr>
          <w:p w:rsidR="00043C3B" w:rsidRDefault="004B4BFF">
            <w:r>
              <w:rPr>
                <w:sz w:val="15"/>
              </w:rPr>
              <w:t>Albania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356</w:t>
            </w:r>
          </w:p>
        </w:tc>
        <w:tc>
          <w:tcPr>
            <w:tcW w:w="8064" w:type="dxa"/>
            <w:shd w:val="clear" w:color="auto" w:fill="EAF0F6"/>
            <w:vAlign w:val="center"/>
          </w:tcPr>
          <w:p w:rsidR="00043C3B" w:rsidRDefault="004B4BFF">
            <w:r>
              <w:rPr>
                <w:sz w:val="15"/>
              </w:rPr>
              <w:t>Malta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357</w:t>
            </w:r>
          </w:p>
        </w:tc>
        <w:tc>
          <w:tcPr>
            <w:tcW w:w="8064" w:type="dxa"/>
            <w:vAlign w:val="center"/>
          </w:tcPr>
          <w:p w:rsidR="00043C3B" w:rsidRDefault="004B4BFF">
            <w:r>
              <w:rPr>
                <w:sz w:val="15"/>
              </w:rPr>
              <w:t>Cyprus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358</w:t>
            </w:r>
          </w:p>
        </w:tc>
        <w:tc>
          <w:tcPr>
            <w:tcW w:w="8064" w:type="dxa"/>
            <w:shd w:val="clear" w:color="auto" w:fill="EAF0F6"/>
            <w:vAlign w:val="center"/>
          </w:tcPr>
          <w:p w:rsidR="00043C3B" w:rsidRDefault="004B4BFF">
            <w:r>
              <w:rPr>
                <w:sz w:val="15"/>
              </w:rPr>
              <w:t>Finland</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359</w:t>
            </w:r>
          </w:p>
        </w:tc>
        <w:tc>
          <w:tcPr>
            <w:tcW w:w="8064" w:type="dxa"/>
            <w:vAlign w:val="center"/>
          </w:tcPr>
          <w:p w:rsidR="00043C3B" w:rsidRDefault="004B4BFF">
            <w:r>
              <w:rPr>
                <w:sz w:val="15"/>
              </w:rPr>
              <w:t>Bulgaria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36</w:t>
            </w:r>
          </w:p>
        </w:tc>
        <w:tc>
          <w:tcPr>
            <w:tcW w:w="8064" w:type="dxa"/>
            <w:shd w:val="clear" w:color="auto" w:fill="EAF0F6"/>
            <w:vAlign w:val="center"/>
          </w:tcPr>
          <w:p w:rsidR="00043C3B" w:rsidRDefault="004B4BFF">
            <w:r>
              <w:rPr>
                <w:sz w:val="15"/>
              </w:rPr>
              <w:t>Hungary</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370</w:t>
            </w:r>
          </w:p>
        </w:tc>
        <w:tc>
          <w:tcPr>
            <w:tcW w:w="8064" w:type="dxa"/>
            <w:vAlign w:val="center"/>
          </w:tcPr>
          <w:p w:rsidR="00043C3B" w:rsidRDefault="004B4BFF">
            <w:r>
              <w:rPr>
                <w:sz w:val="15"/>
              </w:rPr>
              <w:t>Lithuania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371</w:t>
            </w:r>
          </w:p>
        </w:tc>
        <w:tc>
          <w:tcPr>
            <w:tcW w:w="8064" w:type="dxa"/>
            <w:shd w:val="clear" w:color="auto" w:fill="EAF0F6"/>
            <w:vAlign w:val="center"/>
          </w:tcPr>
          <w:p w:rsidR="00043C3B" w:rsidRDefault="004B4BFF">
            <w:r>
              <w:rPr>
                <w:sz w:val="15"/>
              </w:rPr>
              <w:t>Latvia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372</w:t>
            </w:r>
          </w:p>
        </w:tc>
        <w:tc>
          <w:tcPr>
            <w:tcW w:w="8064" w:type="dxa"/>
            <w:vAlign w:val="center"/>
          </w:tcPr>
          <w:p w:rsidR="00043C3B" w:rsidRDefault="004B4BFF">
            <w:r>
              <w:rPr>
                <w:sz w:val="15"/>
              </w:rPr>
              <w:t>Estonia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373</w:t>
            </w:r>
          </w:p>
        </w:tc>
        <w:tc>
          <w:tcPr>
            <w:tcW w:w="8064" w:type="dxa"/>
            <w:shd w:val="clear" w:color="auto" w:fill="EAF0F6"/>
            <w:vAlign w:val="center"/>
          </w:tcPr>
          <w:p w:rsidR="00043C3B" w:rsidRDefault="004B4BFF">
            <w:r>
              <w:rPr>
                <w:sz w:val="15"/>
              </w:rPr>
              <w:t>Moldova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374</w:t>
            </w:r>
          </w:p>
        </w:tc>
        <w:tc>
          <w:tcPr>
            <w:tcW w:w="8064" w:type="dxa"/>
            <w:vAlign w:val="center"/>
          </w:tcPr>
          <w:p w:rsidR="00043C3B" w:rsidRDefault="004B4BFF">
            <w:r>
              <w:rPr>
                <w:sz w:val="15"/>
              </w:rPr>
              <w:t>Armenia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375</w:t>
            </w:r>
          </w:p>
        </w:tc>
        <w:tc>
          <w:tcPr>
            <w:tcW w:w="8064" w:type="dxa"/>
            <w:shd w:val="clear" w:color="auto" w:fill="EAF0F6"/>
            <w:vAlign w:val="center"/>
          </w:tcPr>
          <w:p w:rsidR="00043C3B" w:rsidRDefault="004B4BFF">
            <w:r>
              <w:rPr>
                <w:sz w:val="15"/>
              </w:rPr>
              <w:t>Belarus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376</w:t>
            </w:r>
          </w:p>
        </w:tc>
        <w:tc>
          <w:tcPr>
            <w:tcW w:w="8064" w:type="dxa"/>
            <w:vAlign w:val="center"/>
          </w:tcPr>
          <w:p w:rsidR="00043C3B" w:rsidRDefault="004B4BFF">
            <w:r>
              <w:rPr>
                <w:sz w:val="15"/>
              </w:rPr>
              <w:t>Andorra (Principality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377</w:t>
            </w:r>
          </w:p>
        </w:tc>
        <w:tc>
          <w:tcPr>
            <w:tcW w:w="8064" w:type="dxa"/>
            <w:shd w:val="clear" w:color="auto" w:fill="EAF0F6"/>
            <w:vAlign w:val="center"/>
          </w:tcPr>
          <w:p w:rsidR="00043C3B" w:rsidRDefault="004B4BFF">
            <w:r>
              <w:rPr>
                <w:sz w:val="15"/>
              </w:rPr>
              <w:t>Monaco (Principality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378</w:t>
            </w:r>
          </w:p>
        </w:tc>
        <w:tc>
          <w:tcPr>
            <w:tcW w:w="8064" w:type="dxa"/>
            <w:vAlign w:val="center"/>
          </w:tcPr>
          <w:p w:rsidR="00043C3B" w:rsidRDefault="004B4BFF">
            <w:r>
              <w:rPr>
                <w:sz w:val="15"/>
              </w:rPr>
              <w:t>San Marino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379</w:t>
            </w:r>
          </w:p>
        </w:tc>
        <w:tc>
          <w:tcPr>
            <w:tcW w:w="8064" w:type="dxa"/>
            <w:shd w:val="clear" w:color="auto" w:fill="EAF0F6"/>
            <w:vAlign w:val="center"/>
          </w:tcPr>
          <w:p w:rsidR="00043C3B" w:rsidRDefault="004B4BFF">
            <w:r>
              <w:rPr>
                <w:sz w:val="15"/>
              </w:rPr>
              <w:t>Vatican City State</w:t>
            </w:r>
          </w:p>
        </w:tc>
        <w:tc>
          <w:tcPr>
            <w:tcW w:w="1440" w:type="dxa"/>
            <w:shd w:val="clear" w:color="auto" w:fill="EAF0F6"/>
            <w:vAlign w:val="center"/>
          </w:tcPr>
          <w:p w:rsidR="00043C3B" w:rsidRDefault="004B4BFF">
            <w:pPr>
              <w:jc w:val="center"/>
            </w:pPr>
            <w:r>
              <w:rPr>
                <w:sz w:val="15"/>
              </w:rPr>
              <w:t>f</w:t>
            </w:r>
          </w:p>
        </w:tc>
      </w:tr>
      <w:tr w:rsidR="00043C3B">
        <w:trPr>
          <w:jc w:val="center"/>
        </w:trPr>
        <w:tc>
          <w:tcPr>
            <w:tcW w:w="1152" w:type="dxa"/>
            <w:vAlign w:val="center"/>
          </w:tcPr>
          <w:p w:rsidR="00043C3B" w:rsidRDefault="004B4BFF">
            <w:pPr>
              <w:jc w:val="center"/>
            </w:pPr>
            <w:r>
              <w:rPr>
                <w:sz w:val="15"/>
              </w:rPr>
              <w:t>380</w:t>
            </w:r>
          </w:p>
        </w:tc>
        <w:tc>
          <w:tcPr>
            <w:tcW w:w="8064" w:type="dxa"/>
            <w:vAlign w:val="center"/>
          </w:tcPr>
          <w:p w:rsidR="00043C3B" w:rsidRDefault="004B4BFF">
            <w:r>
              <w:rPr>
                <w:sz w:val="15"/>
              </w:rPr>
              <w:t>Ukraine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381</w:t>
            </w:r>
          </w:p>
        </w:tc>
        <w:tc>
          <w:tcPr>
            <w:tcW w:w="8064" w:type="dxa"/>
            <w:shd w:val="clear" w:color="auto" w:fill="EAF0F6"/>
            <w:vAlign w:val="center"/>
          </w:tcPr>
          <w:p w:rsidR="00043C3B" w:rsidRDefault="004B4BFF">
            <w:r>
              <w:rPr>
                <w:sz w:val="15"/>
              </w:rPr>
              <w:t>Serbia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382</w:t>
            </w:r>
          </w:p>
        </w:tc>
        <w:tc>
          <w:tcPr>
            <w:tcW w:w="8064" w:type="dxa"/>
            <w:vAlign w:val="center"/>
          </w:tcPr>
          <w:p w:rsidR="00043C3B" w:rsidRDefault="004B4BFF">
            <w:r>
              <w:rPr>
                <w:sz w:val="15"/>
              </w:rPr>
              <w:t>Montenegro</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383</w:t>
            </w:r>
          </w:p>
        </w:tc>
        <w:tc>
          <w:tcPr>
            <w:tcW w:w="8064" w:type="dxa"/>
            <w:shd w:val="clear" w:color="auto" w:fill="EAF0F6"/>
            <w:vAlign w:val="center"/>
          </w:tcPr>
          <w:p w:rsidR="00043C3B" w:rsidRDefault="004B4BFF">
            <w:r>
              <w:rPr>
                <w:sz w:val="15"/>
              </w:rPr>
              <w:t>Kosovo*</w:t>
            </w:r>
          </w:p>
        </w:tc>
        <w:tc>
          <w:tcPr>
            <w:tcW w:w="1440" w:type="dxa"/>
            <w:shd w:val="clear" w:color="auto" w:fill="EAF0F6"/>
            <w:vAlign w:val="center"/>
          </w:tcPr>
          <w:p w:rsidR="00043C3B" w:rsidRDefault="004B4BFF">
            <w:pPr>
              <w:jc w:val="center"/>
            </w:pPr>
            <w:r>
              <w:rPr>
                <w:sz w:val="15"/>
              </w:rPr>
              <w:t>r</w:t>
            </w:r>
          </w:p>
        </w:tc>
      </w:tr>
      <w:tr w:rsidR="00043C3B">
        <w:trPr>
          <w:jc w:val="center"/>
        </w:trPr>
        <w:tc>
          <w:tcPr>
            <w:tcW w:w="1152" w:type="dxa"/>
            <w:vAlign w:val="center"/>
          </w:tcPr>
          <w:p w:rsidR="00043C3B" w:rsidRDefault="004B4BFF">
            <w:pPr>
              <w:jc w:val="center"/>
            </w:pPr>
            <w:r>
              <w:rPr>
                <w:sz w:val="15"/>
              </w:rPr>
              <w:t>384</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385</w:t>
            </w:r>
          </w:p>
        </w:tc>
        <w:tc>
          <w:tcPr>
            <w:tcW w:w="8064" w:type="dxa"/>
            <w:shd w:val="clear" w:color="auto" w:fill="EAF0F6"/>
            <w:vAlign w:val="center"/>
          </w:tcPr>
          <w:p w:rsidR="00043C3B" w:rsidRDefault="004B4BFF">
            <w:r>
              <w:rPr>
                <w:sz w:val="15"/>
              </w:rPr>
              <w:t>Croatia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386</w:t>
            </w:r>
          </w:p>
        </w:tc>
        <w:tc>
          <w:tcPr>
            <w:tcW w:w="8064" w:type="dxa"/>
            <w:vAlign w:val="center"/>
          </w:tcPr>
          <w:p w:rsidR="00043C3B" w:rsidRDefault="004B4BFF">
            <w:r>
              <w:rPr>
                <w:sz w:val="15"/>
              </w:rPr>
              <w:t>Slovenia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387</w:t>
            </w:r>
          </w:p>
        </w:tc>
        <w:tc>
          <w:tcPr>
            <w:tcW w:w="8064" w:type="dxa"/>
            <w:shd w:val="clear" w:color="auto" w:fill="EAF0F6"/>
            <w:vAlign w:val="center"/>
          </w:tcPr>
          <w:p w:rsidR="00043C3B" w:rsidRDefault="004B4BFF">
            <w:r>
              <w:rPr>
                <w:sz w:val="15"/>
              </w:rPr>
              <w:t>Bosnia and Herzegovina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388</w:t>
            </w:r>
          </w:p>
        </w:tc>
        <w:tc>
          <w:tcPr>
            <w:tcW w:w="8064" w:type="dxa"/>
            <w:vAlign w:val="center"/>
          </w:tcPr>
          <w:p w:rsidR="00043C3B" w:rsidRDefault="004B4BFF">
            <w:r>
              <w:rPr>
                <w:sz w:val="15"/>
              </w:rPr>
              <w:t>Group of countries, shared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389</w:t>
            </w:r>
          </w:p>
        </w:tc>
        <w:tc>
          <w:tcPr>
            <w:tcW w:w="8064" w:type="dxa"/>
            <w:shd w:val="clear" w:color="auto" w:fill="EAF0F6"/>
            <w:vAlign w:val="center"/>
          </w:tcPr>
          <w:p w:rsidR="00043C3B" w:rsidRDefault="004B4BFF">
            <w:r>
              <w:rPr>
                <w:sz w:val="15"/>
              </w:rPr>
              <w:t>North Macedonia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39</w:t>
            </w:r>
          </w:p>
        </w:tc>
        <w:tc>
          <w:tcPr>
            <w:tcW w:w="8064" w:type="dxa"/>
            <w:vAlign w:val="center"/>
          </w:tcPr>
          <w:p w:rsidR="00043C3B" w:rsidRDefault="004B4BFF">
            <w:r>
              <w:rPr>
                <w:sz w:val="15"/>
              </w:rPr>
              <w:t>Italy</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39</w:t>
            </w:r>
          </w:p>
        </w:tc>
        <w:tc>
          <w:tcPr>
            <w:tcW w:w="8064" w:type="dxa"/>
            <w:shd w:val="clear" w:color="auto" w:fill="EAF0F6"/>
            <w:vAlign w:val="center"/>
          </w:tcPr>
          <w:p w:rsidR="00043C3B" w:rsidRDefault="004B4BFF">
            <w:r>
              <w:rPr>
                <w:sz w:val="15"/>
              </w:rPr>
              <w:t>Vatican City State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40</w:t>
            </w:r>
          </w:p>
        </w:tc>
        <w:tc>
          <w:tcPr>
            <w:tcW w:w="8064" w:type="dxa"/>
            <w:vAlign w:val="center"/>
          </w:tcPr>
          <w:p w:rsidR="00043C3B" w:rsidRDefault="004B4BFF">
            <w:r>
              <w:rPr>
                <w:sz w:val="15"/>
              </w:rPr>
              <w:t>Romania</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lastRenderedPageBreak/>
              <w:t>41</w:t>
            </w:r>
          </w:p>
        </w:tc>
        <w:tc>
          <w:tcPr>
            <w:tcW w:w="8064" w:type="dxa"/>
            <w:shd w:val="clear" w:color="auto" w:fill="EAF0F6"/>
            <w:vAlign w:val="center"/>
          </w:tcPr>
          <w:p w:rsidR="00043C3B" w:rsidRDefault="004B4BFF">
            <w:r>
              <w:rPr>
                <w:sz w:val="15"/>
              </w:rPr>
              <w:t>Switzerland (Confederation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420</w:t>
            </w:r>
          </w:p>
        </w:tc>
        <w:tc>
          <w:tcPr>
            <w:tcW w:w="8064" w:type="dxa"/>
            <w:vAlign w:val="center"/>
          </w:tcPr>
          <w:p w:rsidR="00043C3B" w:rsidRDefault="004B4BFF">
            <w:r>
              <w:rPr>
                <w:sz w:val="15"/>
              </w:rPr>
              <w:t>Czech Republic</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421</w:t>
            </w:r>
          </w:p>
        </w:tc>
        <w:tc>
          <w:tcPr>
            <w:tcW w:w="8064" w:type="dxa"/>
            <w:shd w:val="clear" w:color="auto" w:fill="EAF0F6"/>
            <w:vAlign w:val="center"/>
          </w:tcPr>
          <w:p w:rsidR="00043C3B" w:rsidRDefault="004B4BFF">
            <w:r>
              <w:rPr>
                <w:sz w:val="15"/>
              </w:rPr>
              <w:t>Slovak Republic</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422</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423</w:t>
            </w:r>
          </w:p>
        </w:tc>
        <w:tc>
          <w:tcPr>
            <w:tcW w:w="8064" w:type="dxa"/>
            <w:shd w:val="clear" w:color="auto" w:fill="EAF0F6"/>
            <w:vAlign w:val="center"/>
          </w:tcPr>
          <w:p w:rsidR="00043C3B" w:rsidRDefault="004B4BFF">
            <w:r>
              <w:rPr>
                <w:sz w:val="15"/>
              </w:rPr>
              <w:t>Liechtenstein (Principality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424</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425</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426</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427</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428</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429</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43</w:t>
            </w:r>
          </w:p>
        </w:tc>
        <w:tc>
          <w:tcPr>
            <w:tcW w:w="8064" w:type="dxa"/>
            <w:vAlign w:val="center"/>
          </w:tcPr>
          <w:p w:rsidR="00043C3B" w:rsidRDefault="004B4BFF">
            <w:r>
              <w:rPr>
                <w:sz w:val="15"/>
              </w:rPr>
              <w:t>Austria</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44</w:t>
            </w:r>
          </w:p>
        </w:tc>
        <w:tc>
          <w:tcPr>
            <w:tcW w:w="8064" w:type="dxa"/>
            <w:shd w:val="clear" w:color="auto" w:fill="EAF0F6"/>
            <w:vAlign w:val="center"/>
          </w:tcPr>
          <w:p w:rsidR="00043C3B" w:rsidRDefault="004B4BFF">
            <w:r>
              <w:rPr>
                <w:sz w:val="15"/>
              </w:rPr>
              <w:t>United Kingdom of Great Britain and Northern Ireland</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45</w:t>
            </w:r>
          </w:p>
        </w:tc>
        <w:tc>
          <w:tcPr>
            <w:tcW w:w="8064" w:type="dxa"/>
            <w:vAlign w:val="center"/>
          </w:tcPr>
          <w:p w:rsidR="00043C3B" w:rsidRDefault="004B4BFF">
            <w:r>
              <w:rPr>
                <w:sz w:val="15"/>
              </w:rPr>
              <w:t>Denmark</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46</w:t>
            </w:r>
          </w:p>
        </w:tc>
        <w:tc>
          <w:tcPr>
            <w:tcW w:w="8064" w:type="dxa"/>
            <w:shd w:val="clear" w:color="auto" w:fill="EAF0F6"/>
            <w:vAlign w:val="center"/>
          </w:tcPr>
          <w:p w:rsidR="00043C3B" w:rsidRDefault="004B4BFF">
            <w:r>
              <w:rPr>
                <w:sz w:val="15"/>
              </w:rPr>
              <w:t>Sweden</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47</w:t>
            </w:r>
          </w:p>
        </w:tc>
        <w:tc>
          <w:tcPr>
            <w:tcW w:w="8064" w:type="dxa"/>
            <w:vAlign w:val="center"/>
          </w:tcPr>
          <w:p w:rsidR="00043C3B" w:rsidRDefault="004B4BFF">
            <w:r>
              <w:rPr>
                <w:sz w:val="15"/>
              </w:rPr>
              <w:t>Norway</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48</w:t>
            </w:r>
          </w:p>
        </w:tc>
        <w:tc>
          <w:tcPr>
            <w:tcW w:w="8064" w:type="dxa"/>
            <w:shd w:val="clear" w:color="auto" w:fill="EAF0F6"/>
            <w:vAlign w:val="center"/>
          </w:tcPr>
          <w:p w:rsidR="00043C3B" w:rsidRDefault="004B4BFF">
            <w:r>
              <w:rPr>
                <w:sz w:val="15"/>
              </w:rPr>
              <w:t>Poland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49</w:t>
            </w:r>
          </w:p>
        </w:tc>
        <w:tc>
          <w:tcPr>
            <w:tcW w:w="8064" w:type="dxa"/>
            <w:vAlign w:val="center"/>
          </w:tcPr>
          <w:p w:rsidR="00043C3B" w:rsidRDefault="004B4BFF">
            <w:r>
              <w:rPr>
                <w:sz w:val="15"/>
              </w:rPr>
              <w:t>Germany (Federal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500</w:t>
            </w:r>
          </w:p>
        </w:tc>
        <w:tc>
          <w:tcPr>
            <w:tcW w:w="8064" w:type="dxa"/>
            <w:shd w:val="clear" w:color="auto" w:fill="EAF0F6"/>
            <w:vAlign w:val="center"/>
          </w:tcPr>
          <w:p w:rsidR="00043C3B" w:rsidRDefault="004B4BFF">
            <w:r>
              <w:rPr>
                <w:sz w:val="15"/>
              </w:rPr>
              <w:t>Falkland Islands (Malvinas)</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501</w:t>
            </w:r>
          </w:p>
        </w:tc>
        <w:tc>
          <w:tcPr>
            <w:tcW w:w="8064" w:type="dxa"/>
            <w:vAlign w:val="center"/>
          </w:tcPr>
          <w:p w:rsidR="00043C3B" w:rsidRDefault="004B4BFF">
            <w:r>
              <w:rPr>
                <w:sz w:val="15"/>
              </w:rPr>
              <w:t>Belize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502</w:t>
            </w:r>
          </w:p>
        </w:tc>
        <w:tc>
          <w:tcPr>
            <w:tcW w:w="8064" w:type="dxa"/>
            <w:shd w:val="clear" w:color="auto" w:fill="EAF0F6"/>
            <w:vAlign w:val="center"/>
          </w:tcPr>
          <w:p w:rsidR="00043C3B" w:rsidRDefault="004B4BFF">
            <w:r>
              <w:rPr>
                <w:sz w:val="15"/>
              </w:rPr>
              <w:t>Guatemala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503</w:t>
            </w:r>
          </w:p>
        </w:tc>
        <w:tc>
          <w:tcPr>
            <w:tcW w:w="8064" w:type="dxa"/>
            <w:vAlign w:val="center"/>
          </w:tcPr>
          <w:p w:rsidR="00043C3B" w:rsidRDefault="004B4BFF">
            <w:r>
              <w:rPr>
                <w:sz w:val="15"/>
              </w:rPr>
              <w:t>El Salvador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504</w:t>
            </w:r>
          </w:p>
        </w:tc>
        <w:tc>
          <w:tcPr>
            <w:tcW w:w="8064" w:type="dxa"/>
            <w:shd w:val="clear" w:color="auto" w:fill="EAF0F6"/>
            <w:vAlign w:val="center"/>
          </w:tcPr>
          <w:p w:rsidR="00043C3B" w:rsidRDefault="004B4BFF">
            <w:r>
              <w:rPr>
                <w:sz w:val="15"/>
              </w:rPr>
              <w:t>Honduras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505</w:t>
            </w:r>
          </w:p>
        </w:tc>
        <w:tc>
          <w:tcPr>
            <w:tcW w:w="8064" w:type="dxa"/>
            <w:vAlign w:val="center"/>
          </w:tcPr>
          <w:p w:rsidR="00043C3B" w:rsidRDefault="004B4BFF">
            <w:r>
              <w:rPr>
                <w:sz w:val="15"/>
              </w:rPr>
              <w:t>Nicaragua</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506</w:t>
            </w:r>
          </w:p>
        </w:tc>
        <w:tc>
          <w:tcPr>
            <w:tcW w:w="8064" w:type="dxa"/>
            <w:shd w:val="clear" w:color="auto" w:fill="EAF0F6"/>
            <w:vAlign w:val="center"/>
          </w:tcPr>
          <w:p w:rsidR="00043C3B" w:rsidRDefault="004B4BFF">
            <w:r>
              <w:rPr>
                <w:sz w:val="15"/>
              </w:rPr>
              <w:t>Costa Rica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507</w:t>
            </w:r>
          </w:p>
        </w:tc>
        <w:tc>
          <w:tcPr>
            <w:tcW w:w="8064" w:type="dxa"/>
            <w:vAlign w:val="center"/>
          </w:tcPr>
          <w:p w:rsidR="00043C3B" w:rsidRDefault="004B4BFF">
            <w:r>
              <w:rPr>
                <w:sz w:val="15"/>
              </w:rPr>
              <w:t>Panama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508</w:t>
            </w:r>
          </w:p>
        </w:tc>
        <w:tc>
          <w:tcPr>
            <w:tcW w:w="8064" w:type="dxa"/>
            <w:shd w:val="clear" w:color="auto" w:fill="EAF0F6"/>
            <w:vAlign w:val="center"/>
          </w:tcPr>
          <w:p w:rsidR="00043C3B" w:rsidRDefault="004B4BFF">
            <w:r>
              <w:rPr>
                <w:sz w:val="15"/>
              </w:rPr>
              <w:t>Saint Pierre and Miquelon (Collectivité territoriale de la République française)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509</w:t>
            </w:r>
          </w:p>
        </w:tc>
        <w:tc>
          <w:tcPr>
            <w:tcW w:w="8064" w:type="dxa"/>
            <w:vAlign w:val="center"/>
          </w:tcPr>
          <w:p w:rsidR="00043C3B" w:rsidRDefault="004B4BFF">
            <w:r>
              <w:rPr>
                <w:sz w:val="15"/>
              </w:rPr>
              <w:t>Haiti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51</w:t>
            </w:r>
          </w:p>
        </w:tc>
        <w:tc>
          <w:tcPr>
            <w:tcW w:w="8064" w:type="dxa"/>
            <w:shd w:val="clear" w:color="auto" w:fill="EAF0F6"/>
            <w:vAlign w:val="center"/>
          </w:tcPr>
          <w:p w:rsidR="00043C3B" w:rsidRDefault="004B4BFF">
            <w:r>
              <w:rPr>
                <w:sz w:val="15"/>
              </w:rPr>
              <w:t>Peru</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52</w:t>
            </w:r>
          </w:p>
        </w:tc>
        <w:tc>
          <w:tcPr>
            <w:tcW w:w="8064" w:type="dxa"/>
            <w:vAlign w:val="center"/>
          </w:tcPr>
          <w:p w:rsidR="00043C3B" w:rsidRDefault="004B4BFF">
            <w:r>
              <w:rPr>
                <w:sz w:val="15"/>
              </w:rPr>
              <w:t>Mexico</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53</w:t>
            </w:r>
          </w:p>
        </w:tc>
        <w:tc>
          <w:tcPr>
            <w:tcW w:w="8064" w:type="dxa"/>
            <w:shd w:val="clear" w:color="auto" w:fill="EAF0F6"/>
            <w:vAlign w:val="center"/>
          </w:tcPr>
          <w:p w:rsidR="00043C3B" w:rsidRDefault="004B4BFF">
            <w:r>
              <w:rPr>
                <w:sz w:val="15"/>
              </w:rPr>
              <w:t>Cuba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54</w:t>
            </w:r>
          </w:p>
        </w:tc>
        <w:tc>
          <w:tcPr>
            <w:tcW w:w="8064" w:type="dxa"/>
            <w:vAlign w:val="center"/>
          </w:tcPr>
          <w:p w:rsidR="00043C3B" w:rsidRDefault="004B4BFF">
            <w:r>
              <w:rPr>
                <w:sz w:val="15"/>
              </w:rPr>
              <w:t>Argentine Republic</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55</w:t>
            </w:r>
          </w:p>
        </w:tc>
        <w:tc>
          <w:tcPr>
            <w:tcW w:w="8064" w:type="dxa"/>
            <w:shd w:val="clear" w:color="auto" w:fill="EAF0F6"/>
            <w:vAlign w:val="center"/>
          </w:tcPr>
          <w:p w:rsidR="00043C3B" w:rsidRDefault="004B4BFF">
            <w:r>
              <w:rPr>
                <w:sz w:val="15"/>
              </w:rPr>
              <w:t>Brazil (Federative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56</w:t>
            </w:r>
          </w:p>
        </w:tc>
        <w:tc>
          <w:tcPr>
            <w:tcW w:w="8064" w:type="dxa"/>
            <w:vAlign w:val="center"/>
          </w:tcPr>
          <w:p w:rsidR="00043C3B" w:rsidRDefault="004B4BFF">
            <w:r>
              <w:rPr>
                <w:sz w:val="15"/>
              </w:rPr>
              <w:t>Chile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57</w:t>
            </w:r>
          </w:p>
        </w:tc>
        <w:tc>
          <w:tcPr>
            <w:tcW w:w="8064" w:type="dxa"/>
            <w:shd w:val="clear" w:color="auto" w:fill="EAF0F6"/>
            <w:vAlign w:val="center"/>
          </w:tcPr>
          <w:p w:rsidR="00043C3B" w:rsidRDefault="004B4BFF">
            <w:r>
              <w:rPr>
                <w:sz w:val="15"/>
              </w:rPr>
              <w:t>Colombia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58</w:t>
            </w:r>
          </w:p>
        </w:tc>
        <w:tc>
          <w:tcPr>
            <w:tcW w:w="8064" w:type="dxa"/>
            <w:vAlign w:val="center"/>
          </w:tcPr>
          <w:p w:rsidR="00043C3B" w:rsidRDefault="004B4BFF">
            <w:r>
              <w:rPr>
                <w:sz w:val="15"/>
              </w:rPr>
              <w:t>Venezuela (Bolivarian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590</w:t>
            </w:r>
          </w:p>
        </w:tc>
        <w:tc>
          <w:tcPr>
            <w:tcW w:w="8064" w:type="dxa"/>
            <w:shd w:val="clear" w:color="auto" w:fill="EAF0F6"/>
            <w:vAlign w:val="center"/>
          </w:tcPr>
          <w:p w:rsidR="00043C3B" w:rsidRDefault="004B4BFF">
            <w:r>
              <w:rPr>
                <w:sz w:val="15"/>
              </w:rPr>
              <w:t>Guadeloupe (French Department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591</w:t>
            </w:r>
          </w:p>
        </w:tc>
        <w:tc>
          <w:tcPr>
            <w:tcW w:w="8064" w:type="dxa"/>
            <w:vAlign w:val="center"/>
          </w:tcPr>
          <w:p w:rsidR="00043C3B" w:rsidRDefault="004B4BFF">
            <w:r>
              <w:rPr>
                <w:sz w:val="15"/>
              </w:rPr>
              <w:t>Bolivia (Plurinational State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592</w:t>
            </w:r>
          </w:p>
        </w:tc>
        <w:tc>
          <w:tcPr>
            <w:tcW w:w="8064" w:type="dxa"/>
            <w:shd w:val="clear" w:color="auto" w:fill="EAF0F6"/>
            <w:vAlign w:val="center"/>
          </w:tcPr>
          <w:p w:rsidR="00043C3B" w:rsidRDefault="004B4BFF">
            <w:r>
              <w:rPr>
                <w:sz w:val="15"/>
              </w:rPr>
              <w:t>Guyana (Co-operative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593</w:t>
            </w:r>
          </w:p>
        </w:tc>
        <w:tc>
          <w:tcPr>
            <w:tcW w:w="8064" w:type="dxa"/>
            <w:vAlign w:val="center"/>
          </w:tcPr>
          <w:p w:rsidR="00043C3B" w:rsidRDefault="004B4BFF">
            <w:r>
              <w:rPr>
                <w:sz w:val="15"/>
              </w:rPr>
              <w:t>Ecuador</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594</w:t>
            </w:r>
          </w:p>
        </w:tc>
        <w:tc>
          <w:tcPr>
            <w:tcW w:w="8064" w:type="dxa"/>
            <w:shd w:val="clear" w:color="auto" w:fill="EAF0F6"/>
            <w:vAlign w:val="center"/>
          </w:tcPr>
          <w:p w:rsidR="00043C3B" w:rsidRDefault="004B4BFF">
            <w:r>
              <w:rPr>
                <w:sz w:val="15"/>
              </w:rPr>
              <w:t>French Guiana (French Department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595</w:t>
            </w:r>
          </w:p>
        </w:tc>
        <w:tc>
          <w:tcPr>
            <w:tcW w:w="8064" w:type="dxa"/>
            <w:vAlign w:val="center"/>
          </w:tcPr>
          <w:p w:rsidR="00043C3B" w:rsidRDefault="004B4BFF">
            <w:r>
              <w:rPr>
                <w:sz w:val="15"/>
              </w:rPr>
              <w:t>Paraguay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596</w:t>
            </w:r>
          </w:p>
        </w:tc>
        <w:tc>
          <w:tcPr>
            <w:tcW w:w="8064" w:type="dxa"/>
            <w:shd w:val="clear" w:color="auto" w:fill="EAF0F6"/>
            <w:vAlign w:val="center"/>
          </w:tcPr>
          <w:p w:rsidR="00043C3B" w:rsidRDefault="004B4BFF">
            <w:r>
              <w:rPr>
                <w:sz w:val="15"/>
              </w:rPr>
              <w:t>Martinique (French Department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597</w:t>
            </w:r>
          </w:p>
        </w:tc>
        <w:tc>
          <w:tcPr>
            <w:tcW w:w="8064" w:type="dxa"/>
            <w:vAlign w:val="center"/>
          </w:tcPr>
          <w:p w:rsidR="00043C3B" w:rsidRDefault="004B4BFF">
            <w:r>
              <w:rPr>
                <w:sz w:val="15"/>
              </w:rPr>
              <w:t>Suriname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598</w:t>
            </w:r>
          </w:p>
        </w:tc>
        <w:tc>
          <w:tcPr>
            <w:tcW w:w="8064" w:type="dxa"/>
            <w:shd w:val="clear" w:color="auto" w:fill="EAF0F6"/>
            <w:vAlign w:val="center"/>
          </w:tcPr>
          <w:p w:rsidR="00043C3B" w:rsidRDefault="004B4BFF">
            <w:r>
              <w:rPr>
                <w:sz w:val="15"/>
              </w:rPr>
              <w:t>Uruguay (Eastern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599</w:t>
            </w:r>
          </w:p>
        </w:tc>
        <w:tc>
          <w:tcPr>
            <w:tcW w:w="8064" w:type="dxa"/>
            <w:vAlign w:val="center"/>
          </w:tcPr>
          <w:p w:rsidR="00043C3B" w:rsidRDefault="004B4BFF">
            <w:r>
              <w:rPr>
                <w:sz w:val="15"/>
              </w:rPr>
              <w:t>Bonaire, Sint Eustatius and Saba</w:t>
            </w:r>
          </w:p>
        </w:tc>
        <w:tc>
          <w:tcPr>
            <w:tcW w:w="1440" w:type="dxa"/>
            <w:vAlign w:val="center"/>
          </w:tcPr>
          <w:p w:rsidR="00043C3B" w:rsidRDefault="004B4BFF">
            <w:pPr>
              <w:jc w:val="center"/>
            </w:pPr>
            <w:r>
              <w:rPr>
                <w:sz w:val="15"/>
              </w:rPr>
              <w:t>c</w:t>
            </w:r>
          </w:p>
        </w:tc>
      </w:tr>
      <w:tr w:rsidR="00043C3B">
        <w:trPr>
          <w:jc w:val="center"/>
        </w:trPr>
        <w:tc>
          <w:tcPr>
            <w:tcW w:w="1152" w:type="dxa"/>
            <w:shd w:val="clear" w:color="auto" w:fill="EAF0F6"/>
            <w:vAlign w:val="center"/>
          </w:tcPr>
          <w:p w:rsidR="00043C3B" w:rsidRDefault="004B4BFF">
            <w:pPr>
              <w:jc w:val="center"/>
            </w:pPr>
            <w:r>
              <w:rPr>
                <w:sz w:val="15"/>
              </w:rPr>
              <w:t>599</w:t>
            </w:r>
          </w:p>
        </w:tc>
        <w:tc>
          <w:tcPr>
            <w:tcW w:w="8064" w:type="dxa"/>
            <w:shd w:val="clear" w:color="auto" w:fill="EAF0F6"/>
            <w:vAlign w:val="center"/>
          </w:tcPr>
          <w:p w:rsidR="00043C3B" w:rsidRDefault="004B4BFF">
            <w:r>
              <w:rPr>
                <w:sz w:val="15"/>
              </w:rPr>
              <w:t>Curaçao</w:t>
            </w:r>
          </w:p>
        </w:tc>
        <w:tc>
          <w:tcPr>
            <w:tcW w:w="1440" w:type="dxa"/>
            <w:shd w:val="clear" w:color="auto" w:fill="EAF0F6"/>
            <w:vAlign w:val="center"/>
          </w:tcPr>
          <w:p w:rsidR="00043C3B" w:rsidRDefault="004B4BFF">
            <w:pPr>
              <w:jc w:val="center"/>
            </w:pPr>
            <w:r>
              <w:rPr>
                <w:sz w:val="15"/>
              </w:rPr>
              <w:t>c</w:t>
            </w:r>
          </w:p>
        </w:tc>
      </w:tr>
      <w:tr w:rsidR="00043C3B">
        <w:trPr>
          <w:jc w:val="center"/>
        </w:trPr>
        <w:tc>
          <w:tcPr>
            <w:tcW w:w="1152" w:type="dxa"/>
            <w:vAlign w:val="center"/>
          </w:tcPr>
          <w:p w:rsidR="00043C3B" w:rsidRDefault="004B4BFF">
            <w:pPr>
              <w:jc w:val="center"/>
            </w:pPr>
            <w:r>
              <w:rPr>
                <w:sz w:val="15"/>
              </w:rPr>
              <w:t>60</w:t>
            </w:r>
          </w:p>
        </w:tc>
        <w:tc>
          <w:tcPr>
            <w:tcW w:w="8064" w:type="dxa"/>
            <w:vAlign w:val="center"/>
          </w:tcPr>
          <w:p w:rsidR="00043C3B" w:rsidRDefault="004B4BFF">
            <w:r>
              <w:rPr>
                <w:sz w:val="15"/>
              </w:rPr>
              <w:t>Malaysia</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61</w:t>
            </w:r>
          </w:p>
        </w:tc>
        <w:tc>
          <w:tcPr>
            <w:tcW w:w="8064" w:type="dxa"/>
            <w:shd w:val="clear" w:color="auto" w:fill="EAF0F6"/>
            <w:vAlign w:val="center"/>
          </w:tcPr>
          <w:p w:rsidR="00043C3B" w:rsidRDefault="004B4BFF">
            <w:r>
              <w:rPr>
                <w:sz w:val="15"/>
              </w:rPr>
              <w:t>Australia</w:t>
            </w:r>
          </w:p>
        </w:tc>
        <w:tc>
          <w:tcPr>
            <w:tcW w:w="1440" w:type="dxa"/>
            <w:shd w:val="clear" w:color="auto" w:fill="EAF0F6"/>
            <w:vAlign w:val="center"/>
          </w:tcPr>
          <w:p w:rsidR="00043C3B" w:rsidRDefault="004B4BFF">
            <w:pPr>
              <w:jc w:val="center"/>
            </w:pPr>
            <w:r>
              <w:rPr>
                <w:sz w:val="15"/>
              </w:rPr>
              <w:t>i</w:t>
            </w:r>
          </w:p>
        </w:tc>
      </w:tr>
      <w:tr w:rsidR="00043C3B">
        <w:trPr>
          <w:jc w:val="center"/>
        </w:trPr>
        <w:tc>
          <w:tcPr>
            <w:tcW w:w="1152" w:type="dxa"/>
            <w:vAlign w:val="center"/>
          </w:tcPr>
          <w:p w:rsidR="00043C3B" w:rsidRDefault="004B4BFF">
            <w:pPr>
              <w:jc w:val="center"/>
            </w:pPr>
            <w:r>
              <w:rPr>
                <w:sz w:val="15"/>
              </w:rPr>
              <w:t>62</w:t>
            </w:r>
          </w:p>
        </w:tc>
        <w:tc>
          <w:tcPr>
            <w:tcW w:w="8064" w:type="dxa"/>
            <w:vAlign w:val="center"/>
          </w:tcPr>
          <w:p w:rsidR="00043C3B" w:rsidRDefault="004B4BFF">
            <w:r>
              <w:rPr>
                <w:sz w:val="15"/>
              </w:rPr>
              <w:t>Indonesia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63</w:t>
            </w:r>
          </w:p>
        </w:tc>
        <w:tc>
          <w:tcPr>
            <w:tcW w:w="8064" w:type="dxa"/>
            <w:shd w:val="clear" w:color="auto" w:fill="EAF0F6"/>
            <w:vAlign w:val="center"/>
          </w:tcPr>
          <w:p w:rsidR="00043C3B" w:rsidRDefault="004B4BFF">
            <w:r>
              <w:rPr>
                <w:sz w:val="15"/>
              </w:rPr>
              <w:t>Philippines (Republic of the)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64</w:t>
            </w:r>
          </w:p>
        </w:tc>
        <w:tc>
          <w:tcPr>
            <w:tcW w:w="8064" w:type="dxa"/>
            <w:vAlign w:val="center"/>
          </w:tcPr>
          <w:p w:rsidR="00043C3B" w:rsidRDefault="004B4BFF">
            <w:r>
              <w:rPr>
                <w:sz w:val="15"/>
              </w:rPr>
              <w:t>New Zealand</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65</w:t>
            </w:r>
          </w:p>
        </w:tc>
        <w:tc>
          <w:tcPr>
            <w:tcW w:w="8064" w:type="dxa"/>
            <w:shd w:val="clear" w:color="auto" w:fill="EAF0F6"/>
            <w:vAlign w:val="center"/>
          </w:tcPr>
          <w:p w:rsidR="00043C3B" w:rsidRDefault="004B4BFF">
            <w:r>
              <w:rPr>
                <w:sz w:val="15"/>
              </w:rPr>
              <w:t>Singapore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66</w:t>
            </w:r>
          </w:p>
        </w:tc>
        <w:tc>
          <w:tcPr>
            <w:tcW w:w="8064" w:type="dxa"/>
            <w:vAlign w:val="center"/>
          </w:tcPr>
          <w:p w:rsidR="00043C3B" w:rsidRDefault="004B4BFF">
            <w:r>
              <w:rPr>
                <w:sz w:val="15"/>
              </w:rPr>
              <w:t>Thailand</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670</w:t>
            </w:r>
          </w:p>
        </w:tc>
        <w:tc>
          <w:tcPr>
            <w:tcW w:w="8064" w:type="dxa"/>
            <w:shd w:val="clear" w:color="auto" w:fill="EAF0F6"/>
            <w:vAlign w:val="center"/>
          </w:tcPr>
          <w:p w:rsidR="00043C3B" w:rsidRDefault="004B4BFF">
            <w:r>
              <w:rPr>
                <w:sz w:val="15"/>
              </w:rPr>
              <w:t>Timor-Leste (Democratic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671</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672</w:t>
            </w:r>
          </w:p>
        </w:tc>
        <w:tc>
          <w:tcPr>
            <w:tcW w:w="8064" w:type="dxa"/>
            <w:shd w:val="clear" w:color="auto" w:fill="EAF0F6"/>
            <w:vAlign w:val="center"/>
          </w:tcPr>
          <w:p w:rsidR="00043C3B" w:rsidRDefault="004B4BFF">
            <w:r>
              <w:rPr>
                <w:sz w:val="15"/>
              </w:rPr>
              <w:t>Australian External Territories</w:t>
            </w:r>
          </w:p>
        </w:tc>
        <w:tc>
          <w:tcPr>
            <w:tcW w:w="1440" w:type="dxa"/>
            <w:shd w:val="clear" w:color="auto" w:fill="EAF0F6"/>
            <w:vAlign w:val="center"/>
          </w:tcPr>
          <w:p w:rsidR="00043C3B" w:rsidRDefault="004B4BFF">
            <w:pPr>
              <w:jc w:val="center"/>
            </w:pPr>
            <w:r>
              <w:rPr>
                <w:sz w:val="15"/>
              </w:rPr>
              <w:t>g</w:t>
            </w:r>
          </w:p>
        </w:tc>
      </w:tr>
      <w:tr w:rsidR="00043C3B">
        <w:trPr>
          <w:jc w:val="center"/>
        </w:trPr>
        <w:tc>
          <w:tcPr>
            <w:tcW w:w="1152" w:type="dxa"/>
            <w:vAlign w:val="center"/>
          </w:tcPr>
          <w:p w:rsidR="00043C3B" w:rsidRDefault="004B4BFF">
            <w:pPr>
              <w:jc w:val="center"/>
            </w:pPr>
            <w:r>
              <w:rPr>
                <w:sz w:val="15"/>
              </w:rPr>
              <w:t>673</w:t>
            </w:r>
          </w:p>
        </w:tc>
        <w:tc>
          <w:tcPr>
            <w:tcW w:w="8064" w:type="dxa"/>
            <w:vAlign w:val="center"/>
          </w:tcPr>
          <w:p w:rsidR="00043C3B" w:rsidRDefault="004B4BFF">
            <w:r>
              <w:rPr>
                <w:sz w:val="15"/>
              </w:rPr>
              <w:t>Brunei Darussalam</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674</w:t>
            </w:r>
          </w:p>
        </w:tc>
        <w:tc>
          <w:tcPr>
            <w:tcW w:w="8064" w:type="dxa"/>
            <w:shd w:val="clear" w:color="auto" w:fill="EAF0F6"/>
            <w:vAlign w:val="center"/>
          </w:tcPr>
          <w:p w:rsidR="00043C3B" w:rsidRDefault="004B4BFF">
            <w:r>
              <w:rPr>
                <w:sz w:val="15"/>
              </w:rPr>
              <w:t>Naoero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675</w:t>
            </w:r>
          </w:p>
        </w:tc>
        <w:tc>
          <w:tcPr>
            <w:tcW w:w="8064" w:type="dxa"/>
            <w:vAlign w:val="center"/>
          </w:tcPr>
          <w:p w:rsidR="00043C3B" w:rsidRDefault="004B4BFF">
            <w:r>
              <w:rPr>
                <w:sz w:val="15"/>
              </w:rPr>
              <w:t>Papua New Guinea</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676</w:t>
            </w:r>
          </w:p>
        </w:tc>
        <w:tc>
          <w:tcPr>
            <w:tcW w:w="8064" w:type="dxa"/>
            <w:shd w:val="clear" w:color="auto" w:fill="EAF0F6"/>
            <w:vAlign w:val="center"/>
          </w:tcPr>
          <w:p w:rsidR="00043C3B" w:rsidRDefault="004B4BFF">
            <w:r>
              <w:rPr>
                <w:sz w:val="15"/>
              </w:rPr>
              <w:t>Tonga (Kingdom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677</w:t>
            </w:r>
          </w:p>
        </w:tc>
        <w:tc>
          <w:tcPr>
            <w:tcW w:w="8064" w:type="dxa"/>
            <w:vAlign w:val="center"/>
          </w:tcPr>
          <w:p w:rsidR="00043C3B" w:rsidRDefault="004B4BFF">
            <w:r>
              <w:rPr>
                <w:sz w:val="15"/>
              </w:rPr>
              <w:t>Solomon Islands</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678</w:t>
            </w:r>
          </w:p>
        </w:tc>
        <w:tc>
          <w:tcPr>
            <w:tcW w:w="8064" w:type="dxa"/>
            <w:shd w:val="clear" w:color="auto" w:fill="EAF0F6"/>
            <w:vAlign w:val="center"/>
          </w:tcPr>
          <w:p w:rsidR="00043C3B" w:rsidRDefault="004B4BFF">
            <w:r>
              <w:rPr>
                <w:sz w:val="15"/>
              </w:rPr>
              <w:t>Vanuatu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679</w:t>
            </w:r>
          </w:p>
        </w:tc>
        <w:tc>
          <w:tcPr>
            <w:tcW w:w="8064" w:type="dxa"/>
            <w:vAlign w:val="center"/>
          </w:tcPr>
          <w:p w:rsidR="00043C3B" w:rsidRDefault="004B4BFF">
            <w:r>
              <w:rPr>
                <w:sz w:val="15"/>
              </w:rPr>
              <w:t>Fiji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680</w:t>
            </w:r>
          </w:p>
        </w:tc>
        <w:tc>
          <w:tcPr>
            <w:tcW w:w="8064" w:type="dxa"/>
            <w:shd w:val="clear" w:color="auto" w:fill="EAF0F6"/>
            <w:vAlign w:val="center"/>
          </w:tcPr>
          <w:p w:rsidR="00043C3B" w:rsidRDefault="004B4BFF">
            <w:r>
              <w:rPr>
                <w:sz w:val="15"/>
              </w:rPr>
              <w:t>Palau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681</w:t>
            </w:r>
          </w:p>
        </w:tc>
        <w:tc>
          <w:tcPr>
            <w:tcW w:w="8064" w:type="dxa"/>
            <w:vAlign w:val="center"/>
          </w:tcPr>
          <w:p w:rsidR="00043C3B" w:rsidRDefault="004B4BFF">
            <w:r>
              <w:rPr>
                <w:sz w:val="15"/>
              </w:rPr>
              <w:t>Wallis and Futuna (Territoire français d'outre-mer)</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682</w:t>
            </w:r>
          </w:p>
        </w:tc>
        <w:tc>
          <w:tcPr>
            <w:tcW w:w="8064" w:type="dxa"/>
            <w:shd w:val="clear" w:color="auto" w:fill="EAF0F6"/>
            <w:vAlign w:val="center"/>
          </w:tcPr>
          <w:p w:rsidR="00043C3B" w:rsidRDefault="004B4BFF">
            <w:r>
              <w:rPr>
                <w:sz w:val="15"/>
              </w:rPr>
              <w:t>Cook Islands</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683</w:t>
            </w:r>
          </w:p>
        </w:tc>
        <w:tc>
          <w:tcPr>
            <w:tcW w:w="8064" w:type="dxa"/>
            <w:vAlign w:val="center"/>
          </w:tcPr>
          <w:p w:rsidR="00043C3B" w:rsidRDefault="004B4BFF">
            <w:r>
              <w:rPr>
                <w:sz w:val="15"/>
              </w:rPr>
              <w:t>Niue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684</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685</w:t>
            </w:r>
          </w:p>
        </w:tc>
        <w:tc>
          <w:tcPr>
            <w:tcW w:w="8064" w:type="dxa"/>
            <w:vAlign w:val="center"/>
          </w:tcPr>
          <w:p w:rsidR="00043C3B" w:rsidRDefault="004B4BFF">
            <w:r>
              <w:rPr>
                <w:sz w:val="15"/>
              </w:rPr>
              <w:t>Samoa (Independent State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686</w:t>
            </w:r>
          </w:p>
        </w:tc>
        <w:tc>
          <w:tcPr>
            <w:tcW w:w="8064" w:type="dxa"/>
            <w:shd w:val="clear" w:color="auto" w:fill="EAF0F6"/>
            <w:vAlign w:val="center"/>
          </w:tcPr>
          <w:p w:rsidR="00043C3B" w:rsidRDefault="004B4BFF">
            <w:r>
              <w:rPr>
                <w:sz w:val="15"/>
              </w:rPr>
              <w:t>Kiribati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687</w:t>
            </w:r>
          </w:p>
        </w:tc>
        <w:tc>
          <w:tcPr>
            <w:tcW w:w="8064" w:type="dxa"/>
            <w:vAlign w:val="center"/>
          </w:tcPr>
          <w:p w:rsidR="00043C3B" w:rsidRDefault="004B4BFF">
            <w:r>
              <w:rPr>
                <w:sz w:val="15"/>
              </w:rPr>
              <w:t>New Caledonia (Territoire français d'outre-mer)</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688</w:t>
            </w:r>
          </w:p>
        </w:tc>
        <w:tc>
          <w:tcPr>
            <w:tcW w:w="8064" w:type="dxa"/>
            <w:shd w:val="clear" w:color="auto" w:fill="EAF0F6"/>
            <w:vAlign w:val="center"/>
          </w:tcPr>
          <w:p w:rsidR="00043C3B" w:rsidRDefault="004B4BFF">
            <w:r>
              <w:rPr>
                <w:sz w:val="15"/>
              </w:rPr>
              <w:t>Tuvalu</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689</w:t>
            </w:r>
          </w:p>
        </w:tc>
        <w:tc>
          <w:tcPr>
            <w:tcW w:w="8064" w:type="dxa"/>
            <w:vAlign w:val="center"/>
          </w:tcPr>
          <w:p w:rsidR="00043C3B" w:rsidRDefault="004B4BFF">
            <w:r>
              <w:rPr>
                <w:sz w:val="15"/>
              </w:rPr>
              <w:t>French Polynesia (Territoire français d'outre-mer)</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690</w:t>
            </w:r>
          </w:p>
        </w:tc>
        <w:tc>
          <w:tcPr>
            <w:tcW w:w="8064" w:type="dxa"/>
            <w:shd w:val="clear" w:color="auto" w:fill="EAF0F6"/>
            <w:vAlign w:val="center"/>
          </w:tcPr>
          <w:p w:rsidR="00043C3B" w:rsidRDefault="004B4BFF">
            <w:r>
              <w:rPr>
                <w:sz w:val="15"/>
              </w:rPr>
              <w:t>Tokelau</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691</w:t>
            </w:r>
          </w:p>
        </w:tc>
        <w:tc>
          <w:tcPr>
            <w:tcW w:w="8064" w:type="dxa"/>
            <w:vAlign w:val="center"/>
          </w:tcPr>
          <w:p w:rsidR="00043C3B" w:rsidRDefault="004B4BFF">
            <w:r>
              <w:rPr>
                <w:sz w:val="15"/>
              </w:rPr>
              <w:t>Micronesia (Federated States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692</w:t>
            </w:r>
          </w:p>
        </w:tc>
        <w:tc>
          <w:tcPr>
            <w:tcW w:w="8064" w:type="dxa"/>
            <w:shd w:val="clear" w:color="auto" w:fill="EAF0F6"/>
            <w:vAlign w:val="center"/>
          </w:tcPr>
          <w:p w:rsidR="00043C3B" w:rsidRDefault="004B4BFF">
            <w:r>
              <w:rPr>
                <w:sz w:val="15"/>
              </w:rPr>
              <w:t>Marshall Islands (Republic of the)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693</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lastRenderedPageBreak/>
              <w:t>694</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695</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696</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697</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698</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699</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7</w:t>
            </w:r>
          </w:p>
        </w:tc>
        <w:tc>
          <w:tcPr>
            <w:tcW w:w="8064" w:type="dxa"/>
            <w:shd w:val="clear" w:color="auto" w:fill="EAF0F6"/>
            <w:vAlign w:val="center"/>
          </w:tcPr>
          <w:p w:rsidR="00043C3B" w:rsidRDefault="004B4BFF">
            <w:r>
              <w:rPr>
                <w:sz w:val="15"/>
              </w:rPr>
              <w:t>Kazakhstan (Republic of)</w:t>
            </w:r>
          </w:p>
        </w:tc>
        <w:tc>
          <w:tcPr>
            <w:tcW w:w="1440" w:type="dxa"/>
            <w:shd w:val="clear" w:color="auto" w:fill="EAF0F6"/>
            <w:vAlign w:val="center"/>
          </w:tcPr>
          <w:p w:rsidR="00043C3B" w:rsidRDefault="004B4BFF">
            <w:pPr>
              <w:jc w:val="center"/>
            </w:pPr>
            <w:r>
              <w:rPr>
                <w:sz w:val="15"/>
              </w:rPr>
              <w:t>b</w:t>
            </w:r>
          </w:p>
        </w:tc>
      </w:tr>
      <w:tr w:rsidR="00043C3B">
        <w:trPr>
          <w:jc w:val="center"/>
        </w:trPr>
        <w:tc>
          <w:tcPr>
            <w:tcW w:w="1152" w:type="dxa"/>
            <w:vAlign w:val="center"/>
          </w:tcPr>
          <w:p w:rsidR="00043C3B" w:rsidRDefault="004B4BFF">
            <w:pPr>
              <w:jc w:val="center"/>
            </w:pPr>
            <w:r>
              <w:rPr>
                <w:sz w:val="15"/>
              </w:rPr>
              <w:t>7</w:t>
            </w:r>
          </w:p>
        </w:tc>
        <w:tc>
          <w:tcPr>
            <w:tcW w:w="8064" w:type="dxa"/>
            <w:vAlign w:val="center"/>
          </w:tcPr>
          <w:p w:rsidR="00043C3B" w:rsidRDefault="004B4BFF">
            <w:r>
              <w:rPr>
                <w:sz w:val="15"/>
              </w:rPr>
              <w:t>Russian Federation</w:t>
            </w:r>
          </w:p>
        </w:tc>
        <w:tc>
          <w:tcPr>
            <w:tcW w:w="1440" w:type="dxa"/>
            <w:vAlign w:val="center"/>
          </w:tcPr>
          <w:p w:rsidR="00043C3B" w:rsidRDefault="004B4BFF">
            <w:pPr>
              <w:jc w:val="center"/>
            </w:pPr>
            <w:r>
              <w:rPr>
                <w:sz w:val="15"/>
              </w:rPr>
              <w:t>b</w:t>
            </w:r>
          </w:p>
        </w:tc>
      </w:tr>
      <w:tr w:rsidR="00043C3B">
        <w:trPr>
          <w:jc w:val="center"/>
        </w:trPr>
        <w:tc>
          <w:tcPr>
            <w:tcW w:w="1152" w:type="dxa"/>
            <w:shd w:val="clear" w:color="auto" w:fill="EAF0F6"/>
            <w:vAlign w:val="center"/>
          </w:tcPr>
          <w:p w:rsidR="00043C3B" w:rsidRDefault="004B4BFF">
            <w:pPr>
              <w:jc w:val="center"/>
            </w:pPr>
            <w:r>
              <w:rPr>
                <w:sz w:val="15"/>
              </w:rPr>
              <w:t>800</w:t>
            </w:r>
          </w:p>
        </w:tc>
        <w:tc>
          <w:tcPr>
            <w:tcW w:w="8064" w:type="dxa"/>
            <w:shd w:val="clear" w:color="auto" w:fill="EAF0F6"/>
            <w:vAlign w:val="center"/>
          </w:tcPr>
          <w:p w:rsidR="00043C3B" w:rsidRDefault="004B4BFF">
            <w:r>
              <w:rPr>
                <w:sz w:val="15"/>
              </w:rPr>
              <w:t>International Freephone Service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801</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d</w:t>
            </w:r>
          </w:p>
        </w:tc>
      </w:tr>
      <w:tr w:rsidR="00043C3B">
        <w:trPr>
          <w:jc w:val="center"/>
        </w:trPr>
        <w:tc>
          <w:tcPr>
            <w:tcW w:w="1152" w:type="dxa"/>
            <w:shd w:val="clear" w:color="auto" w:fill="EAF0F6"/>
            <w:vAlign w:val="center"/>
          </w:tcPr>
          <w:p w:rsidR="00043C3B" w:rsidRDefault="004B4BFF">
            <w:pPr>
              <w:jc w:val="center"/>
            </w:pPr>
            <w:r>
              <w:rPr>
                <w:sz w:val="15"/>
              </w:rPr>
              <w:t>802</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d</w:t>
            </w:r>
          </w:p>
        </w:tc>
      </w:tr>
      <w:tr w:rsidR="00043C3B">
        <w:trPr>
          <w:jc w:val="center"/>
        </w:trPr>
        <w:tc>
          <w:tcPr>
            <w:tcW w:w="1152" w:type="dxa"/>
            <w:vAlign w:val="center"/>
          </w:tcPr>
          <w:p w:rsidR="00043C3B" w:rsidRDefault="004B4BFF">
            <w:pPr>
              <w:jc w:val="center"/>
            </w:pPr>
            <w:r>
              <w:rPr>
                <w:sz w:val="15"/>
              </w:rPr>
              <w:t>803</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d</w:t>
            </w:r>
          </w:p>
        </w:tc>
      </w:tr>
      <w:tr w:rsidR="00043C3B">
        <w:trPr>
          <w:jc w:val="center"/>
        </w:trPr>
        <w:tc>
          <w:tcPr>
            <w:tcW w:w="1152" w:type="dxa"/>
            <w:shd w:val="clear" w:color="auto" w:fill="EAF0F6"/>
            <w:vAlign w:val="center"/>
          </w:tcPr>
          <w:p w:rsidR="00043C3B" w:rsidRDefault="004B4BFF">
            <w:pPr>
              <w:jc w:val="center"/>
            </w:pPr>
            <w:r>
              <w:rPr>
                <w:sz w:val="15"/>
              </w:rPr>
              <w:t>804</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d</w:t>
            </w:r>
          </w:p>
        </w:tc>
      </w:tr>
      <w:tr w:rsidR="00043C3B">
        <w:trPr>
          <w:jc w:val="center"/>
        </w:trPr>
        <w:tc>
          <w:tcPr>
            <w:tcW w:w="1152" w:type="dxa"/>
            <w:vAlign w:val="center"/>
          </w:tcPr>
          <w:p w:rsidR="00043C3B" w:rsidRDefault="004B4BFF">
            <w:pPr>
              <w:jc w:val="center"/>
            </w:pPr>
            <w:r>
              <w:rPr>
                <w:sz w:val="15"/>
              </w:rPr>
              <w:t>805</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d</w:t>
            </w:r>
          </w:p>
        </w:tc>
      </w:tr>
      <w:tr w:rsidR="00043C3B">
        <w:trPr>
          <w:jc w:val="center"/>
        </w:trPr>
        <w:tc>
          <w:tcPr>
            <w:tcW w:w="1152" w:type="dxa"/>
            <w:shd w:val="clear" w:color="auto" w:fill="EAF0F6"/>
            <w:vAlign w:val="center"/>
          </w:tcPr>
          <w:p w:rsidR="00043C3B" w:rsidRDefault="004B4BFF">
            <w:pPr>
              <w:jc w:val="center"/>
            </w:pPr>
            <w:r>
              <w:rPr>
                <w:sz w:val="15"/>
              </w:rPr>
              <w:t>806</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d</w:t>
            </w:r>
          </w:p>
        </w:tc>
      </w:tr>
      <w:tr w:rsidR="00043C3B">
        <w:trPr>
          <w:jc w:val="center"/>
        </w:trPr>
        <w:tc>
          <w:tcPr>
            <w:tcW w:w="1152" w:type="dxa"/>
            <w:vAlign w:val="center"/>
          </w:tcPr>
          <w:p w:rsidR="00043C3B" w:rsidRDefault="004B4BFF">
            <w:pPr>
              <w:jc w:val="center"/>
            </w:pPr>
            <w:r>
              <w:rPr>
                <w:sz w:val="15"/>
              </w:rPr>
              <w:t>807</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d</w:t>
            </w:r>
          </w:p>
        </w:tc>
      </w:tr>
      <w:tr w:rsidR="00043C3B">
        <w:trPr>
          <w:jc w:val="center"/>
        </w:trPr>
        <w:tc>
          <w:tcPr>
            <w:tcW w:w="1152" w:type="dxa"/>
            <w:shd w:val="clear" w:color="auto" w:fill="EAF0F6"/>
            <w:vAlign w:val="center"/>
          </w:tcPr>
          <w:p w:rsidR="00043C3B" w:rsidRDefault="004B4BFF">
            <w:pPr>
              <w:jc w:val="center"/>
            </w:pPr>
            <w:r>
              <w:rPr>
                <w:sz w:val="15"/>
              </w:rPr>
              <w:t>808</w:t>
            </w:r>
          </w:p>
        </w:tc>
        <w:tc>
          <w:tcPr>
            <w:tcW w:w="8064" w:type="dxa"/>
            <w:shd w:val="clear" w:color="auto" w:fill="EAF0F6"/>
            <w:vAlign w:val="center"/>
          </w:tcPr>
          <w:p w:rsidR="00043C3B" w:rsidRDefault="004B4BFF">
            <w:r>
              <w:rPr>
                <w:sz w:val="15"/>
              </w:rPr>
              <w:t>International Shared Cost Service (ISCS)</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809</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d</w:t>
            </w:r>
          </w:p>
        </w:tc>
      </w:tr>
      <w:tr w:rsidR="00043C3B">
        <w:trPr>
          <w:jc w:val="center"/>
        </w:trPr>
        <w:tc>
          <w:tcPr>
            <w:tcW w:w="1152" w:type="dxa"/>
            <w:shd w:val="clear" w:color="auto" w:fill="EAF0F6"/>
            <w:vAlign w:val="center"/>
          </w:tcPr>
          <w:p w:rsidR="00043C3B" w:rsidRDefault="004B4BFF">
            <w:pPr>
              <w:jc w:val="center"/>
            </w:pPr>
            <w:r>
              <w:rPr>
                <w:sz w:val="15"/>
              </w:rPr>
              <w:t>81</w:t>
            </w:r>
          </w:p>
        </w:tc>
        <w:tc>
          <w:tcPr>
            <w:tcW w:w="8064" w:type="dxa"/>
            <w:shd w:val="clear" w:color="auto" w:fill="EAF0F6"/>
            <w:vAlign w:val="center"/>
          </w:tcPr>
          <w:p w:rsidR="00043C3B" w:rsidRDefault="004B4BFF">
            <w:r>
              <w:rPr>
                <w:sz w:val="15"/>
              </w:rPr>
              <w:t>Japan</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82</w:t>
            </w:r>
          </w:p>
        </w:tc>
        <w:tc>
          <w:tcPr>
            <w:tcW w:w="8064" w:type="dxa"/>
            <w:vAlign w:val="center"/>
          </w:tcPr>
          <w:p w:rsidR="00043C3B" w:rsidRDefault="004B4BFF">
            <w:r>
              <w:rPr>
                <w:sz w:val="15"/>
              </w:rPr>
              <w:t>Korea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830</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831</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832</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833</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834</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835</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836</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837</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838</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839</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84</w:t>
            </w:r>
          </w:p>
        </w:tc>
        <w:tc>
          <w:tcPr>
            <w:tcW w:w="8064" w:type="dxa"/>
            <w:shd w:val="clear" w:color="auto" w:fill="EAF0F6"/>
            <w:vAlign w:val="center"/>
          </w:tcPr>
          <w:p w:rsidR="00043C3B" w:rsidRDefault="004B4BFF">
            <w:r>
              <w:rPr>
                <w:sz w:val="15"/>
              </w:rPr>
              <w:t>Viet Nam (Socialist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850</w:t>
            </w:r>
          </w:p>
        </w:tc>
        <w:tc>
          <w:tcPr>
            <w:tcW w:w="8064" w:type="dxa"/>
            <w:vAlign w:val="center"/>
          </w:tcPr>
          <w:p w:rsidR="00043C3B" w:rsidRDefault="004B4BFF">
            <w:r>
              <w:rPr>
                <w:sz w:val="15"/>
              </w:rPr>
              <w:t>Democratic People's Republic of Korea</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851</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852</w:t>
            </w:r>
          </w:p>
        </w:tc>
        <w:tc>
          <w:tcPr>
            <w:tcW w:w="8064" w:type="dxa"/>
            <w:vAlign w:val="center"/>
          </w:tcPr>
          <w:p w:rsidR="00043C3B" w:rsidRDefault="004B4BFF">
            <w:r>
              <w:rPr>
                <w:sz w:val="15"/>
              </w:rPr>
              <w:t>Hong Kong, China</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853</w:t>
            </w:r>
          </w:p>
        </w:tc>
        <w:tc>
          <w:tcPr>
            <w:tcW w:w="8064" w:type="dxa"/>
            <w:shd w:val="clear" w:color="auto" w:fill="EAF0F6"/>
            <w:vAlign w:val="center"/>
          </w:tcPr>
          <w:p w:rsidR="00043C3B" w:rsidRDefault="004B4BFF">
            <w:r>
              <w:rPr>
                <w:sz w:val="15"/>
              </w:rPr>
              <w:t>Macao, China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854</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855</w:t>
            </w:r>
          </w:p>
        </w:tc>
        <w:tc>
          <w:tcPr>
            <w:tcW w:w="8064" w:type="dxa"/>
            <w:shd w:val="clear" w:color="auto" w:fill="EAF0F6"/>
            <w:vAlign w:val="center"/>
          </w:tcPr>
          <w:p w:rsidR="00043C3B" w:rsidRDefault="004B4BFF">
            <w:r>
              <w:rPr>
                <w:sz w:val="15"/>
              </w:rPr>
              <w:t>Cambodia (Kingdom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856</w:t>
            </w:r>
          </w:p>
        </w:tc>
        <w:tc>
          <w:tcPr>
            <w:tcW w:w="8064" w:type="dxa"/>
            <w:vAlign w:val="center"/>
          </w:tcPr>
          <w:p w:rsidR="00043C3B" w:rsidRDefault="004B4BFF">
            <w:r>
              <w:rPr>
                <w:sz w:val="15"/>
              </w:rPr>
              <w:t>Lao People's Democratic Republic</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857</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858</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859</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86</w:t>
            </w:r>
          </w:p>
        </w:tc>
        <w:tc>
          <w:tcPr>
            <w:tcW w:w="8064" w:type="dxa"/>
            <w:vAlign w:val="center"/>
          </w:tcPr>
          <w:p w:rsidR="00043C3B" w:rsidRDefault="004B4BFF">
            <w:r>
              <w:rPr>
                <w:sz w:val="15"/>
              </w:rPr>
              <w:t>China (People's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870</w:t>
            </w:r>
          </w:p>
        </w:tc>
        <w:tc>
          <w:tcPr>
            <w:tcW w:w="8064" w:type="dxa"/>
            <w:shd w:val="clear" w:color="auto" w:fill="EAF0F6"/>
            <w:vAlign w:val="center"/>
          </w:tcPr>
          <w:p w:rsidR="00043C3B" w:rsidRDefault="004B4BFF">
            <w:r>
              <w:rPr>
                <w:sz w:val="15"/>
              </w:rPr>
              <w:t>Inmarsat SNAC</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871</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872</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873</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874</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875</w:t>
            </w:r>
          </w:p>
        </w:tc>
        <w:tc>
          <w:tcPr>
            <w:tcW w:w="8064" w:type="dxa"/>
            <w:vAlign w:val="center"/>
          </w:tcPr>
          <w:p w:rsidR="00043C3B" w:rsidRDefault="004B4BFF">
            <w:r>
              <w:rPr>
                <w:sz w:val="15"/>
              </w:rPr>
              <w:t>Reserved - Maritime Mobile Service Applications</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876</w:t>
            </w:r>
          </w:p>
        </w:tc>
        <w:tc>
          <w:tcPr>
            <w:tcW w:w="8064" w:type="dxa"/>
            <w:shd w:val="clear" w:color="auto" w:fill="EAF0F6"/>
            <w:vAlign w:val="center"/>
          </w:tcPr>
          <w:p w:rsidR="00043C3B" w:rsidRDefault="004B4BFF">
            <w:r>
              <w:rPr>
                <w:sz w:val="15"/>
              </w:rPr>
              <w:t>Reserved - Maritime Mobile Service Applications</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877</w:t>
            </w:r>
          </w:p>
        </w:tc>
        <w:tc>
          <w:tcPr>
            <w:tcW w:w="8064" w:type="dxa"/>
            <w:vAlign w:val="center"/>
          </w:tcPr>
          <w:p w:rsidR="00043C3B" w:rsidRDefault="004B4BFF">
            <w:r>
              <w:rPr>
                <w:sz w:val="15"/>
              </w:rPr>
              <w:t>Reserved - Maritime Mobile Service Applications</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878</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879</w:t>
            </w:r>
          </w:p>
        </w:tc>
        <w:tc>
          <w:tcPr>
            <w:tcW w:w="8064" w:type="dxa"/>
            <w:vAlign w:val="center"/>
          </w:tcPr>
          <w:p w:rsidR="00043C3B" w:rsidRDefault="004B4BFF">
            <w:r>
              <w:rPr>
                <w:sz w:val="15"/>
              </w:rPr>
              <w:t>Reserved for national non-commercial purposes</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880</w:t>
            </w:r>
          </w:p>
        </w:tc>
        <w:tc>
          <w:tcPr>
            <w:tcW w:w="8064" w:type="dxa"/>
            <w:shd w:val="clear" w:color="auto" w:fill="EAF0F6"/>
            <w:vAlign w:val="center"/>
          </w:tcPr>
          <w:p w:rsidR="00043C3B" w:rsidRDefault="004B4BFF">
            <w:r>
              <w:rPr>
                <w:sz w:val="15"/>
              </w:rPr>
              <w:t>Bangladesh (People's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881</w:t>
            </w:r>
          </w:p>
        </w:tc>
        <w:tc>
          <w:tcPr>
            <w:tcW w:w="8064" w:type="dxa"/>
            <w:vAlign w:val="center"/>
          </w:tcPr>
          <w:p w:rsidR="00043C3B" w:rsidRDefault="004B4BFF">
            <w:r>
              <w:rPr>
                <w:sz w:val="15"/>
              </w:rPr>
              <w:t>Global Mobile Satellite System (GMSS), shared code</w:t>
            </w:r>
          </w:p>
        </w:tc>
        <w:tc>
          <w:tcPr>
            <w:tcW w:w="1440" w:type="dxa"/>
            <w:vAlign w:val="center"/>
          </w:tcPr>
          <w:p w:rsidR="00043C3B" w:rsidRDefault="004B4BFF">
            <w:pPr>
              <w:jc w:val="center"/>
            </w:pPr>
            <w:r>
              <w:rPr>
                <w:sz w:val="15"/>
              </w:rPr>
              <w:t>n</w:t>
            </w:r>
          </w:p>
        </w:tc>
      </w:tr>
      <w:tr w:rsidR="00043C3B">
        <w:trPr>
          <w:jc w:val="center"/>
        </w:trPr>
        <w:tc>
          <w:tcPr>
            <w:tcW w:w="1152" w:type="dxa"/>
            <w:shd w:val="clear" w:color="auto" w:fill="EAF0F6"/>
            <w:vAlign w:val="center"/>
          </w:tcPr>
          <w:p w:rsidR="00043C3B" w:rsidRDefault="004B4BFF">
            <w:pPr>
              <w:jc w:val="center"/>
            </w:pPr>
            <w:r>
              <w:rPr>
                <w:sz w:val="15"/>
              </w:rPr>
              <w:t>882</w:t>
            </w:r>
          </w:p>
        </w:tc>
        <w:tc>
          <w:tcPr>
            <w:tcW w:w="8064" w:type="dxa"/>
            <w:shd w:val="clear" w:color="auto" w:fill="EAF0F6"/>
            <w:vAlign w:val="center"/>
          </w:tcPr>
          <w:p w:rsidR="00043C3B" w:rsidRDefault="004B4BFF">
            <w:r>
              <w:rPr>
                <w:sz w:val="15"/>
              </w:rPr>
              <w:t>International Networks, shared code</w:t>
            </w:r>
          </w:p>
        </w:tc>
        <w:tc>
          <w:tcPr>
            <w:tcW w:w="1440" w:type="dxa"/>
            <w:shd w:val="clear" w:color="auto" w:fill="EAF0F6"/>
            <w:vAlign w:val="center"/>
          </w:tcPr>
          <w:p w:rsidR="00043C3B" w:rsidRDefault="004B4BFF">
            <w:pPr>
              <w:jc w:val="center"/>
            </w:pPr>
            <w:r>
              <w:rPr>
                <w:sz w:val="15"/>
              </w:rPr>
              <w:t>o</w:t>
            </w:r>
          </w:p>
        </w:tc>
      </w:tr>
      <w:tr w:rsidR="00043C3B">
        <w:trPr>
          <w:jc w:val="center"/>
        </w:trPr>
        <w:tc>
          <w:tcPr>
            <w:tcW w:w="1152" w:type="dxa"/>
            <w:vAlign w:val="center"/>
          </w:tcPr>
          <w:p w:rsidR="00043C3B" w:rsidRDefault="004B4BFF">
            <w:pPr>
              <w:jc w:val="center"/>
            </w:pPr>
            <w:r>
              <w:rPr>
                <w:sz w:val="15"/>
              </w:rPr>
              <w:t>883</w:t>
            </w:r>
          </w:p>
        </w:tc>
        <w:tc>
          <w:tcPr>
            <w:tcW w:w="8064" w:type="dxa"/>
            <w:vAlign w:val="center"/>
          </w:tcPr>
          <w:p w:rsidR="00043C3B" w:rsidRDefault="004B4BFF">
            <w:r>
              <w:rPr>
                <w:sz w:val="15"/>
              </w:rPr>
              <w:t>IoT/M2M, shared code</w:t>
            </w:r>
          </w:p>
        </w:tc>
        <w:tc>
          <w:tcPr>
            <w:tcW w:w="1440" w:type="dxa"/>
            <w:vAlign w:val="center"/>
          </w:tcPr>
          <w:p w:rsidR="00043C3B" w:rsidRDefault="004B4BFF">
            <w:pPr>
              <w:jc w:val="center"/>
            </w:pPr>
            <w:r>
              <w:rPr>
                <w:sz w:val="15"/>
              </w:rPr>
              <w:t>p, q</w:t>
            </w:r>
          </w:p>
        </w:tc>
      </w:tr>
      <w:tr w:rsidR="00043C3B">
        <w:trPr>
          <w:jc w:val="center"/>
        </w:trPr>
        <w:tc>
          <w:tcPr>
            <w:tcW w:w="1152" w:type="dxa"/>
            <w:shd w:val="clear" w:color="auto" w:fill="EAF0F6"/>
            <w:vAlign w:val="center"/>
          </w:tcPr>
          <w:p w:rsidR="00043C3B" w:rsidRDefault="004B4BFF">
            <w:pPr>
              <w:jc w:val="center"/>
            </w:pPr>
            <w:r>
              <w:rPr>
                <w:sz w:val="15"/>
              </w:rPr>
              <w:t>884</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885</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886</w:t>
            </w:r>
          </w:p>
        </w:tc>
        <w:tc>
          <w:tcPr>
            <w:tcW w:w="8064" w:type="dxa"/>
            <w:shd w:val="clear" w:color="auto" w:fill="EAF0F6"/>
            <w:vAlign w:val="center"/>
          </w:tcPr>
          <w:p w:rsidR="00043C3B" w:rsidRDefault="004B4BFF">
            <w:r>
              <w:rPr>
                <w:sz w:val="15"/>
              </w:rPr>
              <w:t>Taiwan, Province of China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887</w:t>
            </w:r>
          </w:p>
        </w:tc>
        <w:tc>
          <w:tcPr>
            <w:tcW w:w="8064" w:type="dxa"/>
            <w:vAlign w:val="center"/>
          </w:tcPr>
          <w:p w:rsidR="00043C3B" w:rsidRDefault="004B4BFF">
            <w:r>
              <w:rPr>
                <w:sz w:val="15"/>
              </w:rPr>
              <w:t>International Helplines</w:t>
            </w:r>
          </w:p>
        </w:tc>
        <w:tc>
          <w:tcPr>
            <w:tcW w:w="1440" w:type="dxa"/>
            <w:vAlign w:val="center"/>
          </w:tcPr>
          <w:p w:rsidR="00043C3B" w:rsidRDefault="004B4BFF">
            <w:pPr>
              <w:jc w:val="center"/>
            </w:pPr>
            <w:r>
              <w:rPr>
                <w:sz w:val="15"/>
              </w:rPr>
              <w:t>s</w:t>
            </w:r>
          </w:p>
        </w:tc>
      </w:tr>
      <w:tr w:rsidR="00043C3B">
        <w:trPr>
          <w:jc w:val="center"/>
        </w:trPr>
        <w:tc>
          <w:tcPr>
            <w:tcW w:w="1152" w:type="dxa"/>
            <w:shd w:val="clear" w:color="auto" w:fill="EAF0F6"/>
            <w:vAlign w:val="center"/>
          </w:tcPr>
          <w:p w:rsidR="00043C3B" w:rsidRDefault="004B4BFF">
            <w:pPr>
              <w:jc w:val="center"/>
            </w:pPr>
            <w:r>
              <w:rPr>
                <w:sz w:val="15"/>
              </w:rPr>
              <w:t>888</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889</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890</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891</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892</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893</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894</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895</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896</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897</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898</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m</w:t>
            </w:r>
          </w:p>
        </w:tc>
      </w:tr>
      <w:tr w:rsidR="00043C3B">
        <w:trPr>
          <w:jc w:val="center"/>
        </w:trPr>
        <w:tc>
          <w:tcPr>
            <w:tcW w:w="1152" w:type="dxa"/>
            <w:vAlign w:val="center"/>
          </w:tcPr>
          <w:p w:rsidR="00043C3B" w:rsidRDefault="004B4BFF">
            <w:pPr>
              <w:jc w:val="center"/>
            </w:pPr>
            <w:r>
              <w:rPr>
                <w:sz w:val="15"/>
              </w:rPr>
              <w:t>899</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m</w:t>
            </w:r>
          </w:p>
        </w:tc>
      </w:tr>
      <w:tr w:rsidR="00043C3B">
        <w:trPr>
          <w:jc w:val="center"/>
        </w:trPr>
        <w:tc>
          <w:tcPr>
            <w:tcW w:w="1152" w:type="dxa"/>
            <w:shd w:val="clear" w:color="auto" w:fill="EAF0F6"/>
            <w:vAlign w:val="center"/>
          </w:tcPr>
          <w:p w:rsidR="00043C3B" w:rsidRDefault="004B4BFF">
            <w:pPr>
              <w:jc w:val="center"/>
            </w:pPr>
            <w:r>
              <w:rPr>
                <w:sz w:val="15"/>
              </w:rPr>
              <w:t>90</w:t>
            </w:r>
          </w:p>
        </w:tc>
        <w:tc>
          <w:tcPr>
            <w:tcW w:w="8064" w:type="dxa"/>
            <w:shd w:val="clear" w:color="auto" w:fill="EAF0F6"/>
            <w:vAlign w:val="center"/>
          </w:tcPr>
          <w:p w:rsidR="00043C3B" w:rsidRDefault="004B4BFF">
            <w:r>
              <w:rPr>
                <w:sz w:val="15"/>
              </w:rPr>
              <w:t>Türkiye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91</w:t>
            </w:r>
          </w:p>
        </w:tc>
        <w:tc>
          <w:tcPr>
            <w:tcW w:w="8064" w:type="dxa"/>
            <w:vAlign w:val="center"/>
          </w:tcPr>
          <w:p w:rsidR="00043C3B" w:rsidRDefault="004B4BFF">
            <w:r>
              <w:rPr>
                <w:sz w:val="15"/>
              </w:rPr>
              <w:t>India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92</w:t>
            </w:r>
          </w:p>
        </w:tc>
        <w:tc>
          <w:tcPr>
            <w:tcW w:w="8064" w:type="dxa"/>
            <w:shd w:val="clear" w:color="auto" w:fill="EAF0F6"/>
            <w:vAlign w:val="center"/>
          </w:tcPr>
          <w:p w:rsidR="00043C3B" w:rsidRDefault="004B4BFF">
            <w:r>
              <w:rPr>
                <w:sz w:val="15"/>
              </w:rPr>
              <w:t>Pakistan (Islamic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93</w:t>
            </w:r>
          </w:p>
        </w:tc>
        <w:tc>
          <w:tcPr>
            <w:tcW w:w="8064" w:type="dxa"/>
            <w:vAlign w:val="center"/>
          </w:tcPr>
          <w:p w:rsidR="00043C3B" w:rsidRDefault="004B4BFF">
            <w:r>
              <w:rPr>
                <w:sz w:val="15"/>
              </w:rPr>
              <w:t>Afghanistan</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94</w:t>
            </w:r>
          </w:p>
        </w:tc>
        <w:tc>
          <w:tcPr>
            <w:tcW w:w="8064" w:type="dxa"/>
            <w:shd w:val="clear" w:color="auto" w:fill="EAF0F6"/>
            <w:vAlign w:val="center"/>
          </w:tcPr>
          <w:p w:rsidR="00043C3B" w:rsidRDefault="004B4BFF">
            <w:r>
              <w:rPr>
                <w:sz w:val="15"/>
              </w:rPr>
              <w:t>Sri Lanka (Democratic Socialist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95</w:t>
            </w:r>
          </w:p>
        </w:tc>
        <w:tc>
          <w:tcPr>
            <w:tcW w:w="8064" w:type="dxa"/>
            <w:vAlign w:val="center"/>
          </w:tcPr>
          <w:p w:rsidR="00043C3B" w:rsidRDefault="004B4BFF">
            <w:r>
              <w:rPr>
                <w:sz w:val="15"/>
              </w:rPr>
              <w:t>Myanmar (Republic of the Union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lastRenderedPageBreak/>
              <w:t>960</w:t>
            </w:r>
          </w:p>
        </w:tc>
        <w:tc>
          <w:tcPr>
            <w:tcW w:w="8064" w:type="dxa"/>
            <w:shd w:val="clear" w:color="auto" w:fill="EAF0F6"/>
            <w:vAlign w:val="center"/>
          </w:tcPr>
          <w:p w:rsidR="00043C3B" w:rsidRDefault="004B4BFF">
            <w:r>
              <w:rPr>
                <w:sz w:val="15"/>
              </w:rPr>
              <w:t>Maldives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961</w:t>
            </w:r>
          </w:p>
        </w:tc>
        <w:tc>
          <w:tcPr>
            <w:tcW w:w="8064" w:type="dxa"/>
            <w:vAlign w:val="center"/>
          </w:tcPr>
          <w:p w:rsidR="00043C3B" w:rsidRDefault="004B4BFF">
            <w:r>
              <w:rPr>
                <w:sz w:val="15"/>
              </w:rPr>
              <w:t>Lebanon</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962</w:t>
            </w:r>
          </w:p>
        </w:tc>
        <w:tc>
          <w:tcPr>
            <w:tcW w:w="8064" w:type="dxa"/>
            <w:shd w:val="clear" w:color="auto" w:fill="EAF0F6"/>
            <w:vAlign w:val="center"/>
          </w:tcPr>
          <w:p w:rsidR="00043C3B" w:rsidRDefault="004B4BFF">
            <w:r>
              <w:rPr>
                <w:sz w:val="15"/>
              </w:rPr>
              <w:t>Jordan (Hashemite Kingdom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963</w:t>
            </w:r>
          </w:p>
        </w:tc>
        <w:tc>
          <w:tcPr>
            <w:tcW w:w="8064" w:type="dxa"/>
            <w:vAlign w:val="center"/>
          </w:tcPr>
          <w:p w:rsidR="00043C3B" w:rsidRDefault="004B4BFF">
            <w:r>
              <w:rPr>
                <w:sz w:val="15"/>
              </w:rPr>
              <w:t>Syrian Arab Republic</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964</w:t>
            </w:r>
          </w:p>
        </w:tc>
        <w:tc>
          <w:tcPr>
            <w:tcW w:w="8064" w:type="dxa"/>
            <w:shd w:val="clear" w:color="auto" w:fill="EAF0F6"/>
            <w:vAlign w:val="center"/>
          </w:tcPr>
          <w:p w:rsidR="00043C3B" w:rsidRDefault="004B4BFF">
            <w:r>
              <w:rPr>
                <w:sz w:val="15"/>
              </w:rPr>
              <w:t>Iraq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965</w:t>
            </w:r>
          </w:p>
        </w:tc>
        <w:tc>
          <w:tcPr>
            <w:tcW w:w="8064" w:type="dxa"/>
            <w:vAlign w:val="center"/>
          </w:tcPr>
          <w:p w:rsidR="00043C3B" w:rsidRDefault="004B4BFF">
            <w:r>
              <w:rPr>
                <w:sz w:val="15"/>
              </w:rPr>
              <w:t>Kuwait (State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966</w:t>
            </w:r>
          </w:p>
        </w:tc>
        <w:tc>
          <w:tcPr>
            <w:tcW w:w="8064" w:type="dxa"/>
            <w:shd w:val="clear" w:color="auto" w:fill="EAF0F6"/>
            <w:vAlign w:val="center"/>
          </w:tcPr>
          <w:p w:rsidR="00043C3B" w:rsidRDefault="004B4BFF">
            <w:r>
              <w:rPr>
                <w:sz w:val="15"/>
              </w:rPr>
              <w:t>Saudi Arabia (Kingdom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967</w:t>
            </w:r>
          </w:p>
        </w:tc>
        <w:tc>
          <w:tcPr>
            <w:tcW w:w="8064" w:type="dxa"/>
            <w:vAlign w:val="center"/>
          </w:tcPr>
          <w:p w:rsidR="00043C3B" w:rsidRDefault="004B4BFF">
            <w:r>
              <w:rPr>
                <w:sz w:val="15"/>
              </w:rPr>
              <w:t>Yemen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968</w:t>
            </w:r>
          </w:p>
        </w:tc>
        <w:tc>
          <w:tcPr>
            <w:tcW w:w="8064" w:type="dxa"/>
            <w:shd w:val="clear" w:color="auto" w:fill="EAF0F6"/>
            <w:vAlign w:val="center"/>
          </w:tcPr>
          <w:p w:rsidR="00043C3B" w:rsidRDefault="004B4BFF">
            <w:r>
              <w:rPr>
                <w:sz w:val="15"/>
              </w:rPr>
              <w:t>Oman (Sultanate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969</w:t>
            </w:r>
          </w:p>
        </w:tc>
        <w:tc>
          <w:tcPr>
            <w:tcW w:w="8064" w:type="dxa"/>
            <w:vAlign w:val="center"/>
          </w:tcPr>
          <w:p w:rsidR="00043C3B" w:rsidRDefault="004B4BFF">
            <w:r>
              <w:rPr>
                <w:sz w:val="15"/>
              </w:rPr>
              <w:t>Reserved - reservation currently under investigation</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970</w:t>
            </w:r>
          </w:p>
        </w:tc>
        <w:tc>
          <w:tcPr>
            <w:tcW w:w="8064" w:type="dxa"/>
            <w:shd w:val="clear" w:color="auto" w:fill="EAF0F6"/>
            <w:vAlign w:val="center"/>
          </w:tcPr>
          <w:p w:rsidR="00043C3B" w:rsidRDefault="004B4BFF">
            <w:r>
              <w:rPr>
                <w:sz w:val="15"/>
              </w:rPr>
              <w:t>State of Palestine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971</w:t>
            </w:r>
          </w:p>
        </w:tc>
        <w:tc>
          <w:tcPr>
            <w:tcW w:w="8064" w:type="dxa"/>
            <w:vAlign w:val="center"/>
          </w:tcPr>
          <w:p w:rsidR="00043C3B" w:rsidRDefault="004B4BFF">
            <w:r>
              <w:rPr>
                <w:sz w:val="15"/>
              </w:rPr>
              <w:t>United Arab Emirates</w:t>
            </w:r>
          </w:p>
        </w:tc>
        <w:tc>
          <w:tcPr>
            <w:tcW w:w="1440" w:type="dxa"/>
            <w:vAlign w:val="center"/>
          </w:tcPr>
          <w:p w:rsidR="00043C3B" w:rsidRDefault="004B4BFF">
            <w:pPr>
              <w:jc w:val="center"/>
            </w:pPr>
            <w:r>
              <w:rPr>
                <w:sz w:val="15"/>
              </w:rPr>
              <w:t>h</w:t>
            </w:r>
          </w:p>
        </w:tc>
      </w:tr>
      <w:tr w:rsidR="00043C3B">
        <w:trPr>
          <w:jc w:val="center"/>
        </w:trPr>
        <w:tc>
          <w:tcPr>
            <w:tcW w:w="1152" w:type="dxa"/>
            <w:shd w:val="clear" w:color="auto" w:fill="EAF0F6"/>
            <w:vAlign w:val="center"/>
          </w:tcPr>
          <w:p w:rsidR="00043C3B" w:rsidRDefault="004B4BFF">
            <w:pPr>
              <w:jc w:val="center"/>
            </w:pPr>
            <w:r>
              <w:rPr>
                <w:sz w:val="15"/>
              </w:rPr>
              <w:t>972</w:t>
            </w:r>
          </w:p>
        </w:tc>
        <w:tc>
          <w:tcPr>
            <w:tcW w:w="8064" w:type="dxa"/>
            <w:shd w:val="clear" w:color="auto" w:fill="EAF0F6"/>
            <w:vAlign w:val="center"/>
          </w:tcPr>
          <w:p w:rsidR="00043C3B" w:rsidRDefault="004B4BFF">
            <w:r>
              <w:rPr>
                <w:sz w:val="15"/>
              </w:rPr>
              <w:t>Israel (State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973</w:t>
            </w:r>
          </w:p>
        </w:tc>
        <w:tc>
          <w:tcPr>
            <w:tcW w:w="8064" w:type="dxa"/>
            <w:vAlign w:val="center"/>
          </w:tcPr>
          <w:p w:rsidR="00043C3B" w:rsidRDefault="004B4BFF">
            <w:r>
              <w:rPr>
                <w:sz w:val="15"/>
              </w:rPr>
              <w:t>Bahrain (Kingdom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974</w:t>
            </w:r>
          </w:p>
        </w:tc>
        <w:tc>
          <w:tcPr>
            <w:tcW w:w="8064" w:type="dxa"/>
            <w:shd w:val="clear" w:color="auto" w:fill="EAF0F6"/>
            <w:vAlign w:val="center"/>
          </w:tcPr>
          <w:p w:rsidR="00043C3B" w:rsidRDefault="004B4BFF">
            <w:r>
              <w:rPr>
                <w:sz w:val="15"/>
              </w:rPr>
              <w:t>Qatar (State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975</w:t>
            </w:r>
          </w:p>
        </w:tc>
        <w:tc>
          <w:tcPr>
            <w:tcW w:w="8064" w:type="dxa"/>
            <w:vAlign w:val="center"/>
          </w:tcPr>
          <w:p w:rsidR="00043C3B" w:rsidRDefault="004B4BFF">
            <w:r>
              <w:rPr>
                <w:sz w:val="15"/>
              </w:rPr>
              <w:t>Bhutan (Kingdom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976</w:t>
            </w:r>
          </w:p>
        </w:tc>
        <w:tc>
          <w:tcPr>
            <w:tcW w:w="8064" w:type="dxa"/>
            <w:shd w:val="clear" w:color="auto" w:fill="EAF0F6"/>
            <w:vAlign w:val="center"/>
          </w:tcPr>
          <w:p w:rsidR="00043C3B" w:rsidRDefault="004B4BFF">
            <w:r>
              <w:rPr>
                <w:sz w:val="15"/>
              </w:rPr>
              <w:t>Mongolia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977</w:t>
            </w:r>
          </w:p>
        </w:tc>
        <w:tc>
          <w:tcPr>
            <w:tcW w:w="8064" w:type="dxa"/>
            <w:vAlign w:val="center"/>
          </w:tcPr>
          <w:p w:rsidR="00043C3B" w:rsidRDefault="004B4BFF">
            <w:r>
              <w:rPr>
                <w:sz w:val="15"/>
              </w:rPr>
              <w:t>Nepal (Federal Democratic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978</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979</w:t>
            </w:r>
          </w:p>
        </w:tc>
        <w:tc>
          <w:tcPr>
            <w:tcW w:w="8064" w:type="dxa"/>
            <w:vAlign w:val="center"/>
          </w:tcPr>
          <w:p w:rsidR="00043C3B" w:rsidRDefault="004B4BFF">
            <w:r>
              <w:rPr>
                <w:sz w:val="15"/>
              </w:rPr>
              <w:t>International Premium Rate Service (IPRS)</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98</w:t>
            </w:r>
          </w:p>
        </w:tc>
        <w:tc>
          <w:tcPr>
            <w:tcW w:w="8064" w:type="dxa"/>
            <w:shd w:val="clear" w:color="auto" w:fill="EAF0F6"/>
            <w:vAlign w:val="center"/>
          </w:tcPr>
          <w:p w:rsidR="00043C3B" w:rsidRDefault="004B4BFF">
            <w:r>
              <w:rPr>
                <w:sz w:val="15"/>
              </w:rPr>
              <w:t>Iran (Islamic Republic of)</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990</w:t>
            </w:r>
          </w:p>
        </w:tc>
        <w:tc>
          <w:tcPr>
            <w:tcW w:w="8064" w:type="dxa"/>
            <w:vAlign w:val="center"/>
          </w:tcPr>
          <w:p w:rsidR="00043C3B" w:rsidRDefault="004B4BFF">
            <w:r>
              <w:rPr>
                <w:sz w:val="15"/>
              </w:rPr>
              <w:t>Spare code</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991</w:t>
            </w:r>
          </w:p>
        </w:tc>
        <w:tc>
          <w:tcPr>
            <w:tcW w:w="8064" w:type="dxa"/>
            <w:shd w:val="clear" w:color="auto" w:fill="EAF0F6"/>
            <w:vAlign w:val="center"/>
          </w:tcPr>
          <w:p w:rsidR="00043C3B" w:rsidRDefault="004B4BFF">
            <w:r>
              <w:rPr>
                <w:sz w:val="15"/>
              </w:rPr>
              <w:t>Trial of a proposed new international telecommunication public correspondence service, shared code</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992</w:t>
            </w:r>
          </w:p>
        </w:tc>
        <w:tc>
          <w:tcPr>
            <w:tcW w:w="8064" w:type="dxa"/>
            <w:vAlign w:val="center"/>
          </w:tcPr>
          <w:p w:rsidR="00043C3B" w:rsidRDefault="004B4BFF">
            <w:r>
              <w:rPr>
                <w:sz w:val="15"/>
              </w:rPr>
              <w:t>Tajikistan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993</w:t>
            </w:r>
          </w:p>
        </w:tc>
        <w:tc>
          <w:tcPr>
            <w:tcW w:w="8064" w:type="dxa"/>
            <w:shd w:val="clear" w:color="auto" w:fill="EAF0F6"/>
            <w:vAlign w:val="center"/>
          </w:tcPr>
          <w:p w:rsidR="00043C3B" w:rsidRDefault="004B4BFF">
            <w:r>
              <w:rPr>
                <w:sz w:val="15"/>
              </w:rPr>
              <w:t>Turkmenistan</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994</w:t>
            </w:r>
          </w:p>
        </w:tc>
        <w:tc>
          <w:tcPr>
            <w:tcW w:w="8064" w:type="dxa"/>
            <w:vAlign w:val="center"/>
          </w:tcPr>
          <w:p w:rsidR="00043C3B" w:rsidRDefault="004B4BFF">
            <w:r>
              <w:rPr>
                <w:sz w:val="15"/>
              </w:rPr>
              <w:t>Azerbaijan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995</w:t>
            </w:r>
          </w:p>
        </w:tc>
        <w:tc>
          <w:tcPr>
            <w:tcW w:w="8064" w:type="dxa"/>
            <w:shd w:val="clear" w:color="auto" w:fill="EAF0F6"/>
            <w:vAlign w:val="center"/>
          </w:tcPr>
          <w:p w:rsidR="00043C3B" w:rsidRDefault="004B4BFF">
            <w:r>
              <w:rPr>
                <w:sz w:val="15"/>
              </w:rPr>
              <w:t>Georgia</w:t>
            </w:r>
          </w:p>
        </w:tc>
        <w:tc>
          <w:tcPr>
            <w:tcW w:w="1440" w:type="dxa"/>
            <w:shd w:val="clear" w:color="auto" w:fill="EAF0F6"/>
            <w:vAlign w:val="center"/>
          </w:tcPr>
          <w:p w:rsidR="00043C3B" w:rsidRDefault="004B4BFF">
            <w:pPr>
              <w:jc w:val="center"/>
            </w:pPr>
            <w:r>
              <w:rPr>
                <w:sz w:val="15"/>
              </w:rPr>
              <w:t>—</w:t>
            </w:r>
          </w:p>
        </w:tc>
      </w:tr>
      <w:tr w:rsidR="00043C3B">
        <w:trPr>
          <w:jc w:val="center"/>
        </w:trPr>
        <w:tc>
          <w:tcPr>
            <w:tcW w:w="1152" w:type="dxa"/>
            <w:vAlign w:val="center"/>
          </w:tcPr>
          <w:p w:rsidR="00043C3B" w:rsidRDefault="004B4BFF">
            <w:pPr>
              <w:jc w:val="center"/>
            </w:pPr>
            <w:r>
              <w:rPr>
                <w:sz w:val="15"/>
              </w:rPr>
              <w:t>996</w:t>
            </w:r>
          </w:p>
        </w:tc>
        <w:tc>
          <w:tcPr>
            <w:tcW w:w="8064" w:type="dxa"/>
            <w:vAlign w:val="center"/>
          </w:tcPr>
          <w:p w:rsidR="00043C3B" w:rsidRDefault="004B4BFF">
            <w:r>
              <w:rPr>
                <w:sz w:val="15"/>
              </w:rPr>
              <w:t>Kyrgyz Republic</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997</w:t>
            </w:r>
          </w:p>
        </w:tc>
        <w:tc>
          <w:tcPr>
            <w:tcW w:w="8064" w:type="dxa"/>
            <w:shd w:val="clear" w:color="auto" w:fill="EAF0F6"/>
            <w:vAlign w:val="center"/>
          </w:tcPr>
          <w:p w:rsidR="00043C3B" w:rsidRDefault="004B4BFF">
            <w:r>
              <w:rPr>
                <w:sz w:val="15"/>
              </w:rPr>
              <w:t>Kazakhstan (Republic of)</w:t>
            </w:r>
          </w:p>
        </w:tc>
        <w:tc>
          <w:tcPr>
            <w:tcW w:w="1440" w:type="dxa"/>
            <w:shd w:val="clear" w:color="auto" w:fill="EAF0F6"/>
            <w:vAlign w:val="center"/>
          </w:tcPr>
          <w:p w:rsidR="00043C3B" w:rsidRDefault="004B4BFF">
            <w:pPr>
              <w:jc w:val="center"/>
            </w:pPr>
            <w:r>
              <w:rPr>
                <w:sz w:val="15"/>
              </w:rPr>
              <w:t>f</w:t>
            </w:r>
          </w:p>
        </w:tc>
      </w:tr>
      <w:tr w:rsidR="00043C3B">
        <w:trPr>
          <w:jc w:val="center"/>
        </w:trPr>
        <w:tc>
          <w:tcPr>
            <w:tcW w:w="1152" w:type="dxa"/>
            <w:vAlign w:val="center"/>
          </w:tcPr>
          <w:p w:rsidR="00043C3B" w:rsidRDefault="004B4BFF">
            <w:pPr>
              <w:jc w:val="center"/>
            </w:pPr>
            <w:r>
              <w:rPr>
                <w:sz w:val="15"/>
              </w:rPr>
              <w:t>998</w:t>
            </w:r>
          </w:p>
        </w:tc>
        <w:tc>
          <w:tcPr>
            <w:tcW w:w="8064" w:type="dxa"/>
            <w:vAlign w:val="center"/>
          </w:tcPr>
          <w:p w:rsidR="00043C3B" w:rsidRDefault="004B4BFF">
            <w:r>
              <w:rPr>
                <w:sz w:val="15"/>
              </w:rPr>
              <w:t>Uzbekistan (Republic of)</w:t>
            </w:r>
          </w:p>
        </w:tc>
        <w:tc>
          <w:tcPr>
            <w:tcW w:w="1440" w:type="dxa"/>
            <w:vAlign w:val="center"/>
          </w:tcPr>
          <w:p w:rsidR="00043C3B" w:rsidRDefault="004B4BFF">
            <w:pPr>
              <w:jc w:val="center"/>
            </w:pPr>
            <w:r>
              <w:rPr>
                <w:sz w:val="15"/>
              </w:rPr>
              <w:t>—</w:t>
            </w:r>
          </w:p>
        </w:tc>
      </w:tr>
      <w:tr w:rsidR="00043C3B">
        <w:trPr>
          <w:jc w:val="center"/>
        </w:trPr>
        <w:tc>
          <w:tcPr>
            <w:tcW w:w="1152" w:type="dxa"/>
            <w:shd w:val="clear" w:color="auto" w:fill="EAF0F6"/>
            <w:vAlign w:val="center"/>
          </w:tcPr>
          <w:p w:rsidR="00043C3B" w:rsidRDefault="004B4BFF">
            <w:pPr>
              <w:jc w:val="center"/>
            </w:pPr>
            <w:r>
              <w:rPr>
                <w:sz w:val="15"/>
              </w:rPr>
              <w:t>999</w:t>
            </w:r>
          </w:p>
        </w:tc>
        <w:tc>
          <w:tcPr>
            <w:tcW w:w="8064" w:type="dxa"/>
            <w:shd w:val="clear" w:color="auto" w:fill="EAF0F6"/>
            <w:vAlign w:val="center"/>
          </w:tcPr>
          <w:p w:rsidR="00043C3B" w:rsidRDefault="004B4BFF">
            <w:r>
              <w:rPr>
                <w:sz w:val="15"/>
              </w:rPr>
              <w:t>Spare code</w:t>
            </w:r>
          </w:p>
        </w:tc>
        <w:tc>
          <w:tcPr>
            <w:tcW w:w="1440" w:type="dxa"/>
            <w:shd w:val="clear" w:color="auto" w:fill="EAF0F6"/>
            <w:vAlign w:val="center"/>
          </w:tcPr>
          <w:p w:rsidR="00043C3B" w:rsidRDefault="004B4BFF">
            <w:pPr>
              <w:jc w:val="center"/>
            </w:pPr>
            <w:r>
              <w:rPr>
                <w:sz w:val="15"/>
              </w:rPr>
              <w:t>—</w:t>
            </w:r>
          </w:p>
        </w:tc>
      </w:tr>
    </w:tbl>
    <w:p w:rsidR="00043C3B" w:rsidRDefault="00043C3B"/>
    <w:p w:rsidR="00043C3B" w:rsidRDefault="004B4BFF">
      <w:pPr>
        <w:spacing w:before="120"/>
      </w:pPr>
      <w:r>
        <w:rPr>
          <w:b/>
          <w:color w:val="1F4E79"/>
          <w:sz w:val="22"/>
        </w:rPr>
        <w:t>GIẢI THÍCH GHI CHÚ</w:t>
      </w:r>
    </w:p>
    <w:p w:rsidR="00043C3B" w:rsidRDefault="004B4BFF">
      <w:pPr>
        <w:spacing w:after="40"/>
        <w:ind w:left="216" w:hanging="216"/>
      </w:pPr>
      <w:r>
        <w:rPr>
          <w:b/>
        </w:rPr>
        <w:t xml:space="preserve">a. </w:t>
      </w:r>
      <w:r>
        <w:t>Ascension is using country code +247 and Saint Helena and Tristan da Cuhna country code +290.</w:t>
      </w:r>
    </w:p>
    <w:p w:rsidR="00043C3B" w:rsidRDefault="004B4BFF">
      <w:pPr>
        <w:spacing w:after="40"/>
        <w:ind w:left="216" w:hanging="216"/>
      </w:pPr>
      <w:r>
        <w:rPr>
          <w:b/>
        </w:rPr>
        <w:t xml:space="preserve">b. </w:t>
      </w:r>
      <w:r>
        <w:t>Integrated numbering plan.</w:t>
      </w:r>
    </w:p>
    <w:p w:rsidR="00043C3B" w:rsidRDefault="004B4BFF">
      <w:pPr>
        <w:spacing w:after="40"/>
        <w:ind w:left="216" w:hanging="216"/>
      </w:pPr>
      <w:r>
        <w:rPr>
          <w:b/>
        </w:rPr>
        <w:t xml:space="preserve">c. </w:t>
      </w:r>
      <w:r>
        <w:t>Code shared between Curaçao and Bonaire, Sint Eustatius and Saba.</w:t>
      </w:r>
    </w:p>
    <w:p w:rsidR="00043C3B" w:rsidRDefault="004B4BFF">
      <w:pPr>
        <w:spacing w:after="40"/>
        <w:ind w:left="216" w:hanging="216"/>
      </w:pPr>
      <w:r>
        <w:rPr>
          <w:b/>
        </w:rPr>
        <w:t xml:space="preserve">d. </w:t>
      </w:r>
      <w:r>
        <w:t>Will be allocated, only after all three digit codes from groups of ten are exhausted.</w:t>
      </w:r>
    </w:p>
    <w:p w:rsidR="00043C3B" w:rsidRDefault="004B4BFF">
      <w:pPr>
        <w:spacing w:after="40"/>
        <w:ind w:left="216" w:hanging="216"/>
      </w:pPr>
      <w:r>
        <w:rPr>
          <w:b/>
        </w:rPr>
        <w:t xml:space="preserve">f. </w:t>
      </w:r>
      <w:r>
        <w:t>Reserved for future use.</w:t>
      </w:r>
    </w:p>
    <w:p w:rsidR="00043C3B" w:rsidRDefault="004B4BFF">
      <w:pPr>
        <w:spacing w:after="40"/>
        <w:ind w:left="216" w:hanging="216"/>
      </w:pPr>
      <w:r>
        <w:rPr>
          <w:b/>
        </w:rPr>
        <w:t xml:space="preserve">g. </w:t>
      </w:r>
      <w:r>
        <w:t>Including Australian Antarctic Territory, and Norfolk Island.</w:t>
      </w:r>
    </w:p>
    <w:p w:rsidR="00043C3B" w:rsidRDefault="004B4BFF">
      <w:pPr>
        <w:spacing w:after="40"/>
        <w:ind w:left="216" w:hanging="216"/>
      </w:pPr>
      <w:r>
        <w:rPr>
          <w:b/>
        </w:rPr>
        <w:t xml:space="preserve">h. </w:t>
      </w:r>
      <w:r>
        <w:t>U.A.E.: Abu Dhabi, Ajman, Dubai, Fujeirah, Ras Al Khaimah, Sharjah, Umm Al Qaiwain.</w:t>
      </w:r>
    </w:p>
    <w:p w:rsidR="00043C3B" w:rsidRDefault="004B4BFF">
      <w:pPr>
        <w:spacing w:after="40"/>
        <w:ind w:left="216" w:hanging="216"/>
      </w:pPr>
      <w:r>
        <w:rPr>
          <w:b/>
        </w:rPr>
        <w:t xml:space="preserve">i. </w:t>
      </w:r>
      <w:r>
        <w:t>Including Christmas Island and Cocos-Keeling Islands.</w:t>
      </w:r>
    </w:p>
    <w:p w:rsidR="00043C3B" w:rsidRDefault="004B4BFF">
      <w:pPr>
        <w:spacing w:after="40"/>
        <w:ind w:left="216" w:hanging="216"/>
      </w:pPr>
      <w:r>
        <w:rPr>
          <w:b/>
        </w:rPr>
        <w:t xml:space="preserve">j. </w:t>
      </w:r>
      <w:r>
        <w:t>French departments and territories in the Indian Ocean include Reunion, the Southern and Antartic territories and other islands.</w:t>
      </w:r>
    </w:p>
    <w:p w:rsidR="00043C3B" w:rsidRDefault="004B4BFF">
      <w:pPr>
        <w:spacing w:after="40"/>
        <w:ind w:left="216" w:hanging="216"/>
      </w:pPr>
      <w:r>
        <w:rPr>
          <w:b/>
        </w:rPr>
        <w:t xml:space="preserve">m. </w:t>
      </w:r>
      <w:r>
        <w:t>Reserved for E.164 country code expansion.</w:t>
      </w:r>
    </w:p>
    <w:p w:rsidR="00043C3B" w:rsidRDefault="004B4BFF">
      <w:pPr>
        <w:spacing w:after="40"/>
        <w:ind w:left="216" w:hanging="216"/>
      </w:pPr>
      <w:r>
        <w:rPr>
          <w:b/>
        </w:rPr>
        <w:t xml:space="preserve">n. </w:t>
      </w:r>
      <w:r>
        <w:t>Associated with shared country code 881, the following one-digit identification code have been made for the GMSS networks:</w:t>
      </w:r>
    </w:p>
    <w:p w:rsidR="00043C3B" w:rsidRDefault="004B4BFF">
      <w:pPr>
        <w:spacing w:after="40"/>
        <w:ind w:left="216" w:hanging="216"/>
      </w:pPr>
      <w:r>
        <w:rPr>
          <w:b/>
        </w:rPr>
        <w:t xml:space="preserve">o. </w:t>
      </w:r>
      <w:r>
        <w:t>Associated with shared country code 882, the following two-digit identification code reservations or assignments have been made for the international networks of:</w:t>
      </w:r>
    </w:p>
    <w:p w:rsidR="00043C3B" w:rsidRDefault="004B4BFF">
      <w:pPr>
        <w:spacing w:after="40"/>
        <w:ind w:left="216" w:hanging="216"/>
      </w:pPr>
      <w:r>
        <w:rPr>
          <w:b/>
        </w:rPr>
        <w:t xml:space="preserve">p. </w:t>
      </w:r>
      <w:r>
        <w:t>Associated with shared country code 883, the following three-digit identification code reservations or assignments have been made for the IoT/M2M of, with some exceptions made for other uses due to historical reasons:</w:t>
      </w:r>
    </w:p>
    <w:p w:rsidR="00043C3B" w:rsidRDefault="004B4BFF">
      <w:pPr>
        <w:spacing w:after="40"/>
        <w:ind w:left="216" w:hanging="216"/>
      </w:pPr>
      <w:r>
        <w:rPr>
          <w:b/>
        </w:rPr>
        <w:t xml:space="preserve">q. </w:t>
      </w:r>
      <w:r>
        <w:t>Associated with shared country code 883, the following four-digit identification code reservations or assignments have been made for the IoT/M2M of, with some exceptions made for other uses due to historical reasons:</w:t>
      </w:r>
    </w:p>
    <w:p w:rsidR="00043C3B" w:rsidRDefault="004B4BFF">
      <w:pPr>
        <w:spacing w:after="40"/>
        <w:ind w:left="216" w:hanging="216"/>
      </w:pPr>
      <w:r>
        <w:rPr>
          <w:b/>
        </w:rPr>
        <w:t xml:space="preserve">r. </w:t>
      </w:r>
      <w:r>
        <w:t>This designation is without prejudice to positions on status, and is in line with UNSCR 1244 and the ICJ Opinion on the Kosovo declaration of independence.</w:t>
      </w:r>
    </w:p>
    <w:p w:rsidR="00043C3B" w:rsidRDefault="004B4BFF">
      <w:pPr>
        <w:spacing w:after="40"/>
        <w:ind w:left="216" w:hanging="216"/>
      </w:pPr>
      <w:r>
        <w:rPr>
          <w:b/>
        </w:rPr>
        <w:t xml:space="preserve">s. </w:t>
      </w:r>
      <w:r>
        <w:t>Associated with shared country code 887, no three-digit assignee identifier has been assigned yet.</w:t>
      </w:r>
    </w:p>
    <w:p w:rsidR="00043C3B" w:rsidRDefault="004B4BFF">
      <w:pPr>
        <w:spacing w:before="160"/>
      </w:pPr>
      <w:r>
        <w:rPr>
          <w:b/>
        </w:rPr>
        <w:t xml:space="preserve">Lưu ý sử dụng: </w:t>
      </w:r>
      <w:r>
        <w:t>Mã E.164 là mã gọi quốc tế theo kế hoạch đánh số công cộng quốc tế của ITU-T. Một mã có thể được dùng chung cho nhiều quốc gia/khu vực; danh mục cũng bao gồm mã dự phòng, mã thử nghiệm và mã cho mạng/dịch vụ toàn cầu theo báo cáo nguồn. Tên gọi và ghi chú được giữ theo báo cáo ITU-T; cần kiểm tra lại trang ITU khi sử dụng cho nghiệp vụ cần xác nhận tức thời.</w:t>
      </w:r>
    </w:p>
    <w:p w:rsidR="00043C3B" w:rsidRDefault="004B4BFF">
      <w:r>
        <w:br w:type="page"/>
      </w:r>
    </w:p>
    <w:p w:rsidR="00043C3B" w:rsidRDefault="004B4BFF">
      <w:pPr>
        <w:jc w:val="center"/>
      </w:pPr>
      <w:r>
        <w:rPr>
          <w:b/>
          <w:color w:val="1F4E79"/>
          <w:sz w:val="26"/>
        </w:rPr>
        <w:lastRenderedPageBreak/>
        <w:t>CHI TIẾT CÁC ĐIỂM ĐẾN THUỘC MÃ QUỐC GIA +1</w:t>
      </w:r>
    </w:p>
    <w:p w:rsidR="00043C3B" w:rsidRDefault="004B4BFF">
      <w:r>
        <w:rPr>
          <w:b/>
        </w:rPr>
        <w:t xml:space="preserve">Giải thích: </w:t>
      </w:r>
      <w:r>
        <w:t>Mã +1 là mã quốc gia dùng chung của North American Numbering Plan (NANP), không phải mã riêng của duy nhất Hoa Kỳ. Các khu vực tham gia sử dụng thêm mã vùng/Numbering Plan Area (NPA) gồm 3 chữ số; vì vậy, trang ITU chi tiết thể hiện dạng +1 XXX. Danh sách dưới đây tổng hợp theo trang National Numbering Plans của ITU và trang Country/Territory Map của NANPA.</w:t>
      </w:r>
    </w:p>
    <w:tbl>
      <w:tblPr>
        <w:tblStyle w:val="TableGrid"/>
        <w:tblW w:w="0" w:type="auto"/>
        <w:jc w:val="center"/>
        <w:tblLayout w:type="fixed"/>
        <w:tblLook w:val="04A0" w:firstRow="1" w:lastRow="0" w:firstColumn="1" w:lastColumn="0" w:noHBand="0" w:noVBand="1"/>
      </w:tblPr>
      <w:tblGrid>
        <w:gridCol w:w="4608"/>
        <w:gridCol w:w="6624"/>
      </w:tblGrid>
      <w:tr w:rsidR="00043C3B">
        <w:trPr>
          <w:tblHeader/>
          <w:jc w:val="center"/>
        </w:trPr>
        <w:tc>
          <w:tcPr>
            <w:tcW w:w="4608" w:type="dxa"/>
            <w:shd w:val="clear" w:color="auto" w:fill="1F4E79"/>
            <w:vAlign w:val="center"/>
          </w:tcPr>
          <w:p w:rsidR="00043C3B" w:rsidRDefault="004B4BFF">
            <w:pPr>
              <w:jc w:val="center"/>
            </w:pPr>
            <w:r>
              <w:rPr>
                <w:b/>
                <w:color w:val="FFFFFF"/>
                <w:sz w:val="16"/>
              </w:rPr>
              <w:t>Quốc gia/khu vực</w:t>
            </w:r>
          </w:p>
        </w:tc>
        <w:tc>
          <w:tcPr>
            <w:tcW w:w="6624" w:type="dxa"/>
            <w:shd w:val="clear" w:color="auto" w:fill="1F4E79"/>
            <w:vAlign w:val="center"/>
          </w:tcPr>
          <w:p w:rsidR="00043C3B" w:rsidRDefault="004B4BFF">
            <w:pPr>
              <w:jc w:val="center"/>
            </w:pPr>
            <w:r>
              <w:rPr>
                <w:b/>
                <w:color w:val="FFFFFF"/>
                <w:sz w:val="16"/>
              </w:rPr>
              <w:t>Mã chi tiết hiển thị theo ITU / mã vùng</w:t>
            </w:r>
          </w:p>
        </w:tc>
      </w:tr>
      <w:tr w:rsidR="00043C3B">
        <w:trPr>
          <w:jc w:val="center"/>
        </w:trPr>
        <w:tc>
          <w:tcPr>
            <w:tcW w:w="4608" w:type="dxa"/>
          </w:tcPr>
          <w:p w:rsidR="00043C3B" w:rsidRDefault="004B4BFF">
            <w:r>
              <w:rPr>
                <w:sz w:val="16"/>
              </w:rPr>
              <w:t>American Samoa</w:t>
            </w:r>
          </w:p>
        </w:tc>
        <w:tc>
          <w:tcPr>
            <w:tcW w:w="6624" w:type="dxa"/>
          </w:tcPr>
          <w:p w:rsidR="00043C3B" w:rsidRDefault="004B4BFF">
            <w:r>
              <w:rPr>
                <w:sz w:val="16"/>
              </w:rPr>
              <w:t>+1 684</w:t>
            </w:r>
          </w:p>
        </w:tc>
      </w:tr>
      <w:tr w:rsidR="00043C3B">
        <w:trPr>
          <w:jc w:val="center"/>
        </w:trPr>
        <w:tc>
          <w:tcPr>
            <w:tcW w:w="4608" w:type="dxa"/>
            <w:shd w:val="clear" w:color="auto" w:fill="EAF0F6"/>
          </w:tcPr>
          <w:p w:rsidR="00043C3B" w:rsidRDefault="004B4BFF">
            <w:r>
              <w:rPr>
                <w:sz w:val="16"/>
              </w:rPr>
              <w:t>Anguilla</w:t>
            </w:r>
          </w:p>
        </w:tc>
        <w:tc>
          <w:tcPr>
            <w:tcW w:w="6624" w:type="dxa"/>
            <w:shd w:val="clear" w:color="auto" w:fill="EAF0F6"/>
          </w:tcPr>
          <w:p w:rsidR="00043C3B" w:rsidRDefault="004B4BFF">
            <w:r>
              <w:rPr>
                <w:sz w:val="16"/>
              </w:rPr>
              <w:t>+1 264</w:t>
            </w:r>
          </w:p>
        </w:tc>
      </w:tr>
      <w:tr w:rsidR="00043C3B">
        <w:trPr>
          <w:jc w:val="center"/>
        </w:trPr>
        <w:tc>
          <w:tcPr>
            <w:tcW w:w="4608" w:type="dxa"/>
          </w:tcPr>
          <w:p w:rsidR="00043C3B" w:rsidRDefault="004B4BFF">
            <w:r>
              <w:rPr>
                <w:sz w:val="16"/>
              </w:rPr>
              <w:t>Antigua and Barbuda</w:t>
            </w:r>
          </w:p>
        </w:tc>
        <w:tc>
          <w:tcPr>
            <w:tcW w:w="6624" w:type="dxa"/>
          </w:tcPr>
          <w:p w:rsidR="00043C3B" w:rsidRDefault="004B4BFF">
            <w:r>
              <w:rPr>
                <w:sz w:val="16"/>
              </w:rPr>
              <w:t>+1 268</w:t>
            </w:r>
          </w:p>
        </w:tc>
      </w:tr>
      <w:tr w:rsidR="00043C3B">
        <w:trPr>
          <w:jc w:val="center"/>
        </w:trPr>
        <w:tc>
          <w:tcPr>
            <w:tcW w:w="4608" w:type="dxa"/>
            <w:shd w:val="clear" w:color="auto" w:fill="EAF0F6"/>
          </w:tcPr>
          <w:p w:rsidR="00043C3B" w:rsidRDefault="004B4BFF">
            <w:r>
              <w:rPr>
                <w:sz w:val="16"/>
              </w:rPr>
              <w:t>Bahamas</w:t>
            </w:r>
          </w:p>
        </w:tc>
        <w:tc>
          <w:tcPr>
            <w:tcW w:w="6624" w:type="dxa"/>
            <w:shd w:val="clear" w:color="auto" w:fill="EAF0F6"/>
          </w:tcPr>
          <w:p w:rsidR="00043C3B" w:rsidRDefault="004B4BFF">
            <w:r>
              <w:rPr>
                <w:sz w:val="16"/>
              </w:rPr>
              <w:t>+1 242</w:t>
            </w:r>
          </w:p>
        </w:tc>
      </w:tr>
      <w:tr w:rsidR="00043C3B">
        <w:trPr>
          <w:jc w:val="center"/>
        </w:trPr>
        <w:tc>
          <w:tcPr>
            <w:tcW w:w="4608" w:type="dxa"/>
          </w:tcPr>
          <w:p w:rsidR="00043C3B" w:rsidRDefault="004B4BFF">
            <w:r>
              <w:rPr>
                <w:sz w:val="16"/>
              </w:rPr>
              <w:t>Barbados</w:t>
            </w:r>
          </w:p>
        </w:tc>
        <w:tc>
          <w:tcPr>
            <w:tcW w:w="6624" w:type="dxa"/>
          </w:tcPr>
          <w:p w:rsidR="00043C3B" w:rsidRDefault="004B4BFF">
            <w:r>
              <w:rPr>
                <w:sz w:val="16"/>
              </w:rPr>
              <w:t>+1 246</w:t>
            </w:r>
          </w:p>
        </w:tc>
      </w:tr>
      <w:tr w:rsidR="00043C3B">
        <w:trPr>
          <w:jc w:val="center"/>
        </w:trPr>
        <w:tc>
          <w:tcPr>
            <w:tcW w:w="4608" w:type="dxa"/>
            <w:shd w:val="clear" w:color="auto" w:fill="EAF0F6"/>
          </w:tcPr>
          <w:p w:rsidR="00043C3B" w:rsidRDefault="004B4BFF">
            <w:r>
              <w:rPr>
                <w:sz w:val="16"/>
              </w:rPr>
              <w:t>Bermuda</w:t>
            </w:r>
          </w:p>
        </w:tc>
        <w:tc>
          <w:tcPr>
            <w:tcW w:w="6624" w:type="dxa"/>
            <w:shd w:val="clear" w:color="auto" w:fill="EAF0F6"/>
          </w:tcPr>
          <w:p w:rsidR="00043C3B" w:rsidRDefault="004B4BFF">
            <w:r>
              <w:rPr>
                <w:sz w:val="16"/>
              </w:rPr>
              <w:t>+1 441</w:t>
            </w:r>
          </w:p>
        </w:tc>
      </w:tr>
      <w:tr w:rsidR="00043C3B">
        <w:trPr>
          <w:jc w:val="center"/>
        </w:trPr>
        <w:tc>
          <w:tcPr>
            <w:tcW w:w="4608" w:type="dxa"/>
          </w:tcPr>
          <w:p w:rsidR="00043C3B" w:rsidRDefault="004B4BFF">
            <w:r>
              <w:rPr>
                <w:sz w:val="16"/>
              </w:rPr>
              <w:t>British Virgin Islands</w:t>
            </w:r>
          </w:p>
        </w:tc>
        <w:tc>
          <w:tcPr>
            <w:tcW w:w="6624" w:type="dxa"/>
          </w:tcPr>
          <w:p w:rsidR="00043C3B" w:rsidRDefault="004B4BFF">
            <w:r>
              <w:rPr>
                <w:sz w:val="16"/>
              </w:rPr>
              <w:t>+1 284</w:t>
            </w:r>
          </w:p>
        </w:tc>
      </w:tr>
      <w:tr w:rsidR="00043C3B">
        <w:trPr>
          <w:jc w:val="center"/>
        </w:trPr>
        <w:tc>
          <w:tcPr>
            <w:tcW w:w="4608" w:type="dxa"/>
            <w:shd w:val="clear" w:color="auto" w:fill="EAF0F6"/>
          </w:tcPr>
          <w:p w:rsidR="00043C3B" w:rsidRDefault="004B4BFF">
            <w:r>
              <w:rPr>
                <w:sz w:val="16"/>
              </w:rPr>
              <w:t>Canada</w:t>
            </w:r>
          </w:p>
        </w:tc>
        <w:tc>
          <w:tcPr>
            <w:tcW w:w="6624" w:type="dxa"/>
            <w:shd w:val="clear" w:color="auto" w:fill="EAF0F6"/>
          </w:tcPr>
          <w:p w:rsidR="00043C3B" w:rsidRDefault="004B4BFF">
            <w:r>
              <w:rPr>
                <w:sz w:val="16"/>
              </w:rPr>
              <w:t>+1 (mã quốc gia; NPA thay đổi theo khu vực)</w:t>
            </w:r>
          </w:p>
        </w:tc>
      </w:tr>
      <w:tr w:rsidR="00043C3B">
        <w:trPr>
          <w:jc w:val="center"/>
        </w:trPr>
        <w:tc>
          <w:tcPr>
            <w:tcW w:w="4608" w:type="dxa"/>
          </w:tcPr>
          <w:p w:rsidR="00043C3B" w:rsidRDefault="004B4BFF">
            <w:r>
              <w:rPr>
                <w:sz w:val="16"/>
              </w:rPr>
              <w:t>Cayman Islands</w:t>
            </w:r>
          </w:p>
        </w:tc>
        <w:tc>
          <w:tcPr>
            <w:tcW w:w="6624" w:type="dxa"/>
          </w:tcPr>
          <w:p w:rsidR="00043C3B" w:rsidRDefault="004B4BFF">
            <w:r>
              <w:rPr>
                <w:sz w:val="16"/>
              </w:rPr>
              <w:t>+1 345</w:t>
            </w:r>
          </w:p>
        </w:tc>
      </w:tr>
      <w:tr w:rsidR="00043C3B">
        <w:trPr>
          <w:jc w:val="center"/>
        </w:trPr>
        <w:tc>
          <w:tcPr>
            <w:tcW w:w="4608" w:type="dxa"/>
            <w:shd w:val="clear" w:color="auto" w:fill="EAF0F6"/>
          </w:tcPr>
          <w:p w:rsidR="00043C3B" w:rsidRDefault="004B4BFF">
            <w:r>
              <w:rPr>
                <w:sz w:val="16"/>
              </w:rPr>
              <w:t>Dominica</w:t>
            </w:r>
          </w:p>
        </w:tc>
        <w:tc>
          <w:tcPr>
            <w:tcW w:w="6624" w:type="dxa"/>
            <w:shd w:val="clear" w:color="auto" w:fill="EAF0F6"/>
          </w:tcPr>
          <w:p w:rsidR="00043C3B" w:rsidRDefault="004B4BFF">
            <w:r>
              <w:rPr>
                <w:sz w:val="16"/>
              </w:rPr>
              <w:t>+1 767</w:t>
            </w:r>
          </w:p>
        </w:tc>
      </w:tr>
      <w:tr w:rsidR="00043C3B">
        <w:trPr>
          <w:jc w:val="center"/>
        </w:trPr>
        <w:tc>
          <w:tcPr>
            <w:tcW w:w="4608" w:type="dxa"/>
          </w:tcPr>
          <w:p w:rsidR="00043C3B" w:rsidRDefault="004B4BFF">
            <w:r>
              <w:rPr>
                <w:sz w:val="16"/>
              </w:rPr>
              <w:t>Dominican Republic</w:t>
            </w:r>
          </w:p>
        </w:tc>
        <w:tc>
          <w:tcPr>
            <w:tcW w:w="6624" w:type="dxa"/>
          </w:tcPr>
          <w:p w:rsidR="00043C3B" w:rsidRDefault="004B4BFF">
            <w:r>
              <w:rPr>
                <w:sz w:val="16"/>
              </w:rPr>
              <w:t>+1 809 / +1 829 / +1 849</w:t>
            </w:r>
          </w:p>
        </w:tc>
      </w:tr>
      <w:tr w:rsidR="00043C3B">
        <w:trPr>
          <w:jc w:val="center"/>
        </w:trPr>
        <w:tc>
          <w:tcPr>
            <w:tcW w:w="4608" w:type="dxa"/>
            <w:shd w:val="clear" w:color="auto" w:fill="EAF0F6"/>
          </w:tcPr>
          <w:p w:rsidR="00043C3B" w:rsidRDefault="004B4BFF">
            <w:r>
              <w:rPr>
                <w:sz w:val="16"/>
              </w:rPr>
              <w:t>Grenada</w:t>
            </w:r>
          </w:p>
        </w:tc>
        <w:tc>
          <w:tcPr>
            <w:tcW w:w="6624" w:type="dxa"/>
            <w:shd w:val="clear" w:color="auto" w:fill="EAF0F6"/>
          </w:tcPr>
          <w:p w:rsidR="00043C3B" w:rsidRDefault="004B4BFF">
            <w:r>
              <w:rPr>
                <w:sz w:val="16"/>
              </w:rPr>
              <w:t>+1 473</w:t>
            </w:r>
          </w:p>
        </w:tc>
      </w:tr>
      <w:tr w:rsidR="00043C3B">
        <w:trPr>
          <w:jc w:val="center"/>
        </w:trPr>
        <w:tc>
          <w:tcPr>
            <w:tcW w:w="4608" w:type="dxa"/>
          </w:tcPr>
          <w:p w:rsidR="00043C3B" w:rsidRDefault="004B4BFF">
            <w:r>
              <w:rPr>
                <w:sz w:val="16"/>
              </w:rPr>
              <w:t>Guam</w:t>
            </w:r>
          </w:p>
        </w:tc>
        <w:tc>
          <w:tcPr>
            <w:tcW w:w="6624" w:type="dxa"/>
          </w:tcPr>
          <w:p w:rsidR="00043C3B" w:rsidRDefault="004B4BFF">
            <w:r>
              <w:rPr>
                <w:sz w:val="16"/>
              </w:rPr>
              <w:t>+1 671</w:t>
            </w:r>
          </w:p>
        </w:tc>
      </w:tr>
      <w:tr w:rsidR="00043C3B">
        <w:trPr>
          <w:jc w:val="center"/>
        </w:trPr>
        <w:tc>
          <w:tcPr>
            <w:tcW w:w="4608" w:type="dxa"/>
            <w:shd w:val="clear" w:color="auto" w:fill="EAF0F6"/>
          </w:tcPr>
          <w:p w:rsidR="00043C3B" w:rsidRDefault="004B4BFF">
            <w:r>
              <w:rPr>
                <w:sz w:val="16"/>
              </w:rPr>
              <w:t>Jamaica</w:t>
            </w:r>
          </w:p>
        </w:tc>
        <w:tc>
          <w:tcPr>
            <w:tcW w:w="6624" w:type="dxa"/>
            <w:shd w:val="clear" w:color="auto" w:fill="EAF0F6"/>
          </w:tcPr>
          <w:p w:rsidR="00043C3B" w:rsidRDefault="004B4BFF">
            <w:r>
              <w:rPr>
                <w:sz w:val="16"/>
              </w:rPr>
              <w:t>+1 658 / +1 876</w:t>
            </w:r>
          </w:p>
        </w:tc>
      </w:tr>
      <w:tr w:rsidR="00043C3B">
        <w:trPr>
          <w:jc w:val="center"/>
        </w:trPr>
        <w:tc>
          <w:tcPr>
            <w:tcW w:w="4608" w:type="dxa"/>
          </w:tcPr>
          <w:p w:rsidR="00043C3B" w:rsidRDefault="004B4BFF">
            <w:r>
              <w:rPr>
                <w:sz w:val="16"/>
              </w:rPr>
              <w:t>Montserrat</w:t>
            </w:r>
          </w:p>
        </w:tc>
        <w:tc>
          <w:tcPr>
            <w:tcW w:w="6624" w:type="dxa"/>
          </w:tcPr>
          <w:p w:rsidR="00043C3B" w:rsidRDefault="004B4BFF">
            <w:r>
              <w:rPr>
                <w:sz w:val="16"/>
              </w:rPr>
              <w:t>+1 664</w:t>
            </w:r>
          </w:p>
        </w:tc>
      </w:tr>
      <w:tr w:rsidR="00043C3B">
        <w:trPr>
          <w:jc w:val="center"/>
        </w:trPr>
        <w:tc>
          <w:tcPr>
            <w:tcW w:w="4608" w:type="dxa"/>
            <w:shd w:val="clear" w:color="auto" w:fill="EAF0F6"/>
          </w:tcPr>
          <w:p w:rsidR="00043C3B" w:rsidRDefault="004B4BFF">
            <w:r>
              <w:rPr>
                <w:sz w:val="16"/>
              </w:rPr>
              <w:t>Northern Mariana Islands</w:t>
            </w:r>
          </w:p>
        </w:tc>
        <w:tc>
          <w:tcPr>
            <w:tcW w:w="6624" w:type="dxa"/>
            <w:shd w:val="clear" w:color="auto" w:fill="EAF0F6"/>
          </w:tcPr>
          <w:p w:rsidR="00043C3B" w:rsidRDefault="004B4BFF">
            <w:r>
              <w:rPr>
                <w:sz w:val="16"/>
              </w:rPr>
              <w:t>+1 670</w:t>
            </w:r>
          </w:p>
        </w:tc>
      </w:tr>
      <w:tr w:rsidR="00043C3B">
        <w:trPr>
          <w:jc w:val="center"/>
        </w:trPr>
        <w:tc>
          <w:tcPr>
            <w:tcW w:w="4608" w:type="dxa"/>
          </w:tcPr>
          <w:p w:rsidR="00043C3B" w:rsidRDefault="004B4BFF">
            <w:r>
              <w:rPr>
                <w:sz w:val="16"/>
              </w:rPr>
              <w:t>Puerto Rico</w:t>
            </w:r>
          </w:p>
        </w:tc>
        <w:tc>
          <w:tcPr>
            <w:tcW w:w="6624" w:type="dxa"/>
          </w:tcPr>
          <w:p w:rsidR="00043C3B" w:rsidRDefault="004B4BFF">
            <w:r>
              <w:rPr>
                <w:sz w:val="16"/>
              </w:rPr>
              <w:t>+1 787 / +1 939</w:t>
            </w:r>
          </w:p>
        </w:tc>
      </w:tr>
      <w:tr w:rsidR="00043C3B">
        <w:trPr>
          <w:jc w:val="center"/>
        </w:trPr>
        <w:tc>
          <w:tcPr>
            <w:tcW w:w="4608" w:type="dxa"/>
            <w:shd w:val="clear" w:color="auto" w:fill="EAF0F6"/>
          </w:tcPr>
          <w:p w:rsidR="00043C3B" w:rsidRDefault="004B4BFF">
            <w:r>
              <w:rPr>
                <w:sz w:val="16"/>
              </w:rPr>
              <w:t>Saint Kitts and Nevis</w:t>
            </w:r>
          </w:p>
        </w:tc>
        <w:tc>
          <w:tcPr>
            <w:tcW w:w="6624" w:type="dxa"/>
            <w:shd w:val="clear" w:color="auto" w:fill="EAF0F6"/>
          </w:tcPr>
          <w:p w:rsidR="00043C3B" w:rsidRDefault="004B4BFF">
            <w:r>
              <w:rPr>
                <w:sz w:val="16"/>
              </w:rPr>
              <w:t>+1 869</w:t>
            </w:r>
          </w:p>
        </w:tc>
      </w:tr>
      <w:tr w:rsidR="00043C3B">
        <w:trPr>
          <w:jc w:val="center"/>
        </w:trPr>
        <w:tc>
          <w:tcPr>
            <w:tcW w:w="4608" w:type="dxa"/>
          </w:tcPr>
          <w:p w:rsidR="00043C3B" w:rsidRDefault="004B4BFF">
            <w:r>
              <w:rPr>
                <w:sz w:val="16"/>
              </w:rPr>
              <w:t>Saint Lucia</w:t>
            </w:r>
          </w:p>
        </w:tc>
        <w:tc>
          <w:tcPr>
            <w:tcW w:w="6624" w:type="dxa"/>
          </w:tcPr>
          <w:p w:rsidR="00043C3B" w:rsidRDefault="004B4BFF">
            <w:r>
              <w:rPr>
                <w:sz w:val="16"/>
              </w:rPr>
              <w:t>+1 758</w:t>
            </w:r>
          </w:p>
        </w:tc>
      </w:tr>
      <w:tr w:rsidR="00043C3B">
        <w:trPr>
          <w:jc w:val="center"/>
        </w:trPr>
        <w:tc>
          <w:tcPr>
            <w:tcW w:w="4608" w:type="dxa"/>
            <w:shd w:val="clear" w:color="auto" w:fill="EAF0F6"/>
          </w:tcPr>
          <w:p w:rsidR="00043C3B" w:rsidRDefault="004B4BFF">
            <w:r>
              <w:rPr>
                <w:sz w:val="16"/>
              </w:rPr>
              <w:t>Saint Vincent and the Grenadines</w:t>
            </w:r>
          </w:p>
        </w:tc>
        <w:tc>
          <w:tcPr>
            <w:tcW w:w="6624" w:type="dxa"/>
            <w:shd w:val="clear" w:color="auto" w:fill="EAF0F6"/>
          </w:tcPr>
          <w:p w:rsidR="00043C3B" w:rsidRDefault="004B4BFF">
            <w:r>
              <w:rPr>
                <w:sz w:val="16"/>
              </w:rPr>
              <w:t>+1 784</w:t>
            </w:r>
          </w:p>
        </w:tc>
      </w:tr>
      <w:tr w:rsidR="00043C3B">
        <w:trPr>
          <w:jc w:val="center"/>
        </w:trPr>
        <w:tc>
          <w:tcPr>
            <w:tcW w:w="4608" w:type="dxa"/>
          </w:tcPr>
          <w:p w:rsidR="00043C3B" w:rsidRDefault="004B4BFF">
            <w:r>
              <w:rPr>
                <w:sz w:val="16"/>
              </w:rPr>
              <w:t>Sint Maarten (Dutch part)</w:t>
            </w:r>
          </w:p>
        </w:tc>
        <w:tc>
          <w:tcPr>
            <w:tcW w:w="6624" w:type="dxa"/>
          </w:tcPr>
          <w:p w:rsidR="00043C3B" w:rsidRDefault="004B4BFF">
            <w:r>
              <w:rPr>
                <w:sz w:val="16"/>
              </w:rPr>
              <w:t>+1 721</w:t>
            </w:r>
          </w:p>
        </w:tc>
      </w:tr>
      <w:tr w:rsidR="00043C3B">
        <w:trPr>
          <w:jc w:val="center"/>
        </w:trPr>
        <w:tc>
          <w:tcPr>
            <w:tcW w:w="4608" w:type="dxa"/>
            <w:shd w:val="clear" w:color="auto" w:fill="EAF0F6"/>
          </w:tcPr>
          <w:p w:rsidR="00043C3B" w:rsidRDefault="004B4BFF">
            <w:r>
              <w:rPr>
                <w:sz w:val="16"/>
              </w:rPr>
              <w:t>Trinidad and Tobago</w:t>
            </w:r>
          </w:p>
        </w:tc>
        <w:tc>
          <w:tcPr>
            <w:tcW w:w="6624" w:type="dxa"/>
            <w:shd w:val="clear" w:color="auto" w:fill="EAF0F6"/>
          </w:tcPr>
          <w:p w:rsidR="00043C3B" w:rsidRDefault="004B4BFF">
            <w:r>
              <w:rPr>
                <w:sz w:val="16"/>
              </w:rPr>
              <w:t>+1 868</w:t>
            </w:r>
          </w:p>
        </w:tc>
      </w:tr>
      <w:tr w:rsidR="00043C3B">
        <w:trPr>
          <w:jc w:val="center"/>
        </w:trPr>
        <w:tc>
          <w:tcPr>
            <w:tcW w:w="4608" w:type="dxa"/>
          </w:tcPr>
          <w:p w:rsidR="00043C3B" w:rsidRDefault="004B4BFF">
            <w:r>
              <w:rPr>
                <w:sz w:val="16"/>
              </w:rPr>
              <w:t>Turks and Caicos Islands</w:t>
            </w:r>
          </w:p>
        </w:tc>
        <w:tc>
          <w:tcPr>
            <w:tcW w:w="6624" w:type="dxa"/>
          </w:tcPr>
          <w:p w:rsidR="00043C3B" w:rsidRDefault="004B4BFF">
            <w:r>
              <w:rPr>
                <w:sz w:val="16"/>
              </w:rPr>
              <w:t>+1 649</w:t>
            </w:r>
          </w:p>
        </w:tc>
      </w:tr>
      <w:tr w:rsidR="00043C3B">
        <w:trPr>
          <w:jc w:val="center"/>
        </w:trPr>
        <w:tc>
          <w:tcPr>
            <w:tcW w:w="4608" w:type="dxa"/>
            <w:shd w:val="clear" w:color="auto" w:fill="EAF0F6"/>
          </w:tcPr>
          <w:p w:rsidR="00043C3B" w:rsidRDefault="004B4BFF">
            <w:r>
              <w:rPr>
                <w:sz w:val="16"/>
              </w:rPr>
              <w:t>United States of America</w:t>
            </w:r>
          </w:p>
        </w:tc>
        <w:tc>
          <w:tcPr>
            <w:tcW w:w="6624" w:type="dxa"/>
            <w:shd w:val="clear" w:color="auto" w:fill="EAF0F6"/>
          </w:tcPr>
          <w:p w:rsidR="00043C3B" w:rsidRDefault="004B4BFF">
            <w:r>
              <w:rPr>
                <w:sz w:val="16"/>
              </w:rPr>
              <w:t>+1 (mã quốc gia; NPA thay đổi theo khu vực)</w:t>
            </w:r>
          </w:p>
        </w:tc>
      </w:tr>
      <w:tr w:rsidR="00043C3B">
        <w:trPr>
          <w:jc w:val="center"/>
        </w:trPr>
        <w:tc>
          <w:tcPr>
            <w:tcW w:w="4608" w:type="dxa"/>
          </w:tcPr>
          <w:p w:rsidR="00043C3B" w:rsidRDefault="004B4BFF">
            <w:r>
              <w:rPr>
                <w:sz w:val="16"/>
              </w:rPr>
              <w:t>United States Virgin Islands</w:t>
            </w:r>
          </w:p>
        </w:tc>
        <w:tc>
          <w:tcPr>
            <w:tcW w:w="6624" w:type="dxa"/>
          </w:tcPr>
          <w:p w:rsidR="00043C3B" w:rsidRDefault="004B4BFF">
            <w:r>
              <w:rPr>
                <w:sz w:val="16"/>
              </w:rPr>
              <w:t>+1 340</w:t>
            </w:r>
          </w:p>
        </w:tc>
      </w:tr>
    </w:tbl>
    <w:p w:rsidR="00043C3B" w:rsidRDefault="004B4BFF">
      <w:pPr>
        <w:spacing w:before="160"/>
      </w:pPr>
      <w:r>
        <w:rPr>
          <w:b/>
        </w:rPr>
        <w:t>Nguồn tra cứu chi tiết:</w:t>
      </w:r>
    </w:p>
    <w:p w:rsidR="00043C3B" w:rsidRDefault="00B200A9">
      <w:hyperlink r:id="rId6">
        <w:r w:rsidR="004B4BFF">
          <w:rPr>
            <w:color w:val="0563C1"/>
            <w:u w:val="single"/>
          </w:rPr>
          <w:t>ITU-T – National Numbering Plans (danh mục theo từng quốc gia/khu vực, có mã +1 XXX)</w:t>
        </w:r>
      </w:hyperlink>
    </w:p>
    <w:p w:rsidR="00043C3B" w:rsidRDefault="00B200A9">
      <w:hyperlink r:id="rId7">
        <w:r w:rsidR="004B4BFF">
          <w:rPr>
            <w:color w:val="0563C1"/>
            <w:u w:val="single"/>
          </w:rPr>
          <w:t>NANPA – Country/Territory Map (mã vùng NPA của các khu vực thuộc NANP)</w:t>
        </w:r>
      </w:hyperlink>
    </w:p>
    <w:p w:rsidR="00043C3B" w:rsidRDefault="00B200A9">
      <w:hyperlink r:id="rId8">
        <w:r w:rsidR="004B4BFF">
          <w:rPr>
            <w:color w:val="0563C1"/>
            <w:u w:val="single"/>
          </w:rPr>
          <w:t>NANPA – NPA Reports (mã vùng đang sử dụng, mã mới và kế hoạch đánh số)</w:t>
        </w:r>
      </w:hyperlink>
    </w:p>
    <w:p w:rsidR="00043C3B" w:rsidRDefault="004B4BFF">
      <w:pPr>
        <w:spacing w:before="80"/>
      </w:pPr>
      <w:r>
        <w:rPr>
          <w:b/>
        </w:rPr>
        <w:t xml:space="preserve">Lưu ý: </w:t>
      </w:r>
      <w:r>
        <w:t>Các mã vùng có thể được bổ sung hoặc thay đổi theo kế hoạch đánh số. Với Canada và Hoa Kỳ, +1 là mã quốc gia chung; cần tra cứu NPA cụ thể theo địa chỉ/số thuê bao trên nguồn NANPA hoặc cơ quan quản lý tương ứng.</w:t>
      </w:r>
    </w:p>
    <w:p w:rsidR="00043C3B" w:rsidRDefault="004B4BFF">
      <w:r>
        <w:br w:type="page"/>
      </w:r>
    </w:p>
    <w:p w:rsidR="00043C3B" w:rsidRPr="004B4BFF" w:rsidRDefault="004B4BFF">
      <w:pPr>
        <w:jc w:val="center"/>
        <w:rPr>
          <w:b/>
          <w:color w:val="1F4E79"/>
          <w:sz w:val="26"/>
        </w:rPr>
      </w:pPr>
      <w:r w:rsidRPr="004B4BFF">
        <w:rPr>
          <w:b/>
          <w:color w:val="1F4E79"/>
          <w:sz w:val="26"/>
        </w:rPr>
        <w:lastRenderedPageBreak/>
        <w:t>CHI TIẾT MÃ INTERNATIONAL SHARED COUNTRY CODES</w:t>
      </w:r>
    </w:p>
    <w:p w:rsidR="00043C3B" w:rsidRDefault="004B4BFF">
      <w:r>
        <w:rPr>
          <w:b/>
        </w:rPr>
        <w:t>1. Phạm vi và cách đọc</w:t>
      </w:r>
    </w:p>
    <w:p w:rsidR="00043C3B" w:rsidRDefault="004B4BFF">
      <w:pPr>
        <w:spacing w:after="100"/>
      </w:pPr>
      <w:r>
        <w:t>Theo cơ sở dữ liệu International Shared Country Codes của ITU-T, các mã dưới đây không phải đều là mã gọi của một quốc gia/vùng lãnh thổ. Đây là tài nguyên đánh số quốc tế dùng chung cho mạng/dịch vụ toàn cầu, mạng quốc tế, nhóm quốc gia hoặc thử nghiệm dịch vụ. Mã nhận diện (identification code) đứng sau mã dùng chung để phân biệt mạng/đơn vị được phân bổ.</w:t>
      </w:r>
    </w:p>
    <w:tbl>
      <w:tblPr>
        <w:tblStyle w:val="TableGrid"/>
        <w:tblW w:w="0" w:type="auto"/>
        <w:jc w:val="center"/>
        <w:tblLook w:val="04A0" w:firstRow="1" w:lastRow="0" w:firstColumn="1" w:lastColumn="0" w:noHBand="0" w:noVBand="1"/>
      </w:tblPr>
      <w:tblGrid>
        <w:gridCol w:w="1296"/>
        <w:gridCol w:w="3456"/>
        <w:gridCol w:w="3744"/>
        <w:gridCol w:w="1584"/>
      </w:tblGrid>
      <w:tr w:rsidR="00043C3B">
        <w:trPr>
          <w:jc w:val="center"/>
        </w:trPr>
        <w:tc>
          <w:tcPr>
            <w:tcW w:w="1296" w:type="dxa"/>
            <w:shd w:val="clear" w:color="auto" w:fill="D9EAF7"/>
            <w:vAlign w:val="center"/>
          </w:tcPr>
          <w:p w:rsidR="00043C3B" w:rsidRDefault="004B4BFF">
            <w:r>
              <w:rPr>
                <w:b/>
                <w:sz w:val="16"/>
              </w:rPr>
              <w:t>Mã dùng chung</w:t>
            </w:r>
          </w:p>
        </w:tc>
        <w:tc>
          <w:tcPr>
            <w:tcW w:w="3456" w:type="dxa"/>
            <w:shd w:val="clear" w:color="auto" w:fill="D9EAF7"/>
            <w:vAlign w:val="center"/>
          </w:tcPr>
          <w:p w:rsidR="00043C3B" w:rsidRDefault="004B4BFF">
            <w:r>
              <w:rPr>
                <w:b/>
                <w:sz w:val="16"/>
              </w:rPr>
              <w:t>Mục đích</w:t>
            </w:r>
          </w:p>
        </w:tc>
        <w:tc>
          <w:tcPr>
            <w:tcW w:w="3744" w:type="dxa"/>
            <w:shd w:val="clear" w:color="auto" w:fill="D9EAF7"/>
            <w:vAlign w:val="center"/>
          </w:tcPr>
          <w:p w:rsidR="00043C3B" w:rsidRDefault="004B4BFF">
            <w:r>
              <w:rPr>
                <w:b/>
                <w:sz w:val="16"/>
              </w:rPr>
              <w:t>Cấu trúc</w:t>
            </w:r>
          </w:p>
        </w:tc>
        <w:tc>
          <w:tcPr>
            <w:tcW w:w="1584" w:type="dxa"/>
            <w:shd w:val="clear" w:color="auto" w:fill="D9EAF7"/>
            <w:vAlign w:val="center"/>
          </w:tcPr>
          <w:p w:rsidR="00043C3B" w:rsidRDefault="004B4BFF">
            <w:r>
              <w:rPr>
                <w:b/>
                <w:sz w:val="16"/>
              </w:rPr>
              <w:t>Căn cứ ITU-T</w:t>
            </w:r>
          </w:p>
        </w:tc>
      </w:tr>
      <w:tr w:rsidR="00043C3B">
        <w:trPr>
          <w:jc w:val="center"/>
        </w:trPr>
        <w:tc>
          <w:tcPr>
            <w:tcW w:w="1296" w:type="dxa"/>
            <w:vAlign w:val="center"/>
          </w:tcPr>
          <w:p w:rsidR="00043C3B" w:rsidRDefault="004B4BFF">
            <w:r>
              <w:rPr>
                <w:sz w:val="16"/>
              </w:rPr>
              <w:t>+881</w:t>
            </w:r>
          </w:p>
        </w:tc>
        <w:tc>
          <w:tcPr>
            <w:tcW w:w="3456" w:type="dxa"/>
            <w:vAlign w:val="center"/>
          </w:tcPr>
          <w:p w:rsidR="00043C3B" w:rsidRDefault="004B4BFF">
            <w:r>
              <w:rPr>
                <w:sz w:val="16"/>
              </w:rPr>
              <w:t>Mạng thông tin di động vệ tinh toàn cầu (GMSS)</w:t>
            </w:r>
          </w:p>
        </w:tc>
        <w:tc>
          <w:tcPr>
            <w:tcW w:w="3744" w:type="dxa"/>
            <w:vAlign w:val="center"/>
          </w:tcPr>
          <w:p w:rsidR="00043C3B" w:rsidRDefault="004B4BFF">
            <w:r>
              <w:rPr>
                <w:sz w:val="16"/>
              </w:rPr>
              <w:t>Mã dùng chung + 1 chữ số nhận diện (IC)</w:t>
            </w:r>
          </w:p>
        </w:tc>
        <w:tc>
          <w:tcPr>
            <w:tcW w:w="1584" w:type="dxa"/>
            <w:vAlign w:val="center"/>
          </w:tcPr>
          <w:p w:rsidR="00043C3B" w:rsidRDefault="004B4BFF">
            <w:r>
              <w:rPr>
                <w:sz w:val="16"/>
              </w:rPr>
              <w:t>ITU-T E.164.1</w:t>
            </w:r>
          </w:p>
        </w:tc>
      </w:tr>
      <w:tr w:rsidR="00043C3B">
        <w:trPr>
          <w:jc w:val="center"/>
        </w:trPr>
        <w:tc>
          <w:tcPr>
            <w:tcW w:w="1296" w:type="dxa"/>
            <w:vAlign w:val="center"/>
          </w:tcPr>
          <w:p w:rsidR="00043C3B" w:rsidRDefault="004B4BFF">
            <w:r>
              <w:rPr>
                <w:sz w:val="16"/>
              </w:rPr>
              <w:t>+882</w:t>
            </w:r>
          </w:p>
        </w:tc>
        <w:tc>
          <w:tcPr>
            <w:tcW w:w="3456" w:type="dxa"/>
            <w:vAlign w:val="center"/>
          </w:tcPr>
          <w:p w:rsidR="00043C3B" w:rsidRDefault="004B4BFF">
            <w:r>
              <w:rPr>
                <w:sz w:val="16"/>
              </w:rPr>
              <w:t>Mạng viễn thông quốc tế (International Networks)</w:t>
            </w:r>
          </w:p>
        </w:tc>
        <w:tc>
          <w:tcPr>
            <w:tcW w:w="3744" w:type="dxa"/>
            <w:vAlign w:val="center"/>
          </w:tcPr>
          <w:p w:rsidR="00043C3B" w:rsidRDefault="004B4BFF">
            <w:r>
              <w:rPr>
                <w:sz w:val="16"/>
              </w:rPr>
              <w:t>Mã dùng chung + 2 chữ số nhận diện (IC)</w:t>
            </w:r>
          </w:p>
        </w:tc>
        <w:tc>
          <w:tcPr>
            <w:tcW w:w="1584" w:type="dxa"/>
            <w:vAlign w:val="center"/>
          </w:tcPr>
          <w:p w:rsidR="00043C3B" w:rsidRDefault="004B4BFF">
            <w:r>
              <w:rPr>
                <w:sz w:val="16"/>
              </w:rPr>
              <w:t>ITU-T E.164.1</w:t>
            </w:r>
          </w:p>
        </w:tc>
      </w:tr>
      <w:tr w:rsidR="00043C3B">
        <w:trPr>
          <w:jc w:val="center"/>
        </w:trPr>
        <w:tc>
          <w:tcPr>
            <w:tcW w:w="1296" w:type="dxa"/>
            <w:vAlign w:val="center"/>
          </w:tcPr>
          <w:p w:rsidR="00043C3B" w:rsidRDefault="004B4BFF">
            <w:r>
              <w:rPr>
                <w:sz w:val="16"/>
              </w:rPr>
              <w:t>+883</w:t>
            </w:r>
          </w:p>
        </w:tc>
        <w:tc>
          <w:tcPr>
            <w:tcW w:w="3456" w:type="dxa"/>
            <w:vAlign w:val="center"/>
          </w:tcPr>
          <w:p w:rsidR="00043C3B" w:rsidRDefault="004B4BFF">
            <w:r>
              <w:rPr>
                <w:sz w:val="16"/>
              </w:rPr>
              <w:t>Mạng/dịch vụ quốc tế, trọng tâm IoT/M2M; có ngoại lệ do lịch sử phân bổ</w:t>
            </w:r>
          </w:p>
        </w:tc>
        <w:tc>
          <w:tcPr>
            <w:tcW w:w="3744" w:type="dxa"/>
            <w:vAlign w:val="center"/>
          </w:tcPr>
          <w:p w:rsidR="00043C3B" w:rsidRDefault="004B4BFF">
            <w:r>
              <w:rPr>
                <w:sz w:val="16"/>
              </w:rPr>
              <w:t>Mã dùng chung + 3 hoặc 4 chữ số nhận diện (IC)</w:t>
            </w:r>
          </w:p>
        </w:tc>
        <w:tc>
          <w:tcPr>
            <w:tcW w:w="1584" w:type="dxa"/>
            <w:vAlign w:val="center"/>
          </w:tcPr>
          <w:p w:rsidR="00043C3B" w:rsidRDefault="004B4BFF">
            <w:r>
              <w:rPr>
                <w:sz w:val="16"/>
              </w:rPr>
              <w:t>ITU-T E.164.1</w:t>
            </w:r>
          </w:p>
        </w:tc>
      </w:tr>
      <w:tr w:rsidR="00043C3B">
        <w:trPr>
          <w:jc w:val="center"/>
        </w:trPr>
        <w:tc>
          <w:tcPr>
            <w:tcW w:w="1296" w:type="dxa"/>
            <w:vAlign w:val="center"/>
          </w:tcPr>
          <w:p w:rsidR="00043C3B" w:rsidRDefault="004B4BFF">
            <w:r>
              <w:rPr>
                <w:sz w:val="16"/>
              </w:rPr>
              <w:t>+388</w:t>
            </w:r>
          </w:p>
        </w:tc>
        <w:tc>
          <w:tcPr>
            <w:tcW w:w="3456" w:type="dxa"/>
            <w:vAlign w:val="center"/>
          </w:tcPr>
          <w:p w:rsidR="00043C3B" w:rsidRDefault="004B4BFF">
            <w:r>
              <w:rPr>
                <w:sz w:val="16"/>
              </w:rPr>
              <w:t>Mã nhóm quốc gia (Groups of Countries)</w:t>
            </w:r>
          </w:p>
        </w:tc>
        <w:tc>
          <w:tcPr>
            <w:tcW w:w="3744" w:type="dxa"/>
            <w:vAlign w:val="center"/>
          </w:tcPr>
          <w:p w:rsidR="00043C3B" w:rsidRDefault="004B4BFF">
            <w:r>
              <w:rPr>
                <w:sz w:val="16"/>
              </w:rPr>
              <w:t>Mã dùng chung + 1 chữ số GIC để nhận diện nhóm quốc gia</w:t>
            </w:r>
          </w:p>
        </w:tc>
        <w:tc>
          <w:tcPr>
            <w:tcW w:w="1584" w:type="dxa"/>
            <w:vAlign w:val="center"/>
          </w:tcPr>
          <w:p w:rsidR="00043C3B" w:rsidRDefault="004B4BFF">
            <w:r>
              <w:rPr>
                <w:sz w:val="16"/>
              </w:rPr>
              <w:t>ITU-T E.164.3</w:t>
            </w:r>
          </w:p>
        </w:tc>
      </w:tr>
      <w:tr w:rsidR="00043C3B">
        <w:trPr>
          <w:jc w:val="center"/>
        </w:trPr>
        <w:tc>
          <w:tcPr>
            <w:tcW w:w="1296" w:type="dxa"/>
            <w:vAlign w:val="center"/>
          </w:tcPr>
          <w:p w:rsidR="00043C3B" w:rsidRDefault="004B4BFF">
            <w:r>
              <w:rPr>
                <w:sz w:val="16"/>
              </w:rPr>
              <w:t>+991</w:t>
            </w:r>
          </w:p>
        </w:tc>
        <w:tc>
          <w:tcPr>
            <w:tcW w:w="3456" w:type="dxa"/>
            <w:vAlign w:val="center"/>
          </w:tcPr>
          <w:p w:rsidR="00043C3B" w:rsidRDefault="004B4BFF">
            <w:r>
              <w:rPr>
                <w:sz w:val="16"/>
              </w:rPr>
              <w:t>Tài nguyên đánh số dùng cho thử nghiệm dịch vụ viễn thông quốc tế phi thương mại</w:t>
            </w:r>
          </w:p>
        </w:tc>
        <w:tc>
          <w:tcPr>
            <w:tcW w:w="3744" w:type="dxa"/>
            <w:vAlign w:val="center"/>
          </w:tcPr>
          <w:p w:rsidR="00043C3B" w:rsidRDefault="004B4BFF">
            <w:r>
              <w:rPr>
                <w:sz w:val="16"/>
              </w:rPr>
              <w:t>Mã dùng chung + 3 chữ số TIC; phân bổ tạm thời theo quy định ITU-T</w:t>
            </w:r>
          </w:p>
        </w:tc>
        <w:tc>
          <w:tcPr>
            <w:tcW w:w="1584" w:type="dxa"/>
            <w:vAlign w:val="center"/>
          </w:tcPr>
          <w:p w:rsidR="00043C3B" w:rsidRDefault="004B4BFF">
            <w:r>
              <w:rPr>
                <w:sz w:val="16"/>
              </w:rPr>
              <w:t>ITU-T E.164.2</w:t>
            </w:r>
          </w:p>
        </w:tc>
      </w:tr>
    </w:tbl>
    <w:p w:rsidR="00043C3B" w:rsidRDefault="00043C3B"/>
    <w:p w:rsidR="00043C3B" w:rsidRDefault="004B4BFF">
      <w:r>
        <w:rPr>
          <w:b/>
        </w:rPr>
        <w:t>2. Các mã nhận diện đang có trạng thái Assigned (A) trong kết quả tra cứu ITU</w:t>
      </w:r>
    </w:p>
    <w:p w:rsidR="00043C3B" w:rsidRDefault="004B4BFF">
      <w:pPr>
        <w:spacing w:after="100"/>
      </w:pPr>
      <w:r>
        <w:t>Bảng dưới đây tổng hợp các mã có trạng thái A được thể hiện trong kết quả cơ sở dữ liệu ITU tại thời điểm tra cứu. Tên tổ chức/mạng được giữ theo tên hiển thị trên ITU; việc gán mục đích khai thác cụ thể cần căn cứ thông tin của đơn vị được phân bổ.</w:t>
      </w:r>
    </w:p>
    <w:tbl>
      <w:tblPr>
        <w:tblStyle w:val="TableGrid"/>
        <w:tblW w:w="0" w:type="auto"/>
        <w:jc w:val="center"/>
        <w:tblLook w:val="04A0" w:firstRow="1" w:lastRow="0" w:firstColumn="1" w:lastColumn="0" w:noHBand="0" w:noVBand="1"/>
      </w:tblPr>
      <w:tblGrid>
        <w:gridCol w:w="1800"/>
        <w:gridCol w:w="4320"/>
        <w:gridCol w:w="3960"/>
      </w:tblGrid>
      <w:tr w:rsidR="00043C3B">
        <w:trPr>
          <w:jc w:val="center"/>
        </w:trPr>
        <w:tc>
          <w:tcPr>
            <w:tcW w:w="1800" w:type="dxa"/>
            <w:shd w:val="clear" w:color="auto" w:fill="D9EAF7"/>
            <w:vAlign w:val="center"/>
          </w:tcPr>
          <w:p w:rsidR="00043C3B" w:rsidRDefault="004B4BFF">
            <w:r>
              <w:rPr>
                <w:b/>
                <w:sz w:val="14"/>
              </w:rPr>
              <w:t>Mã quốc tế đầy đủ</w:t>
            </w:r>
          </w:p>
        </w:tc>
        <w:tc>
          <w:tcPr>
            <w:tcW w:w="4320" w:type="dxa"/>
            <w:shd w:val="clear" w:color="auto" w:fill="D9EAF7"/>
            <w:vAlign w:val="center"/>
          </w:tcPr>
          <w:p w:rsidR="00043C3B" w:rsidRDefault="004B4BFF">
            <w:r>
              <w:rPr>
                <w:b/>
                <w:sz w:val="14"/>
              </w:rPr>
              <w:t>Đơn vị/mạng theo ITU</w:t>
            </w:r>
          </w:p>
        </w:tc>
        <w:tc>
          <w:tcPr>
            <w:tcW w:w="3960" w:type="dxa"/>
            <w:shd w:val="clear" w:color="auto" w:fill="D9EAF7"/>
            <w:vAlign w:val="center"/>
          </w:tcPr>
          <w:p w:rsidR="00043C3B" w:rsidRDefault="004B4BFF">
            <w:r>
              <w:rPr>
                <w:b/>
                <w:sz w:val="14"/>
              </w:rPr>
              <w:t>Ghi chú</w:t>
            </w:r>
          </w:p>
        </w:tc>
      </w:tr>
      <w:tr w:rsidR="00043C3B">
        <w:trPr>
          <w:jc w:val="center"/>
        </w:trPr>
        <w:tc>
          <w:tcPr>
            <w:tcW w:w="1800" w:type="dxa"/>
            <w:vAlign w:val="center"/>
          </w:tcPr>
          <w:p w:rsidR="00043C3B" w:rsidRDefault="004B4BFF">
            <w:r>
              <w:rPr>
                <w:sz w:val="14"/>
              </w:rPr>
              <w:t>+881 6</w:t>
            </w:r>
          </w:p>
        </w:tc>
        <w:tc>
          <w:tcPr>
            <w:tcW w:w="4320" w:type="dxa"/>
            <w:vAlign w:val="center"/>
          </w:tcPr>
          <w:p w:rsidR="00043C3B" w:rsidRDefault="004B4BFF">
            <w:r>
              <w:rPr>
                <w:sz w:val="14"/>
              </w:rPr>
              <w:t>Iridium Communications Inc.</w:t>
            </w:r>
          </w:p>
        </w:tc>
        <w:tc>
          <w:tcPr>
            <w:tcW w:w="3960" w:type="dxa"/>
            <w:vAlign w:val="center"/>
          </w:tcPr>
          <w:p w:rsidR="00043C3B" w:rsidRDefault="004B4BFF">
            <w:r>
              <w:rPr>
                <w:sz w:val="14"/>
              </w:rPr>
              <w:t>GMSS / thông tin vệ tinh</w:t>
            </w:r>
          </w:p>
        </w:tc>
      </w:tr>
      <w:tr w:rsidR="00043C3B">
        <w:trPr>
          <w:jc w:val="center"/>
        </w:trPr>
        <w:tc>
          <w:tcPr>
            <w:tcW w:w="1800" w:type="dxa"/>
            <w:vAlign w:val="center"/>
          </w:tcPr>
          <w:p w:rsidR="00043C3B" w:rsidRDefault="004B4BFF">
            <w:r>
              <w:rPr>
                <w:sz w:val="14"/>
              </w:rPr>
              <w:t>+881 7</w:t>
            </w:r>
          </w:p>
        </w:tc>
        <w:tc>
          <w:tcPr>
            <w:tcW w:w="4320" w:type="dxa"/>
            <w:vAlign w:val="center"/>
          </w:tcPr>
          <w:p w:rsidR="00043C3B" w:rsidRDefault="004B4BFF">
            <w:r>
              <w:rPr>
                <w:sz w:val="14"/>
              </w:rPr>
              <w:t>Iridium Communications Inc.</w:t>
            </w:r>
          </w:p>
        </w:tc>
        <w:tc>
          <w:tcPr>
            <w:tcW w:w="3960" w:type="dxa"/>
            <w:vAlign w:val="center"/>
          </w:tcPr>
          <w:p w:rsidR="00043C3B" w:rsidRDefault="004B4BFF">
            <w:r>
              <w:rPr>
                <w:sz w:val="14"/>
              </w:rPr>
              <w:t>GMSS / thông tin vệ tinh</w:t>
            </w:r>
          </w:p>
        </w:tc>
      </w:tr>
      <w:tr w:rsidR="00043C3B">
        <w:trPr>
          <w:jc w:val="center"/>
        </w:trPr>
        <w:tc>
          <w:tcPr>
            <w:tcW w:w="1800" w:type="dxa"/>
            <w:vAlign w:val="center"/>
          </w:tcPr>
          <w:p w:rsidR="00043C3B" w:rsidRDefault="004B4BFF">
            <w:r>
              <w:rPr>
                <w:sz w:val="14"/>
              </w:rPr>
              <w:t>+881 8</w:t>
            </w:r>
          </w:p>
        </w:tc>
        <w:tc>
          <w:tcPr>
            <w:tcW w:w="4320" w:type="dxa"/>
            <w:vAlign w:val="center"/>
          </w:tcPr>
          <w:p w:rsidR="00043C3B" w:rsidRDefault="004B4BFF">
            <w:r>
              <w:rPr>
                <w:sz w:val="14"/>
              </w:rPr>
              <w:t>Globalstar</w:t>
            </w:r>
          </w:p>
        </w:tc>
        <w:tc>
          <w:tcPr>
            <w:tcW w:w="3960" w:type="dxa"/>
            <w:vAlign w:val="center"/>
          </w:tcPr>
          <w:p w:rsidR="00043C3B" w:rsidRDefault="004B4BFF">
            <w:r>
              <w:rPr>
                <w:sz w:val="14"/>
              </w:rPr>
              <w:t>GMSS / thông tin vệ tinh</w:t>
            </w:r>
          </w:p>
        </w:tc>
      </w:tr>
      <w:tr w:rsidR="00043C3B">
        <w:trPr>
          <w:jc w:val="center"/>
        </w:trPr>
        <w:tc>
          <w:tcPr>
            <w:tcW w:w="1800" w:type="dxa"/>
            <w:vAlign w:val="center"/>
          </w:tcPr>
          <w:p w:rsidR="00043C3B" w:rsidRDefault="004B4BFF">
            <w:r>
              <w:rPr>
                <w:sz w:val="14"/>
              </w:rPr>
              <w:t>+881 9</w:t>
            </w:r>
          </w:p>
        </w:tc>
        <w:tc>
          <w:tcPr>
            <w:tcW w:w="4320" w:type="dxa"/>
            <w:vAlign w:val="center"/>
          </w:tcPr>
          <w:p w:rsidR="00043C3B" w:rsidRDefault="004B4BFF">
            <w:r>
              <w:rPr>
                <w:sz w:val="14"/>
              </w:rPr>
              <w:t>Globalstar</w:t>
            </w:r>
          </w:p>
        </w:tc>
        <w:tc>
          <w:tcPr>
            <w:tcW w:w="3960" w:type="dxa"/>
            <w:vAlign w:val="center"/>
          </w:tcPr>
          <w:p w:rsidR="00043C3B" w:rsidRDefault="004B4BFF">
            <w:r>
              <w:rPr>
                <w:sz w:val="14"/>
              </w:rPr>
              <w:t>GMSS / thông tin vệ tinh</w:t>
            </w:r>
          </w:p>
        </w:tc>
      </w:tr>
      <w:tr w:rsidR="00043C3B">
        <w:trPr>
          <w:jc w:val="center"/>
        </w:trPr>
        <w:tc>
          <w:tcPr>
            <w:tcW w:w="1800" w:type="dxa"/>
            <w:vAlign w:val="center"/>
          </w:tcPr>
          <w:p w:rsidR="00043C3B" w:rsidRDefault="004B4BFF">
            <w:r>
              <w:rPr>
                <w:sz w:val="14"/>
              </w:rPr>
              <w:t>+882 10</w:t>
            </w:r>
          </w:p>
        </w:tc>
        <w:tc>
          <w:tcPr>
            <w:tcW w:w="4320" w:type="dxa"/>
            <w:vAlign w:val="center"/>
          </w:tcPr>
          <w:p w:rsidR="00043C3B" w:rsidRDefault="004B4BFF">
            <w:r>
              <w:rPr>
                <w:sz w:val="14"/>
              </w:rPr>
              <w:t>British Telecommunications plc</w:t>
            </w:r>
          </w:p>
        </w:tc>
        <w:tc>
          <w:tcPr>
            <w:tcW w:w="3960" w:type="dxa"/>
            <w:vAlign w:val="center"/>
          </w:tcPr>
          <w:p w:rsidR="00043C3B" w:rsidRDefault="004B4BFF">
            <w:r>
              <w:rPr>
                <w:sz w:val="14"/>
              </w:rPr>
              <w:t>Global Office Application</w:t>
            </w:r>
          </w:p>
        </w:tc>
      </w:tr>
      <w:tr w:rsidR="00043C3B">
        <w:trPr>
          <w:jc w:val="center"/>
        </w:trPr>
        <w:tc>
          <w:tcPr>
            <w:tcW w:w="1800" w:type="dxa"/>
            <w:vAlign w:val="center"/>
          </w:tcPr>
          <w:p w:rsidR="00043C3B" w:rsidRDefault="004B4BFF">
            <w:r>
              <w:rPr>
                <w:sz w:val="14"/>
              </w:rPr>
              <w:t>+882 16</w:t>
            </w:r>
          </w:p>
        </w:tc>
        <w:tc>
          <w:tcPr>
            <w:tcW w:w="4320" w:type="dxa"/>
            <w:vAlign w:val="center"/>
          </w:tcPr>
          <w:p w:rsidR="00043C3B" w:rsidRDefault="004B4BFF">
            <w:r>
              <w:rPr>
                <w:sz w:val="14"/>
              </w:rPr>
              <w:t>Thuraya</w:t>
            </w:r>
          </w:p>
        </w:tc>
        <w:tc>
          <w:tcPr>
            <w:tcW w:w="3960" w:type="dxa"/>
            <w:vAlign w:val="center"/>
          </w:tcPr>
          <w:p w:rsidR="00043C3B" w:rsidRDefault="004B4BFF">
            <w:r>
              <w:rPr>
                <w:sz w:val="14"/>
              </w:rPr>
              <w:t>Thuraya RMSS Network</w:t>
            </w:r>
          </w:p>
        </w:tc>
      </w:tr>
      <w:tr w:rsidR="00043C3B">
        <w:trPr>
          <w:jc w:val="center"/>
        </w:trPr>
        <w:tc>
          <w:tcPr>
            <w:tcW w:w="1800" w:type="dxa"/>
            <w:vAlign w:val="center"/>
          </w:tcPr>
          <w:p w:rsidR="00043C3B" w:rsidRDefault="004B4BFF">
            <w:r>
              <w:rPr>
                <w:sz w:val="14"/>
              </w:rPr>
              <w:t>+882 23</w:t>
            </w:r>
          </w:p>
        </w:tc>
        <w:tc>
          <w:tcPr>
            <w:tcW w:w="4320" w:type="dxa"/>
            <w:vAlign w:val="center"/>
          </w:tcPr>
          <w:p w:rsidR="00043C3B" w:rsidRDefault="004B4BFF">
            <w:r>
              <w:rPr>
                <w:sz w:val="14"/>
              </w:rPr>
              <w:t>Sita-Equant Joint Venture</w:t>
            </w:r>
          </w:p>
        </w:tc>
        <w:tc>
          <w:tcPr>
            <w:tcW w:w="3960" w:type="dxa"/>
            <w:vAlign w:val="center"/>
          </w:tcPr>
          <w:p w:rsidR="00043C3B" w:rsidRDefault="004B4BFF">
            <w:r>
              <w:rPr>
                <w:sz w:val="14"/>
              </w:rPr>
              <w:t>Sita-Equant Network</w:t>
            </w:r>
          </w:p>
        </w:tc>
      </w:tr>
      <w:tr w:rsidR="00043C3B">
        <w:trPr>
          <w:jc w:val="center"/>
        </w:trPr>
        <w:tc>
          <w:tcPr>
            <w:tcW w:w="1800" w:type="dxa"/>
            <w:vAlign w:val="center"/>
          </w:tcPr>
          <w:p w:rsidR="00043C3B" w:rsidRDefault="004B4BFF">
            <w:r>
              <w:rPr>
                <w:sz w:val="14"/>
              </w:rPr>
              <w:t>+882 28</w:t>
            </w:r>
          </w:p>
        </w:tc>
        <w:tc>
          <w:tcPr>
            <w:tcW w:w="4320" w:type="dxa"/>
            <w:vAlign w:val="center"/>
          </w:tcPr>
          <w:p w:rsidR="00043C3B" w:rsidRDefault="004B4BFF">
            <w:r>
              <w:rPr>
                <w:sz w:val="14"/>
              </w:rPr>
              <w:t>Deutsche Telekom AG</w:t>
            </w:r>
          </w:p>
        </w:tc>
        <w:tc>
          <w:tcPr>
            <w:tcW w:w="3960" w:type="dxa"/>
            <w:vAlign w:val="center"/>
          </w:tcPr>
          <w:p w:rsidR="00043C3B" w:rsidRDefault="004B4BFF">
            <w:r>
              <w:rPr>
                <w:sz w:val="14"/>
              </w:rPr>
              <w:t>Next Generation Network</w:t>
            </w:r>
          </w:p>
        </w:tc>
      </w:tr>
      <w:tr w:rsidR="00043C3B">
        <w:trPr>
          <w:jc w:val="center"/>
        </w:trPr>
        <w:tc>
          <w:tcPr>
            <w:tcW w:w="1800" w:type="dxa"/>
            <w:vAlign w:val="center"/>
          </w:tcPr>
          <w:p w:rsidR="00043C3B" w:rsidRDefault="004B4BFF">
            <w:r>
              <w:rPr>
                <w:sz w:val="14"/>
              </w:rPr>
              <w:t>+882 31</w:t>
            </w:r>
          </w:p>
        </w:tc>
        <w:tc>
          <w:tcPr>
            <w:tcW w:w="4320" w:type="dxa"/>
            <w:vAlign w:val="center"/>
          </w:tcPr>
          <w:p w:rsidR="00043C3B" w:rsidRDefault="004B4BFF">
            <w:r>
              <w:rPr>
                <w:sz w:val="14"/>
              </w:rPr>
              <w:t>Telekom Malaysia</w:t>
            </w:r>
          </w:p>
        </w:tc>
        <w:tc>
          <w:tcPr>
            <w:tcW w:w="3960" w:type="dxa"/>
            <w:vAlign w:val="center"/>
          </w:tcPr>
          <w:p w:rsidR="00043C3B" w:rsidRDefault="004B4BFF">
            <w:r>
              <w:rPr>
                <w:sz w:val="14"/>
              </w:rPr>
              <w:t>Global International ATM Network</w:t>
            </w:r>
          </w:p>
        </w:tc>
      </w:tr>
      <w:tr w:rsidR="00043C3B">
        <w:trPr>
          <w:jc w:val="center"/>
        </w:trPr>
        <w:tc>
          <w:tcPr>
            <w:tcW w:w="1800" w:type="dxa"/>
            <w:vAlign w:val="center"/>
          </w:tcPr>
          <w:p w:rsidR="00043C3B" w:rsidRDefault="004B4BFF">
            <w:r>
              <w:rPr>
                <w:sz w:val="14"/>
              </w:rPr>
              <w:t>+882 32</w:t>
            </w:r>
          </w:p>
        </w:tc>
        <w:tc>
          <w:tcPr>
            <w:tcW w:w="4320" w:type="dxa"/>
            <w:vAlign w:val="center"/>
          </w:tcPr>
          <w:p w:rsidR="00043C3B" w:rsidRDefault="004B4BFF">
            <w:r>
              <w:rPr>
                <w:sz w:val="14"/>
              </w:rPr>
              <w:t>Telenor / Maritime Communications Partner (MCP) A.S.</w:t>
            </w:r>
          </w:p>
        </w:tc>
        <w:tc>
          <w:tcPr>
            <w:tcW w:w="3960" w:type="dxa"/>
            <w:vAlign w:val="center"/>
          </w:tcPr>
          <w:p w:rsidR="00043C3B" w:rsidRDefault="004B4BFF">
            <w:r>
              <w:rPr>
                <w:sz w:val="14"/>
              </w:rPr>
              <w:t>MCP network</w:t>
            </w:r>
          </w:p>
        </w:tc>
      </w:tr>
      <w:tr w:rsidR="00043C3B">
        <w:trPr>
          <w:jc w:val="center"/>
        </w:trPr>
        <w:tc>
          <w:tcPr>
            <w:tcW w:w="1800" w:type="dxa"/>
            <w:vAlign w:val="center"/>
          </w:tcPr>
          <w:p w:rsidR="00043C3B" w:rsidRDefault="004B4BFF">
            <w:r>
              <w:rPr>
                <w:sz w:val="14"/>
              </w:rPr>
              <w:t>+882 35</w:t>
            </w:r>
          </w:p>
        </w:tc>
        <w:tc>
          <w:tcPr>
            <w:tcW w:w="4320" w:type="dxa"/>
            <w:vAlign w:val="center"/>
          </w:tcPr>
          <w:p w:rsidR="00043C3B" w:rsidRDefault="004B4BFF">
            <w:r>
              <w:rPr>
                <w:sz w:val="14"/>
              </w:rPr>
              <w:t>Cisco Systems, Inc.</w:t>
            </w:r>
          </w:p>
        </w:tc>
        <w:tc>
          <w:tcPr>
            <w:tcW w:w="3960" w:type="dxa"/>
            <w:vAlign w:val="center"/>
          </w:tcPr>
          <w:p w:rsidR="00043C3B" w:rsidRDefault="004B4BFF">
            <w:r>
              <w:rPr>
                <w:sz w:val="14"/>
              </w:rPr>
              <w:t>Tên mạng theo cơ sở dữ liệu ITU</w:t>
            </w:r>
          </w:p>
        </w:tc>
      </w:tr>
      <w:tr w:rsidR="00043C3B">
        <w:trPr>
          <w:jc w:val="center"/>
        </w:trPr>
        <w:tc>
          <w:tcPr>
            <w:tcW w:w="1800" w:type="dxa"/>
            <w:vAlign w:val="center"/>
          </w:tcPr>
          <w:p w:rsidR="00043C3B" w:rsidRDefault="004B4BFF">
            <w:r>
              <w:rPr>
                <w:sz w:val="14"/>
              </w:rPr>
              <w:t>+882 36</w:t>
            </w:r>
          </w:p>
        </w:tc>
        <w:tc>
          <w:tcPr>
            <w:tcW w:w="4320" w:type="dxa"/>
            <w:vAlign w:val="center"/>
          </w:tcPr>
          <w:p w:rsidR="00043C3B" w:rsidRDefault="004B4BFF">
            <w:r>
              <w:rPr>
                <w:sz w:val="14"/>
              </w:rPr>
              <w:t>Jersey Telecom</w:t>
            </w:r>
          </w:p>
        </w:tc>
        <w:tc>
          <w:tcPr>
            <w:tcW w:w="3960" w:type="dxa"/>
            <w:vAlign w:val="center"/>
          </w:tcPr>
          <w:p w:rsidR="00043C3B" w:rsidRDefault="004B4BFF">
            <w:r>
              <w:rPr>
                <w:sz w:val="14"/>
              </w:rPr>
              <w:t>Tên mạng theo cơ sở dữ liệu ITU</w:t>
            </w:r>
          </w:p>
        </w:tc>
      </w:tr>
      <w:tr w:rsidR="00043C3B">
        <w:trPr>
          <w:jc w:val="center"/>
        </w:trPr>
        <w:tc>
          <w:tcPr>
            <w:tcW w:w="1800" w:type="dxa"/>
            <w:vAlign w:val="center"/>
          </w:tcPr>
          <w:p w:rsidR="00043C3B" w:rsidRDefault="004B4BFF">
            <w:r>
              <w:rPr>
                <w:sz w:val="14"/>
              </w:rPr>
              <w:t>+882 37</w:t>
            </w:r>
          </w:p>
        </w:tc>
        <w:tc>
          <w:tcPr>
            <w:tcW w:w="4320" w:type="dxa"/>
            <w:vAlign w:val="center"/>
          </w:tcPr>
          <w:p w:rsidR="00043C3B" w:rsidRDefault="004B4BFF">
            <w:r>
              <w:rPr>
                <w:sz w:val="14"/>
              </w:rPr>
              <w:t>Wireless Maritime Services, LLC</w:t>
            </w:r>
          </w:p>
        </w:tc>
        <w:tc>
          <w:tcPr>
            <w:tcW w:w="3960" w:type="dxa"/>
            <w:vAlign w:val="center"/>
          </w:tcPr>
          <w:p w:rsidR="00043C3B" w:rsidRDefault="004B4BFF">
            <w:r>
              <w:rPr>
                <w:sz w:val="14"/>
              </w:rPr>
              <w:t>Mạng trước đây gắn với Cingular/AT&amp;T</w:t>
            </w:r>
          </w:p>
        </w:tc>
      </w:tr>
      <w:tr w:rsidR="00043C3B">
        <w:trPr>
          <w:jc w:val="center"/>
        </w:trPr>
        <w:tc>
          <w:tcPr>
            <w:tcW w:w="1800" w:type="dxa"/>
            <w:vAlign w:val="center"/>
          </w:tcPr>
          <w:p w:rsidR="00043C3B" w:rsidRDefault="004B4BFF">
            <w:r>
              <w:rPr>
                <w:sz w:val="14"/>
              </w:rPr>
              <w:t>+882 39</w:t>
            </w:r>
          </w:p>
        </w:tc>
        <w:tc>
          <w:tcPr>
            <w:tcW w:w="4320" w:type="dxa"/>
            <w:vAlign w:val="center"/>
          </w:tcPr>
          <w:p w:rsidR="00043C3B" w:rsidRDefault="004B4BFF">
            <w:r>
              <w:rPr>
                <w:sz w:val="14"/>
              </w:rPr>
              <w:t>Vodafone Group</w:t>
            </w:r>
          </w:p>
        </w:tc>
        <w:tc>
          <w:tcPr>
            <w:tcW w:w="3960" w:type="dxa"/>
            <w:vAlign w:val="center"/>
          </w:tcPr>
          <w:p w:rsidR="00043C3B" w:rsidRDefault="004B4BFF">
            <w:r>
              <w:rPr>
                <w:sz w:val="14"/>
              </w:rPr>
              <w:t>Vodafone Ireland</w:t>
            </w:r>
          </w:p>
        </w:tc>
      </w:tr>
      <w:tr w:rsidR="00043C3B">
        <w:trPr>
          <w:jc w:val="center"/>
        </w:trPr>
        <w:tc>
          <w:tcPr>
            <w:tcW w:w="1800" w:type="dxa"/>
            <w:vAlign w:val="center"/>
          </w:tcPr>
          <w:p w:rsidR="00043C3B" w:rsidRDefault="004B4BFF">
            <w:r>
              <w:rPr>
                <w:sz w:val="14"/>
              </w:rPr>
              <w:t>+882 45</w:t>
            </w:r>
          </w:p>
        </w:tc>
        <w:tc>
          <w:tcPr>
            <w:tcW w:w="4320" w:type="dxa"/>
            <w:vAlign w:val="center"/>
          </w:tcPr>
          <w:p w:rsidR="00043C3B" w:rsidRDefault="004B4BFF">
            <w:r>
              <w:rPr>
                <w:sz w:val="14"/>
              </w:rPr>
              <w:t>Telecom Italia</w:t>
            </w:r>
          </w:p>
        </w:tc>
        <w:tc>
          <w:tcPr>
            <w:tcW w:w="3960" w:type="dxa"/>
            <w:vAlign w:val="center"/>
          </w:tcPr>
          <w:p w:rsidR="00043C3B" w:rsidRDefault="004B4BFF">
            <w:r>
              <w:rPr>
                <w:sz w:val="14"/>
              </w:rPr>
              <w:t>Telecom Italia</w:t>
            </w:r>
          </w:p>
        </w:tc>
      </w:tr>
      <w:tr w:rsidR="00043C3B">
        <w:trPr>
          <w:jc w:val="center"/>
        </w:trPr>
        <w:tc>
          <w:tcPr>
            <w:tcW w:w="1800" w:type="dxa"/>
            <w:vAlign w:val="center"/>
          </w:tcPr>
          <w:p w:rsidR="00043C3B" w:rsidRDefault="004B4BFF">
            <w:r>
              <w:rPr>
                <w:sz w:val="14"/>
              </w:rPr>
              <w:t>+882 46</w:t>
            </w:r>
          </w:p>
        </w:tc>
        <w:tc>
          <w:tcPr>
            <w:tcW w:w="4320" w:type="dxa"/>
            <w:vAlign w:val="center"/>
          </w:tcPr>
          <w:p w:rsidR="00043C3B" w:rsidRDefault="004B4BFF">
            <w:r>
              <w:rPr>
                <w:sz w:val="14"/>
              </w:rPr>
              <w:t>Tyntec Limited</w:t>
            </w:r>
          </w:p>
        </w:tc>
        <w:tc>
          <w:tcPr>
            <w:tcW w:w="3960" w:type="dxa"/>
            <w:vAlign w:val="center"/>
          </w:tcPr>
          <w:p w:rsidR="00043C3B" w:rsidRDefault="004B4BFF">
            <w:r>
              <w:rPr>
                <w:sz w:val="14"/>
              </w:rPr>
              <w:t>Tên mạng theo cơ sở dữ liệu ITU</w:t>
            </w:r>
          </w:p>
        </w:tc>
      </w:tr>
      <w:tr w:rsidR="00043C3B">
        <w:trPr>
          <w:jc w:val="center"/>
        </w:trPr>
        <w:tc>
          <w:tcPr>
            <w:tcW w:w="1800" w:type="dxa"/>
            <w:vAlign w:val="center"/>
          </w:tcPr>
          <w:p w:rsidR="00043C3B" w:rsidRDefault="004B4BFF">
            <w:r>
              <w:rPr>
                <w:sz w:val="14"/>
              </w:rPr>
              <w:t>+882 47</w:t>
            </w:r>
          </w:p>
        </w:tc>
        <w:tc>
          <w:tcPr>
            <w:tcW w:w="4320" w:type="dxa"/>
            <w:vAlign w:val="center"/>
          </w:tcPr>
          <w:p w:rsidR="00043C3B" w:rsidRDefault="004B4BFF">
            <w:r>
              <w:rPr>
                <w:sz w:val="14"/>
              </w:rPr>
              <w:t>TRANSATEL</w:t>
            </w:r>
          </w:p>
        </w:tc>
        <w:tc>
          <w:tcPr>
            <w:tcW w:w="3960" w:type="dxa"/>
            <w:vAlign w:val="center"/>
          </w:tcPr>
          <w:p w:rsidR="00043C3B" w:rsidRDefault="004B4BFF">
            <w:r>
              <w:rPr>
                <w:sz w:val="14"/>
              </w:rPr>
              <w:t>Transatel</w:t>
            </w:r>
          </w:p>
        </w:tc>
      </w:tr>
      <w:tr w:rsidR="00043C3B">
        <w:trPr>
          <w:jc w:val="center"/>
        </w:trPr>
        <w:tc>
          <w:tcPr>
            <w:tcW w:w="1800" w:type="dxa"/>
            <w:vAlign w:val="center"/>
          </w:tcPr>
          <w:p w:rsidR="00043C3B" w:rsidRDefault="004B4BFF">
            <w:r>
              <w:rPr>
                <w:sz w:val="14"/>
              </w:rPr>
              <w:t>+882 48</w:t>
            </w:r>
          </w:p>
        </w:tc>
        <w:tc>
          <w:tcPr>
            <w:tcW w:w="4320" w:type="dxa"/>
            <w:vAlign w:val="center"/>
          </w:tcPr>
          <w:p w:rsidR="00043C3B" w:rsidRDefault="004B4BFF">
            <w:r>
              <w:rPr>
                <w:sz w:val="14"/>
              </w:rPr>
              <w:t>Sawatch Limited</w:t>
            </w:r>
          </w:p>
        </w:tc>
        <w:tc>
          <w:tcPr>
            <w:tcW w:w="3960" w:type="dxa"/>
            <w:vAlign w:val="center"/>
          </w:tcPr>
          <w:p w:rsidR="00043C3B" w:rsidRDefault="004B4BFF">
            <w:r>
              <w:rPr>
                <w:sz w:val="14"/>
              </w:rPr>
              <w:t>EchoStar Mobile Limited</w:t>
            </w:r>
          </w:p>
        </w:tc>
      </w:tr>
      <w:tr w:rsidR="00043C3B">
        <w:trPr>
          <w:jc w:val="center"/>
        </w:trPr>
        <w:tc>
          <w:tcPr>
            <w:tcW w:w="1800" w:type="dxa"/>
            <w:vAlign w:val="center"/>
          </w:tcPr>
          <w:p w:rsidR="00043C3B" w:rsidRDefault="004B4BFF">
            <w:r>
              <w:rPr>
                <w:sz w:val="14"/>
              </w:rPr>
              <w:t>+882 50</w:t>
            </w:r>
          </w:p>
        </w:tc>
        <w:tc>
          <w:tcPr>
            <w:tcW w:w="4320" w:type="dxa"/>
            <w:vAlign w:val="center"/>
          </w:tcPr>
          <w:p w:rsidR="00043C3B" w:rsidRDefault="004B4BFF">
            <w:r>
              <w:rPr>
                <w:sz w:val="14"/>
              </w:rPr>
              <w:t>Phonegroup SA</w:t>
            </w:r>
          </w:p>
        </w:tc>
        <w:tc>
          <w:tcPr>
            <w:tcW w:w="3960" w:type="dxa"/>
            <w:vAlign w:val="center"/>
          </w:tcPr>
          <w:p w:rsidR="00043C3B" w:rsidRDefault="004B4BFF">
            <w:r>
              <w:rPr>
                <w:sz w:val="14"/>
              </w:rPr>
              <w:t>Tên mạng theo cơ sở dữ liệu ITU</w:t>
            </w:r>
          </w:p>
        </w:tc>
      </w:tr>
      <w:tr w:rsidR="00043C3B">
        <w:trPr>
          <w:jc w:val="center"/>
        </w:trPr>
        <w:tc>
          <w:tcPr>
            <w:tcW w:w="1800" w:type="dxa"/>
            <w:vAlign w:val="center"/>
          </w:tcPr>
          <w:p w:rsidR="00043C3B" w:rsidRDefault="004B4BFF">
            <w:r>
              <w:rPr>
                <w:sz w:val="14"/>
              </w:rPr>
              <w:t>+882 52</w:t>
            </w:r>
          </w:p>
        </w:tc>
        <w:tc>
          <w:tcPr>
            <w:tcW w:w="4320" w:type="dxa"/>
            <w:vAlign w:val="center"/>
          </w:tcPr>
          <w:p w:rsidR="00043C3B" w:rsidRDefault="004B4BFF">
            <w:r>
              <w:rPr>
                <w:sz w:val="14"/>
              </w:rPr>
              <w:t>China Telecommunications Corporation</w:t>
            </w:r>
          </w:p>
        </w:tc>
        <w:tc>
          <w:tcPr>
            <w:tcW w:w="3960" w:type="dxa"/>
            <w:vAlign w:val="center"/>
          </w:tcPr>
          <w:p w:rsidR="00043C3B" w:rsidRDefault="004B4BFF">
            <w:r>
              <w:rPr>
                <w:sz w:val="14"/>
              </w:rPr>
              <w:t>Tên mạng theo cơ sở dữ liệu ITU</w:t>
            </w:r>
          </w:p>
        </w:tc>
      </w:tr>
      <w:tr w:rsidR="00043C3B">
        <w:trPr>
          <w:jc w:val="center"/>
        </w:trPr>
        <w:tc>
          <w:tcPr>
            <w:tcW w:w="1800" w:type="dxa"/>
            <w:vAlign w:val="center"/>
          </w:tcPr>
          <w:p w:rsidR="00043C3B" w:rsidRDefault="004B4BFF">
            <w:r>
              <w:rPr>
                <w:sz w:val="14"/>
              </w:rPr>
              <w:t>+882 99</w:t>
            </w:r>
          </w:p>
        </w:tc>
        <w:tc>
          <w:tcPr>
            <w:tcW w:w="4320" w:type="dxa"/>
            <w:vAlign w:val="center"/>
          </w:tcPr>
          <w:p w:rsidR="00043C3B" w:rsidRDefault="004B4BFF">
            <w:r>
              <w:rPr>
                <w:sz w:val="14"/>
              </w:rPr>
              <w:t>AeroMobile AS</w:t>
            </w:r>
          </w:p>
        </w:tc>
        <w:tc>
          <w:tcPr>
            <w:tcW w:w="3960" w:type="dxa"/>
            <w:vAlign w:val="center"/>
          </w:tcPr>
          <w:p w:rsidR="00043C3B" w:rsidRDefault="004B4BFF">
            <w:r>
              <w:rPr>
                <w:sz w:val="14"/>
              </w:rPr>
              <w:t>Tên mạng theo cơ sở dữ liệu ITU</w:t>
            </w:r>
          </w:p>
        </w:tc>
      </w:tr>
      <w:tr w:rsidR="00043C3B">
        <w:trPr>
          <w:jc w:val="center"/>
        </w:trPr>
        <w:tc>
          <w:tcPr>
            <w:tcW w:w="1800" w:type="dxa"/>
            <w:vAlign w:val="center"/>
          </w:tcPr>
          <w:p w:rsidR="00043C3B" w:rsidRDefault="004B4BFF">
            <w:r>
              <w:rPr>
                <w:sz w:val="14"/>
              </w:rPr>
              <w:t>+883 110</w:t>
            </w:r>
          </w:p>
        </w:tc>
        <w:tc>
          <w:tcPr>
            <w:tcW w:w="4320" w:type="dxa"/>
            <w:vAlign w:val="center"/>
          </w:tcPr>
          <w:p w:rsidR="00043C3B" w:rsidRDefault="004B4BFF">
            <w:r>
              <w:rPr>
                <w:sz w:val="14"/>
              </w:rPr>
              <w:t>Syniverse Technologies, LLC</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+883 130</w:t>
            </w:r>
          </w:p>
        </w:tc>
        <w:tc>
          <w:tcPr>
            <w:tcW w:w="4320" w:type="dxa"/>
            <w:vAlign w:val="center"/>
          </w:tcPr>
          <w:p w:rsidR="00043C3B" w:rsidRDefault="004B4BFF">
            <w:r>
              <w:rPr>
                <w:sz w:val="14"/>
              </w:rPr>
              <w:t>Orange</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+883 150</w:t>
            </w:r>
          </w:p>
        </w:tc>
        <w:tc>
          <w:tcPr>
            <w:tcW w:w="4320" w:type="dxa"/>
            <w:vAlign w:val="center"/>
          </w:tcPr>
          <w:p w:rsidR="00043C3B" w:rsidRDefault="004B4BFF">
            <w:r>
              <w:rPr>
                <w:sz w:val="14"/>
              </w:rPr>
              <w:t>One Network B.V.</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+883 170</w:t>
            </w:r>
          </w:p>
        </w:tc>
        <w:tc>
          <w:tcPr>
            <w:tcW w:w="4320" w:type="dxa"/>
            <w:vAlign w:val="center"/>
          </w:tcPr>
          <w:p w:rsidR="00043C3B" w:rsidRDefault="004B4BFF">
            <w:r>
              <w:rPr>
                <w:sz w:val="14"/>
              </w:rPr>
              <w:t>EMnify GmbH</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+883 180</w:t>
            </w:r>
          </w:p>
        </w:tc>
        <w:tc>
          <w:tcPr>
            <w:tcW w:w="4320" w:type="dxa"/>
            <w:vAlign w:val="center"/>
          </w:tcPr>
          <w:p w:rsidR="00043C3B" w:rsidRDefault="004B4BFF">
            <w:r>
              <w:rPr>
                <w:sz w:val="14"/>
              </w:rPr>
              <w:t>Bondio Limited</w:t>
            </w:r>
          </w:p>
        </w:tc>
        <w:tc>
          <w:tcPr>
            <w:tcW w:w="3960" w:type="dxa"/>
            <w:vAlign w:val="center"/>
          </w:tcPr>
          <w:p w:rsidR="00043C3B" w:rsidRDefault="004B4BFF">
            <w:r>
              <w:rPr>
                <w:sz w:val="14"/>
              </w:rPr>
              <w:t>Mã nhận diện 3 chữ số; ngày phân bổ hiển thị 08/05/2026</w:t>
            </w:r>
          </w:p>
        </w:tc>
      </w:tr>
      <w:tr w:rsidR="00043C3B">
        <w:trPr>
          <w:jc w:val="center"/>
        </w:trPr>
        <w:tc>
          <w:tcPr>
            <w:tcW w:w="1800" w:type="dxa"/>
            <w:vAlign w:val="center"/>
          </w:tcPr>
          <w:p w:rsidR="00043C3B" w:rsidRDefault="004B4BFF">
            <w:r>
              <w:rPr>
                <w:sz w:val="14"/>
              </w:rPr>
              <w:t>+883 190</w:t>
            </w:r>
          </w:p>
        </w:tc>
        <w:tc>
          <w:tcPr>
            <w:tcW w:w="4320" w:type="dxa"/>
            <w:vAlign w:val="center"/>
          </w:tcPr>
          <w:p w:rsidR="00043C3B" w:rsidRDefault="004B4BFF">
            <w:r>
              <w:rPr>
                <w:sz w:val="14"/>
              </w:rPr>
              <w:t>Com4 Sweden AB</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+883 200</w:t>
            </w:r>
          </w:p>
        </w:tc>
        <w:tc>
          <w:tcPr>
            <w:tcW w:w="4320" w:type="dxa"/>
            <w:vAlign w:val="center"/>
          </w:tcPr>
          <w:p w:rsidR="00043C3B" w:rsidRDefault="004B4BFF">
            <w:r>
              <w:rPr>
                <w:sz w:val="14"/>
              </w:rPr>
              <w:t>Manx Telecom Trading Ltd.</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+883 210</w:t>
            </w:r>
          </w:p>
        </w:tc>
        <w:tc>
          <w:tcPr>
            <w:tcW w:w="4320" w:type="dxa"/>
            <w:vAlign w:val="center"/>
          </w:tcPr>
          <w:p w:rsidR="00043C3B" w:rsidRDefault="004B4BFF">
            <w:r>
              <w:rPr>
                <w:sz w:val="14"/>
              </w:rPr>
              <w:t>Telecom26 AG</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+883 240</w:t>
            </w:r>
          </w:p>
        </w:tc>
        <w:tc>
          <w:tcPr>
            <w:tcW w:w="4320" w:type="dxa"/>
            <w:vAlign w:val="center"/>
          </w:tcPr>
          <w:p w:rsidR="00043C3B" w:rsidRDefault="004B4BFF">
            <w:r>
              <w:rPr>
                <w:sz w:val="14"/>
              </w:rPr>
              <w:t>BICS SA</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+883 250</w:t>
            </w:r>
          </w:p>
        </w:tc>
        <w:tc>
          <w:tcPr>
            <w:tcW w:w="4320" w:type="dxa"/>
            <w:vAlign w:val="center"/>
          </w:tcPr>
          <w:p w:rsidR="00043C3B" w:rsidRDefault="004B4BFF">
            <w:r>
              <w:rPr>
                <w:sz w:val="14"/>
              </w:rPr>
              <w:t>Bird B.V. (formerly MessageBird B.V.)</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+883 260</w:t>
            </w:r>
          </w:p>
        </w:tc>
        <w:tc>
          <w:tcPr>
            <w:tcW w:w="4320" w:type="dxa"/>
            <w:vAlign w:val="center"/>
          </w:tcPr>
          <w:p w:rsidR="00043C3B" w:rsidRDefault="004B4BFF">
            <w:r>
              <w:rPr>
                <w:sz w:val="14"/>
              </w:rPr>
              <w:t>KORE Wireless</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+883 270</w:t>
            </w:r>
          </w:p>
        </w:tc>
        <w:tc>
          <w:tcPr>
            <w:tcW w:w="4320" w:type="dxa"/>
            <w:vAlign w:val="center"/>
          </w:tcPr>
          <w:p w:rsidR="00043C3B" w:rsidRDefault="004B4BFF">
            <w:r>
              <w:rPr>
                <w:sz w:val="14"/>
              </w:rPr>
              <w:t>Onomondo ApS</w:t>
            </w:r>
          </w:p>
        </w:tc>
        <w:tc>
          <w:tcPr>
            <w:tcW w:w="3960" w:type="dxa"/>
            <w:vAlign w:val="center"/>
          </w:tcPr>
          <w:p w:rsidR="00043C3B" w:rsidRDefault="004B4BFF">
            <w:r>
              <w:rPr>
                <w:sz w:val="14"/>
              </w:rPr>
              <w:t>Mã nhận diện 3 chữ số; ngày phân bổ hiển thị 08/05/2026</w:t>
            </w:r>
          </w:p>
        </w:tc>
      </w:tr>
      <w:tr w:rsidR="00043C3B">
        <w:trPr>
          <w:jc w:val="center"/>
        </w:trPr>
        <w:tc>
          <w:tcPr>
            <w:tcW w:w="1800" w:type="dxa"/>
            <w:vAlign w:val="center"/>
          </w:tcPr>
          <w:p w:rsidR="00043C3B" w:rsidRDefault="004B4BFF">
            <w:r>
              <w:rPr>
                <w:sz w:val="14"/>
              </w:rPr>
              <w:t>+883 290</w:t>
            </w:r>
          </w:p>
        </w:tc>
        <w:tc>
          <w:tcPr>
            <w:tcW w:w="4320" w:type="dxa"/>
            <w:vAlign w:val="center"/>
          </w:tcPr>
          <w:p w:rsidR="00043C3B" w:rsidRDefault="004B4BFF">
            <w:r>
              <w:rPr>
                <w:sz w:val="14"/>
              </w:rPr>
              <w:t>Limitless Mobile, LLC</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+883 300</w:t>
            </w:r>
          </w:p>
        </w:tc>
        <w:tc>
          <w:tcPr>
            <w:tcW w:w="4320" w:type="dxa"/>
            <w:vAlign w:val="center"/>
          </w:tcPr>
          <w:p w:rsidR="00043C3B" w:rsidRDefault="004B4BFF">
            <w:r>
              <w:rPr>
                <w:sz w:val="14"/>
              </w:rPr>
              <w:t>1NCE GmbH</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+883 330</w:t>
            </w:r>
          </w:p>
        </w:tc>
        <w:tc>
          <w:tcPr>
            <w:tcW w:w="4320" w:type="dxa"/>
            <w:vAlign w:val="center"/>
          </w:tcPr>
          <w:p w:rsidR="00043C3B" w:rsidRDefault="004B4BFF">
            <w:r>
              <w:rPr>
                <w:sz w:val="14"/>
              </w:rPr>
              <w:t>Cubic Telecom Limited</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+883 340</w:t>
            </w:r>
          </w:p>
        </w:tc>
        <w:tc>
          <w:tcPr>
            <w:tcW w:w="4320" w:type="dxa"/>
            <w:vAlign w:val="center"/>
          </w:tcPr>
          <w:p w:rsidR="00043C3B" w:rsidRDefault="004B4BFF">
            <w:r>
              <w:rPr>
                <w:sz w:val="14"/>
              </w:rPr>
              <w:t>Giesecke+Devrient Mobile Security TCD UK Limited</w:t>
            </w:r>
          </w:p>
        </w:tc>
        <w:tc>
          <w:tcPr>
            <w:tcW w:w="3960" w:type="dxa"/>
            <w:vAlign w:val="center"/>
          </w:tcPr>
          <w:p w:rsidR="00043C3B" w:rsidRDefault="004B4BFF">
            <w:r>
              <w:rPr>
                <w:sz w:val="14"/>
              </w:rPr>
              <w:t>Tên trước đây: Podsystem Ltd.</w:t>
            </w:r>
          </w:p>
        </w:tc>
      </w:tr>
      <w:tr w:rsidR="00043C3B">
        <w:trPr>
          <w:jc w:val="center"/>
        </w:trPr>
        <w:tc>
          <w:tcPr>
            <w:tcW w:w="1800" w:type="dxa"/>
            <w:vAlign w:val="center"/>
          </w:tcPr>
          <w:p w:rsidR="00043C3B" w:rsidRDefault="004B4BFF">
            <w:r>
              <w:rPr>
                <w:sz w:val="14"/>
              </w:rPr>
              <w:t>+883 360</w:t>
            </w:r>
          </w:p>
        </w:tc>
        <w:tc>
          <w:tcPr>
            <w:tcW w:w="4320" w:type="dxa"/>
            <w:vAlign w:val="center"/>
          </w:tcPr>
          <w:p w:rsidR="00043C3B" w:rsidRDefault="004B4BFF">
            <w:r>
              <w:rPr>
                <w:sz w:val="14"/>
              </w:rPr>
              <w:t>Telecom Italia Sparkle S.p.A.</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+883 370</w:t>
            </w:r>
          </w:p>
        </w:tc>
        <w:tc>
          <w:tcPr>
            <w:tcW w:w="4320" w:type="dxa"/>
            <w:vAlign w:val="center"/>
          </w:tcPr>
          <w:p w:rsidR="00043C3B" w:rsidRDefault="004B4BFF">
            <w:r>
              <w:rPr>
                <w:sz w:val="14"/>
              </w:rPr>
              <w:t>A1 Telekom Austria AG</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+883 380</w:t>
            </w:r>
          </w:p>
        </w:tc>
        <w:tc>
          <w:tcPr>
            <w:tcW w:w="4320" w:type="dxa"/>
            <w:vAlign w:val="center"/>
          </w:tcPr>
          <w:p w:rsidR="00043C3B" w:rsidRDefault="004B4BFF">
            <w:r>
              <w:rPr>
                <w:sz w:val="14"/>
              </w:rPr>
              <w:t>Eseye Limited</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+883 390</w:t>
            </w:r>
          </w:p>
        </w:tc>
        <w:tc>
          <w:tcPr>
            <w:tcW w:w="4320" w:type="dxa"/>
            <w:vAlign w:val="center"/>
          </w:tcPr>
          <w:p w:rsidR="00043C3B" w:rsidRDefault="004B4BFF">
            <w:r>
              <w:rPr>
                <w:sz w:val="14"/>
              </w:rPr>
              <w:t>Airnity SAS</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+883 400</w:t>
            </w:r>
          </w:p>
        </w:tc>
        <w:tc>
          <w:tcPr>
            <w:tcW w:w="4320" w:type="dxa"/>
            <w:vAlign w:val="center"/>
          </w:tcPr>
          <w:p w:rsidR="00043C3B" w:rsidRDefault="004B4BFF">
            <w:r>
              <w:rPr>
                <w:sz w:val="14"/>
              </w:rPr>
              <w:t>TELEFONICA MOVILES ESPAÑA, S.A. UNIPERSONAL (TME)</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+883 410</w:t>
            </w:r>
          </w:p>
        </w:tc>
        <w:tc>
          <w:tcPr>
            <w:tcW w:w="4320" w:type="dxa"/>
            <w:vAlign w:val="center"/>
          </w:tcPr>
          <w:p w:rsidR="00043C3B" w:rsidRDefault="004B4BFF">
            <w:r>
              <w:rPr>
                <w:sz w:val="14"/>
              </w:rPr>
              <w:t>Telefónica Germany GmbH &amp; Co. OHG</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+883 420</w:t>
            </w:r>
          </w:p>
        </w:tc>
        <w:tc>
          <w:tcPr>
            <w:tcW w:w="4320" w:type="dxa"/>
            <w:vAlign w:val="center"/>
          </w:tcPr>
          <w:p w:rsidR="00043C3B" w:rsidRDefault="004B4BFF">
            <w:r>
              <w:rPr>
                <w:sz w:val="14"/>
              </w:rPr>
              <w:t>Mobile Telecommunications Company K.S.C.P. / Zain Bahrain BSC</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+883 430</w:t>
            </w:r>
          </w:p>
        </w:tc>
        <w:tc>
          <w:tcPr>
            <w:tcW w:w="4320" w:type="dxa"/>
            <w:vAlign w:val="center"/>
          </w:tcPr>
          <w:p w:rsidR="00043C3B" w:rsidRDefault="004B4BFF">
            <w:r>
              <w:rPr>
                <w:sz w:val="14"/>
              </w:rPr>
              <w:t>BJT PARTNERS SAS</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+883 460</w:t>
            </w:r>
          </w:p>
        </w:tc>
        <w:tc>
          <w:tcPr>
            <w:tcW w:w="4320" w:type="dxa"/>
            <w:vAlign w:val="center"/>
          </w:tcPr>
          <w:p w:rsidR="00043C3B" w:rsidRDefault="004B4BFF">
            <w:r>
              <w:rPr>
                <w:sz w:val="14"/>
              </w:rPr>
              <w:t>KORE Wireless</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+883 470</w:t>
            </w:r>
          </w:p>
        </w:tc>
        <w:tc>
          <w:tcPr>
            <w:tcW w:w="4320" w:type="dxa"/>
            <w:vAlign w:val="center"/>
          </w:tcPr>
          <w:p w:rsidR="00043C3B" w:rsidRDefault="004B4BFF">
            <w:r>
              <w:rPr>
                <w:sz w:val="14"/>
              </w:rPr>
              <w:t>Webbing</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+883 480</w:t>
            </w:r>
          </w:p>
        </w:tc>
        <w:tc>
          <w:tcPr>
            <w:tcW w:w="4320" w:type="dxa"/>
            <w:vAlign w:val="center"/>
          </w:tcPr>
          <w:p w:rsidR="00043C3B" w:rsidRDefault="004B4BFF">
            <w:r>
              <w:rPr>
                <w:sz w:val="14"/>
              </w:rPr>
              <w:t>BBIX Singapore Pte. Ltd.</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+883 500</w:t>
            </w:r>
          </w:p>
        </w:tc>
        <w:tc>
          <w:tcPr>
            <w:tcW w:w="4320" w:type="dxa"/>
            <w:vAlign w:val="center"/>
          </w:tcPr>
          <w:p w:rsidR="00043C3B" w:rsidRDefault="004B4BFF">
            <w:r>
              <w:rPr>
                <w:sz w:val="14"/>
              </w:rPr>
              <w:t>Lynk Global, Inc.</w:t>
            </w:r>
          </w:p>
        </w:tc>
        <w:tc>
          <w:tcPr>
            <w:tcW w:w="3960" w:type="dxa"/>
            <w:vAlign w:val="center"/>
          </w:tcPr>
          <w:p w:rsidR="00043C3B" w:rsidRDefault="004B4BFF">
            <w:r>
              <w:rPr>
                <w:sz w:val="14"/>
              </w:rPr>
              <w:t>Mã nhận diện 3 chữ số</w:t>
            </w:r>
          </w:p>
        </w:tc>
      </w:tr>
      <w:tr w:rsidR="00043C3B">
        <w:trPr>
          <w:jc w:val="center"/>
        </w:trPr>
        <w:tc>
          <w:tcPr>
            <w:tcW w:w="1800" w:type="dxa"/>
            <w:vAlign w:val="center"/>
          </w:tcPr>
          <w:p w:rsidR="00043C3B" w:rsidRDefault="004B4BFF">
            <w:r>
              <w:rPr>
                <w:sz w:val="14"/>
              </w:rPr>
              <w:t>+883 5120</w:t>
            </w:r>
          </w:p>
        </w:tc>
        <w:tc>
          <w:tcPr>
            <w:tcW w:w="4320" w:type="dxa"/>
            <w:vAlign w:val="center"/>
          </w:tcPr>
          <w:p w:rsidR="00043C3B" w:rsidRDefault="004B4BFF">
            <w:r>
              <w:rPr>
                <w:sz w:val="14"/>
              </w:rPr>
              <w:t>MTX Connect Ltd</w:t>
            </w:r>
          </w:p>
        </w:tc>
        <w:tc>
          <w:tcPr>
            <w:tcW w:w="3960" w:type="dxa"/>
            <w:vAlign w:val="center"/>
          </w:tcPr>
          <w:p w:rsidR="00043C3B" w:rsidRDefault="004B4BFF">
            <w:r>
              <w:rPr>
                <w:sz w:val="14"/>
              </w:rPr>
              <w:t>Mã nhận diện 4 chữ số</w:t>
            </w:r>
          </w:p>
        </w:tc>
      </w:tr>
    </w:tbl>
    <w:p w:rsidR="00043C3B" w:rsidRDefault="00043C3B"/>
    <w:p w:rsidR="00043C3B" w:rsidRDefault="004B4BFF">
      <w:r>
        <w:rPr>
          <w:b/>
        </w:rPr>
        <w:lastRenderedPageBreak/>
        <w:t>3. Ví dụ mã đã được trả lại/thu hồi (không nên hiểu là đang được phân bổ)</w:t>
      </w:r>
    </w:p>
    <w:tbl>
      <w:tblPr>
        <w:tblStyle w:val="TableGrid"/>
        <w:tblW w:w="0" w:type="auto"/>
        <w:jc w:val="center"/>
        <w:tblLook w:val="04A0" w:firstRow="1" w:lastRow="0" w:firstColumn="1" w:lastColumn="0" w:noHBand="0" w:noVBand="1"/>
      </w:tblPr>
      <w:tblGrid>
        <w:gridCol w:w="1584"/>
        <w:gridCol w:w="4608"/>
        <w:gridCol w:w="3888"/>
      </w:tblGrid>
      <w:tr w:rsidR="00043C3B">
        <w:trPr>
          <w:jc w:val="center"/>
        </w:trPr>
        <w:tc>
          <w:tcPr>
            <w:tcW w:w="1584" w:type="dxa"/>
            <w:shd w:val="clear" w:color="auto" w:fill="D9EAF7"/>
            <w:vAlign w:val="center"/>
          </w:tcPr>
          <w:p w:rsidR="00043C3B" w:rsidRDefault="004B4BFF">
            <w:r>
              <w:rPr>
                <w:b/>
                <w:sz w:val="14"/>
              </w:rPr>
              <w:t>Mã</w:t>
            </w:r>
          </w:p>
        </w:tc>
        <w:tc>
          <w:tcPr>
            <w:tcW w:w="4608" w:type="dxa"/>
            <w:shd w:val="clear" w:color="auto" w:fill="D9EAF7"/>
            <w:vAlign w:val="center"/>
          </w:tcPr>
          <w:p w:rsidR="00043C3B" w:rsidRDefault="004B4BFF">
            <w:r>
              <w:rPr>
                <w:b/>
                <w:sz w:val="14"/>
              </w:rPr>
              <w:t>Đơn vị/mạng hoặc hồ sơ</w:t>
            </w:r>
          </w:p>
        </w:tc>
        <w:tc>
          <w:tcPr>
            <w:tcW w:w="3888" w:type="dxa"/>
            <w:shd w:val="clear" w:color="auto" w:fill="D9EAF7"/>
            <w:vAlign w:val="center"/>
          </w:tcPr>
          <w:p w:rsidR="00043C3B" w:rsidRDefault="004B4BFF">
            <w:r>
              <w:rPr>
                <w:b/>
                <w:sz w:val="14"/>
              </w:rPr>
              <w:t>Trạng thái theo ITU</w:t>
            </w:r>
          </w:p>
        </w:tc>
      </w:tr>
      <w:tr w:rsidR="00043C3B">
        <w:trPr>
          <w:jc w:val="center"/>
        </w:trPr>
        <w:tc>
          <w:tcPr>
            <w:tcW w:w="1584" w:type="dxa"/>
            <w:vAlign w:val="center"/>
          </w:tcPr>
          <w:p w:rsidR="00043C3B" w:rsidRDefault="004B4BFF">
            <w:r>
              <w:rPr>
                <w:sz w:val="14"/>
              </w:rPr>
              <w:t>+881 0</w:t>
            </w:r>
          </w:p>
        </w:tc>
        <w:tc>
          <w:tcPr>
            <w:tcW w:w="4608" w:type="dxa"/>
            <w:vAlign w:val="center"/>
          </w:tcPr>
          <w:p w:rsidR="00043C3B" w:rsidRDefault="004B4BFF">
            <w:r>
              <w:rPr>
                <w:sz w:val="14"/>
              </w:rPr>
              <w:t>ICO Global Communications</w:t>
            </w:r>
          </w:p>
        </w:tc>
        <w:tc>
          <w:tcPr>
            <w:tcW w:w="3888" w:type="dxa"/>
            <w:vAlign w:val="center"/>
          </w:tcPr>
          <w:p w:rsidR="00043C3B" w:rsidRDefault="004B4BFF">
            <w:r>
              <w:rPr>
                <w:sz w:val="14"/>
              </w:rPr>
              <w:t>CRS – đã trả lại/đưa về kho dùng chung</w:t>
            </w:r>
          </w:p>
        </w:tc>
      </w:tr>
      <w:tr w:rsidR="00043C3B">
        <w:trPr>
          <w:jc w:val="center"/>
        </w:trPr>
        <w:tc>
          <w:tcPr>
            <w:tcW w:w="1584" w:type="dxa"/>
            <w:vAlign w:val="center"/>
          </w:tcPr>
          <w:p w:rsidR="00043C3B" w:rsidRDefault="004B4BFF">
            <w:r>
              <w:rPr>
                <w:sz w:val="14"/>
              </w:rPr>
              <w:t>+881 1</w:t>
            </w:r>
          </w:p>
        </w:tc>
        <w:tc>
          <w:tcPr>
            <w:tcW w:w="4608" w:type="dxa"/>
            <w:vAlign w:val="center"/>
          </w:tcPr>
          <w:p w:rsidR="00043C3B" w:rsidRDefault="004B4BFF">
            <w:r>
              <w:rPr>
                <w:sz w:val="14"/>
              </w:rPr>
              <w:t>ICO Global Communications</w:t>
            </w:r>
          </w:p>
        </w:tc>
        <w:tc>
          <w:tcPr>
            <w:tcW w:w="3888" w:type="dxa"/>
            <w:vAlign w:val="center"/>
          </w:tcPr>
          <w:p w:rsidR="00043C3B" w:rsidRDefault="004B4BFF">
            <w:r>
              <w:rPr>
                <w:sz w:val="14"/>
              </w:rPr>
              <w:t>CRS – đã trả lại/đưa về kho dùng chung</w:t>
            </w:r>
          </w:p>
        </w:tc>
      </w:tr>
      <w:tr w:rsidR="00043C3B">
        <w:trPr>
          <w:jc w:val="center"/>
        </w:trPr>
        <w:tc>
          <w:tcPr>
            <w:tcW w:w="1584" w:type="dxa"/>
            <w:vAlign w:val="center"/>
          </w:tcPr>
          <w:p w:rsidR="00043C3B" w:rsidRDefault="004B4BFF">
            <w:r>
              <w:rPr>
                <w:sz w:val="14"/>
              </w:rPr>
              <w:t>+881 2</w:t>
            </w:r>
          </w:p>
        </w:tc>
        <w:tc>
          <w:tcPr>
            <w:tcW w:w="4608" w:type="dxa"/>
            <w:vAlign w:val="center"/>
          </w:tcPr>
          <w:p w:rsidR="00043C3B" w:rsidRDefault="004B4BFF">
            <w:r>
              <w:rPr>
                <w:sz w:val="14"/>
              </w:rPr>
              <w:t>Ellipso</w:t>
            </w:r>
          </w:p>
        </w:tc>
        <w:tc>
          <w:tcPr>
            <w:tcW w:w="3888" w:type="dxa"/>
            <w:vAlign w:val="center"/>
          </w:tcPr>
          <w:p w:rsidR="00043C3B" w:rsidRDefault="004B4BFF">
            <w:r>
              <w:rPr>
                <w:sz w:val="14"/>
              </w:rPr>
              <w:t>CRS – đã trả lại/đưa về kho dùng chung</w:t>
            </w:r>
          </w:p>
        </w:tc>
      </w:tr>
      <w:tr w:rsidR="00043C3B">
        <w:trPr>
          <w:jc w:val="center"/>
        </w:trPr>
        <w:tc>
          <w:tcPr>
            <w:tcW w:w="1584" w:type="dxa"/>
            <w:vAlign w:val="center"/>
          </w:tcPr>
          <w:p w:rsidR="00043C3B" w:rsidRDefault="004B4BFF">
            <w:r>
              <w:rPr>
                <w:sz w:val="14"/>
              </w:rPr>
              <w:t>+881 3</w:t>
            </w:r>
          </w:p>
        </w:tc>
        <w:tc>
          <w:tcPr>
            <w:tcW w:w="4608" w:type="dxa"/>
            <w:vAlign w:val="center"/>
          </w:tcPr>
          <w:p w:rsidR="00043C3B" w:rsidRDefault="004B4BFF">
            <w:r>
              <w:rPr>
                <w:sz w:val="14"/>
              </w:rPr>
              <w:t>Ellipso</w:t>
            </w:r>
          </w:p>
        </w:tc>
        <w:tc>
          <w:tcPr>
            <w:tcW w:w="3888" w:type="dxa"/>
            <w:vAlign w:val="center"/>
          </w:tcPr>
          <w:p w:rsidR="00043C3B" w:rsidRDefault="004B4BFF">
            <w:r>
              <w:rPr>
                <w:sz w:val="14"/>
              </w:rPr>
              <w:t>CRS – đã trả lại/đưa về kho dùng chung</w:t>
            </w:r>
          </w:p>
        </w:tc>
      </w:tr>
      <w:tr w:rsidR="00043C3B">
        <w:trPr>
          <w:jc w:val="center"/>
        </w:trPr>
        <w:tc>
          <w:tcPr>
            <w:tcW w:w="1584" w:type="dxa"/>
            <w:vAlign w:val="center"/>
          </w:tcPr>
          <w:p w:rsidR="00043C3B" w:rsidRDefault="004B4BFF">
            <w:r>
              <w:rPr>
                <w:sz w:val="14"/>
              </w:rPr>
              <w:t>+882 11</w:t>
            </w:r>
          </w:p>
        </w:tc>
        <w:tc>
          <w:tcPr>
            <w:tcW w:w="4608" w:type="dxa"/>
            <w:vAlign w:val="center"/>
          </w:tcPr>
          <w:p w:rsidR="00043C3B" w:rsidRDefault="004B4BFF">
            <w:r>
              <w:rPr>
                <w:sz w:val="14"/>
              </w:rPr>
              <w:t>Asia Pacific Mobile Telecommunications (APMT)</w:t>
            </w:r>
          </w:p>
        </w:tc>
        <w:tc>
          <w:tcPr>
            <w:tcW w:w="3888" w:type="dxa"/>
            <w:vAlign w:val="center"/>
          </w:tcPr>
          <w:p w:rsidR="00043C3B" w:rsidRDefault="004B4BFF">
            <w:r>
              <w:rPr>
                <w:sz w:val="14"/>
              </w:rPr>
              <w:t>CRS</w:t>
            </w:r>
          </w:p>
        </w:tc>
      </w:tr>
      <w:tr w:rsidR="00043C3B">
        <w:trPr>
          <w:jc w:val="center"/>
        </w:trPr>
        <w:tc>
          <w:tcPr>
            <w:tcW w:w="1584" w:type="dxa"/>
            <w:vAlign w:val="center"/>
          </w:tcPr>
          <w:p w:rsidR="00043C3B" w:rsidRDefault="004B4BFF">
            <w:r>
              <w:rPr>
                <w:sz w:val="14"/>
              </w:rPr>
              <w:t>+882 12</w:t>
            </w:r>
          </w:p>
        </w:tc>
        <w:tc>
          <w:tcPr>
            <w:tcW w:w="4608" w:type="dxa"/>
            <w:vAlign w:val="center"/>
          </w:tcPr>
          <w:p w:rsidR="00043C3B" w:rsidRDefault="004B4BFF">
            <w:r>
              <w:rPr>
                <w:sz w:val="14"/>
              </w:rPr>
              <w:t>HyperStream International (HSI) Data Network</w:t>
            </w:r>
          </w:p>
        </w:tc>
        <w:tc>
          <w:tcPr>
            <w:tcW w:w="3888" w:type="dxa"/>
            <w:vAlign w:val="center"/>
          </w:tcPr>
          <w:p w:rsidR="00043C3B" w:rsidRDefault="004B4BFF">
            <w:r>
              <w:rPr>
                <w:sz w:val="14"/>
              </w:rPr>
              <w:t>CRS</w:t>
            </w:r>
          </w:p>
        </w:tc>
      </w:tr>
      <w:tr w:rsidR="00043C3B">
        <w:trPr>
          <w:jc w:val="center"/>
        </w:trPr>
        <w:tc>
          <w:tcPr>
            <w:tcW w:w="1584" w:type="dxa"/>
            <w:vAlign w:val="center"/>
          </w:tcPr>
          <w:p w:rsidR="00043C3B" w:rsidRDefault="004B4BFF">
            <w:r>
              <w:rPr>
                <w:sz w:val="14"/>
              </w:rPr>
              <w:t>+882 13</w:t>
            </w:r>
          </w:p>
        </w:tc>
        <w:tc>
          <w:tcPr>
            <w:tcW w:w="4608" w:type="dxa"/>
            <w:vAlign w:val="center"/>
          </w:tcPr>
          <w:p w:rsidR="00043C3B" w:rsidRDefault="004B4BFF">
            <w:r>
              <w:rPr>
                <w:sz w:val="14"/>
              </w:rPr>
              <w:t>EMS Regional Mobile Satellite System</w:t>
            </w:r>
          </w:p>
        </w:tc>
        <w:tc>
          <w:tcPr>
            <w:tcW w:w="3888" w:type="dxa"/>
            <w:vAlign w:val="center"/>
          </w:tcPr>
          <w:p w:rsidR="00043C3B" w:rsidRDefault="004B4BFF">
            <w:r>
              <w:rPr>
                <w:sz w:val="14"/>
              </w:rPr>
              <w:t>CRS; ITU hiển thị ngày trả lại 12/08/2025</w:t>
            </w:r>
          </w:p>
        </w:tc>
      </w:tr>
      <w:tr w:rsidR="00043C3B">
        <w:trPr>
          <w:jc w:val="center"/>
        </w:trPr>
        <w:tc>
          <w:tcPr>
            <w:tcW w:w="1584" w:type="dxa"/>
            <w:vAlign w:val="center"/>
          </w:tcPr>
          <w:p w:rsidR="00043C3B" w:rsidRDefault="004B4BFF">
            <w:r>
              <w:rPr>
                <w:sz w:val="14"/>
              </w:rPr>
              <w:t>+882 15</w:t>
            </w:r>
          </w:p>
        </w:tc>
        <w:tc>
          <w:tcPr>
            <w:tcW w:w="4608" w:type="dxa"/>
            <w:vAlign w:val="center"/>
          </w:tcPr>
          <w:p w:rsidR="00043C3B" w:rsidRDefault="004B4BFF">
            <w:r>
              <w:rPr>
                <w:sz w:val="14"/>
              </w:rPr>
              <w:t>Global international ATM Network</w:t>
            </w:r>
          </w:p>
        </w:tc>
        <w:tc>
          <w:tcPr>
            <w:tcW w:w="3888" w:type="dxa"/>
            <w:vAlign w:val="center"/>
          </w:tcPr>
          <w:p w:rsidR="00043C3B" w:rsidRDefault="004B4BFF">
            <w:r>
              <w:rPr>
                <w:sz w:val="14"/>
              </w:rPr>
              <w:t>CRS</w:t>
            </w:r>
          </w:p>
        </w:tc>
      </w:tr>
      <w:tr w:rsidR="00043C3B">
        <w:trPr>
          <w:jc w:val="center"/>
        </w:trPr>
        <w:tc>
          <w:tcPr>
            <w:tcW w:w="1584" w:type="dxa"/>
            <w:vAlign w:val="center"/>
          </w:tcPr>
          <w:p w:rsidR="00043C3B" w:rsidRDefault="004B4BFF">
            <w:r>
              <w:rPr>
                <w:sz w:val="14"/>
              </w:rPr>
              <w:t>+882 49</w:t>
            </w:r>
          </w:p>
        </w:tc>
        <w:tc>
          <w:tcPr>
            <w:tcW w:w="4608" w:type="dxa"/>
            <w:vAlign w:val="center"/>
          </w:tcPr>
          <w:p w:rsidR="00043C3B" w:rsidRDefault="004B4BFF">
            <w:r>
              <w:rPr>
                <w:sz w:val="14"/>
              </w:rPr>
              <w:t>Monaco Telecom</w:t>
            </w:r>
          </w:p>
        </w:tc>
        <w:tc>
          <w:tcPr>
            <w:tcW w:w="3888" w:type="dxa"/>
            <w:vAlign w:val="center"/>
          </w:tcPr>
          <w:p w:rsidR="00043C3B" w:rsidRDefault="004B4BFF">
            <w:r>
              <w:rPr>
                <w:sz w:val="14"/>
              </w:rPr>
              <w:t>CRS; ITU hiển thị ngày trả lại 23/02/2026</w:t>
            </w:r>
          </w:p>
        </w:tc>
      </w:tr>
      <w:tr w:rsidR="00043C3B">
        <w:trPr>
          <w:jc w:val="center"/>
        </w:trPr>
        <w:tc>
          <w:tcPr>
            <w:tcW w:w="1584" w:type="dxa"/>
            <w:vAlign w:val="center"/>
          </w:tcPr>
          <w:p w:rsidR="00043C3B" w:rsidRDefault="004B4BFF">
            <w:r>
              <w:rPr>
                <w:sz w:val="14"/>
              </w:rPr>
              <w:t>+882 51</w:t>
            </w:r>
          </w:p>
        </w:tc>
        <w:tc>
          <w:tcPr>
            <w:tcW w:w="4608" w:type="dxa"/>
            <w:vAlign w:val="center"/>
          </w:tcPr>
          <w:p w:rsidR="00043C3B" w:rsidRDefault="004B4BFF">
            <w:r>
              <w:rPr>
                <w:sz w:val="14"/>
              </w:rPr>
              <w:t>Athalos Global Services BV</w:t>
            </w:r>
          </w:p>
        </w:tc>
        <w:tc>
          <w:tcPr>
            <w:tcW w:w="3888" w:type="dxa"/>
            <w:vAlign w:val="center"/>
          </w:tcPr>
          <w:p w:rsidR="00043C3B" w:rsidRDefault="004B4BFF">
            <w:r>
              <w:rPr>
                <w:sz w:val="14"/>
              </w:rPr>
              <w:t>CRS; ITU hiển thị ngày trả lại 24/01/2025</w:t>
            </w:r>
          </w:p>
        </w:tc>
      </w:tr>
      <w:tr w:rsidR="00043C3B">
        <w:trPr>
          <w:jc w:val="center"/>
        </w:trPr>
        <w:tc>
          <w:tcPr>
            <w:tcW w:w="1584" w:type="dxa"/>
            <w:vAlign w:val="center"/>
          </w:tcPr>
          <w:p w:rsidR="00043C3B" w:rsidRDefault="004B4BFF">
            <w:r>
              <w:rPr>
                <w:sz w:val="14"/>
              </w:rPr>
              <w:t>+883 100</w:t>
            </w:r>
          </w:p>
        </w:tc>
        <w:tc>
          <w:tcPr>
            <w:tcW w:w="4608" w:type="dxa"/>
            <w:vAlign w:val="center"/>
          </w:tcPr>
          <w:p w:rsidR="00043C3B" w:rsidRDefault="004B4BFF">
            <w:r>
              <w:rPr>
                <w:sz w:val="14"/>
              </w:rPr>
              <w:t>MediaLincc Ltd</w:t>
            </w:r>
          </w:p>
        </w:tc>
        <w:tc>
          <w:tcPr>
            <w:tcW w:w="3888" w:type="dxa"/>
            <w:vAlign w:val="center"/>
          </w:tcPr>
          <w:p w:rsidR="00043C3B" w:rsidRDefault="004B4BFF">
            <w:r>
              <w:rPr>
                <w:sz w:val="14"/>
              </w:rPr>
              <w:t>CRS; ITU hiển thị ngày trả lại 13/08/2025</w:t>
            </w:r>
          </w:p>
        </w:tc>
      </w:tr>
      <w:tr w:rsidR="00043C3B">
        <w:trPr>
          <w:jc w:val="center"/>
        </w:trPr>
        <w:tc>
          <w:tcPr>
            <w:tcW w:w="1584" w:type="dxa"/>
            <w:vAlign w:val="center"/>
          </w:tcPr>
          <w:p w:rsidR="00043C3B" w:rsidRDefault="004B4BFF">
            <w:r>
              <w:rPr>
                <w:sz w:val="14"/>
              </w:rPr>
              <w:t>+883 140</w:t>
            </w:r>
          </w:p>
        </w:tc>
        <w:tc>
          <w:tcPr>
            <w:tcW w:w="4608" w:type="dxa"/>
            <w:vAlign w:val="center"/>
          </w:tcPr>
          <w:p w:rsidR="00043C3B" w:rsidRDefault="004B4BFF">
            <w:r>
              <w:rPr>
                <w:sz w:val="14"/>
              </w:rPr>
              <w:t>Multiregional TransitTelecom (MTT)</w:t>
            </w:r>
          </w:p>
        </w:tc>
        <w:tc>
          <w:tcPr>
            <w:tcW w:w="3888" w:type="dxa"/>
            <w:vAlign w:val="center"/>
          </w:tcPr>
          <w:p w:rsidR="00043C3B" w:rsidRDefault="004B4BFF">
            <w:r>
              <w:rPr>
                <w:sz w:val="14"/>
              </w:rPr>
              <w:t>CRS; ITU hiển thị ngày trả lại 20/08/2025</w:t>
            </w:r>
          </w:p>
        </w:tc>
      </w:tr>
      <w:tr w:rsidR="00043C3B">
        <w:trPr>
          <w:jc w:val="center"/>
        </w:trPr>
        <w:tc>
          <w:tcPr>
            <w:tcW w:w="1584" w:type="dxa"/>
            <w:vAlign w:val="center"/>
          </w:tcPr>
          <w:p w:rsidR="00043C3B" w:rsidRDefault="004B4BFF">
            <w:r>
              <w:rPr>
                <w:sz w:val="14"/>
              </w:rPr>
              <w:t>+883 320</w:t>
            </w:r>
          </w:p>
        </w:tc>
        <w:tc>
          <w:tcPr>
            <w:tcW w:w="4608" w:type="dxa"/>
            <w:vAlign w:val="center"/>
          </w:tcPr>
          <w:p w:rsidR="00043C3B" w:rsidRDefault="004B4BFF">
            <w:r>
              <w:rPr>
                <w:sz w:val="14"/>
              </w:rPr>
              <w:t>Tele2 IoT / Tele2 Sverige Aktiebolag</w:t>
            </w:r>
          </w:p>
        </w:tc>
        <w:tc>
          <w:tcPr>
            <w:tcW w:w="3888" w:type="dxa"/>
            <w:vAlign w:val="center"/>
          </w:tcPr>
          <w:p w:rsidR="00043C3B" w:rsidRDefault="004B4BFF">
            <w:r>
              <w:rPr>
                <w:sz w:val="14"/>
              </w:rPr>
              <w:t>CRS; ITU hiển thị ngày trả lại 21/02/2025</w:t>
            </w:r>
          </w:p>
        </w:tc>
      </w:tr>
      <w:tr w:rsidR="00043C3B">
        <w:trPr>
          <w:jc w:val="center"/>
        </w:trPr>
        <w:tc>
          <w:tcPr>
            <w:tcW w:w="1584" w:type="dxa"/>
            <w:vAlign w:val="center"/>
          </w:tcPr>
          <w:p w:rsidR="00043C3B" w:rsidRDefault="004B4BFF">
            <w:r>
              <w:rPr>
                <w:sz w:val="14"/>
              </w:rPr>
              <w:t>+883 490</w:t>
            </w:r>
          </w:p>
        </w:tc>
        <w:tc>
          <w:tcPr>
            <w:tcW w:w="4608" w:type="dxa"/>
            <w:vAlign w:val="center"/>
          </w:tcPr>
          <w:p w:rsidR="00043C3B" w:rsidRDefault="004B4BFF">
            <w:r>
              <w:rPr>
                <w:sz w:val="14"/>
              </w:rPr>
              <w:t>Datora Mobile Telecomunicações SA</w:t>
            </w:r>
          </w:p>
        </w:tc>
        <w:tc>
          <w:tcPr>
            <w:tcW w:w="3888" w:type="dxa"/>
            <w:vAlign w:val="center"/>
          </w:tcPr>
          <w:p w:rsidR="00043C3B" w:rsidRDefault="004B4BFF">
            <w:r>
              <w:rPr>
                <w:sz w:val="14"/>
              </w:rPr>
              <w:t>CRS; ITU hiển thị ngày trả lại 11/09/2026</w:t>
            </w:r>
          </w:p>
        </w:tc>
      </w:tr>
      <w:tr w:rsidR="00043C3B">
        <w:trPr>
          <w:jc w:val="center"/>
        </w:trPr>
        <w:tc>
          <w:tcPr>
            <w:tcW w:w="1584" w:type="dxa"/>
            <w:vAlign w:val="center"/>
          </w:tcPr>
          <w:p w:rsidR="00043C3B" w:rsidRDefault="004B4BFF">
            <w:r>
              <w:rPr>
                <w:sz w:val="14"/>
              </w:rPr>
              <w:t>+388 3</w:t>
            </w:r>
          </w:p>
        </w:tc>
        <w:tc>
          <w:tcPr>
            <w:tcW w:w="4608" w:type="dxa"/>
            <w:vAlign w:val="center"/>
          </w:tcPr>
          <w:p w:rsidR="00043C3B" w:rsidRDefault="004B4BFF">
            <w:r>
              <w:rPr>
                <w:sz w:val="14"/>
              </w:rPr>
              <w:t>European Telephony Numbering Space (ETNS)</w:t>
            </w:r>
          </w:p>
        </w:tc>
        <w:tc>
          <w:tcPr>
            <w:tcW w:w="3888" w:type="dxa"/>
            <w:vAlign w:val="center"/>
          </w:tcPr>
          <w:p w:rsidR="00043C3B" w:rsidRDefault="004B4BFF">
            <w:r>
              <w:rPr>
                <w:sz w:val="14"/>
              </w:rPr>
              <w:t>REC – mã đã bị thu hồi; ngày hiển thị 31/12/2010</w:t>
            </w:r>
          </w:p>
        </w:tc>
      </w:tr>
      <w:tr w:rsidR="00043C3B">
        <w:trPr>
          <w:jc w:val="center"/>
        </w:trPr>
        <w:tc>
          <w:tcPr>
            <w:tcW w:w="1584" w:type="dxa"/>
            <w:vAlign w:val="center"/>
          </w:tcPr>
          <w:p w:rsidR="00043C3B" w:rsidRDefault="004B4BFF">
            <w:r>
              <w:rPr>
                <w:sz w:val="14"/>
              </w:rPr>
              <w:t>+991 001</w:t>
            </w:r>
          </w:p>
        </w:tc>
        <w:tc>
          <w:tcPr>
            <w:tcW w:w="4608" w:type="dxa"/>
            <w:vAlign w:val="center"/>
          </w:tcPr>
          <w:p w:rsidR="00043C3B" w:rsidRDefault="004B4BFF">
            <w:r>
              <w:rPr>
                <w:sz w:val="14"/>
              </w:rPr>
              <w:t>NeuStar / World's Global Telecom (các hồ sơ thử nghiệm)</w:t>
            </w:r>
          </w:p>
        </w:tc>
        <w:tc>
          <w:tcPr>
            <w:tcW w:w="3888" w:type="dxa"/>
            <w:vAlign w:val="center"/>
          </w:tcPr>
          <w:p w:rsidR="00043C3B" w:rsidRDefault="004B4BFF">
            <w:r>
              <w:rPr>
                <w:sz w:val="14"/>
              </w:rPr>
              <w:t>CRS – các hồ sơ đã trả lại; không phải mã đang được phân bổ</w:t>
            </w:r>
          </w:p>
        </w:tc>
      </w:tr>
    </w:tbl>
    <w:p w:rsidR="00043C3B" w:rsidRDefault="00043C3B"/>
    <w:p w:rsidR="00043C3B" w:rsidRDefault="004B4BFF">
      <w:r>
        <w:rPr>
          <w:b/>
        </w:rPr>
        <w:t>4. Giải thích trạng thái</w:t>
      </w:r>
    </w:p>
    <w:p w:rsidR="00043C3B" w:rsidRDefault="004B4BFF">
      <w:pPr>
        <w:pStyle w:val="ListBullet"/>
        <w:spacing w:after="0"/>
      </w:pPr>
      <w:r>
        <w:t>A (Assigned): mã đã được phân bổ.</w:t>
      </w:r>
    </w:p>
    <w:p w:rsidR="00043C3B" w:rsidRDefault="004B4BFF">
      <w:pPr>
        <w:pStyle w:val="ListBullet"/>
        <w:spacing w:after="0"/>
      </w:pPr>
      <w:r>
        <w:t>R (Reserved): mã được dự trữ.</w:t>
      </w:r>
    </w:p>
    <w:p w:rsidR="00043C3B" w:rsidRDefault="004B4BFF">
      <w:pPr>
        <w:pStyle w:val="ListBullet"/>
        <w:spacing w:after="0"/>
      </w:pPr>
      <w:r>
        <w:t>REC (Reclaimed): mã đã bị thu hồi.</w:t>
      </w:r>
    </w:p>
    <w:p w:rsidR="00043C3B" w:rsidRDefault="004B4BFF">
      <w:pPr>
        <w:pStyle w:val="ListBullet"/>
        <w:spacing w:after="0"/>
      </w:pPr>
      <w:r>
        <w:t>CRS (Code Returned – Spare): mã đã được trả lại và đưa về trạng thái dự phòng/kho dùng chung.</w:t>
      </w:r>
    </w:p>
    <w:p w:rsidR="00043C3B" w:rsidRDefault="004B4BFF">
      <w:r>
        <w:rPr>
          <w:b/>
        </w:rPr>
        <w:t>5. Nguồn chính thức và lưu ý cập nhật</w:t>
      </w:r>
    </w:p>
    <w:p w:rsidR="00043C3B" w:rsidRDefault="004B4BFF">
      <w:pPr>
        <w:pStyle w:val="ListBullet"/>
        <w:spacing w:after="0"/>
      </w:pPr>
      <w:r>
        <w:rPr>
          <w:sz w:val="16"/>
        </w:rPr>
        <w:t>ITU-T E.164 International Shared Country Codes Database: https://www.itu.int/net/itu-t/inrdb/e164_intlsharedcc.aspx?cc=881%2C882%2C883</w:t>
      </w:r>
    </w:p>
    <w:p w:rsidR="00043C3B" w:rsidRDefault="004B4BFF">
      <w:pPr>
        <w:pStyle w:val="ListBullet"/>
        <w:spacing w:after="0"/>
      </w:pPr>
      <w:r>
        <w:rPr>
          <w:sz w:val="16"/>
        </w:rPr>
        <w:t>ITU-T E.164.2 – tài nguyên đánh số dùng cho thử nghiệm: https://www.itu.int/itu-t/recommendations/rec.aspx?rec=E.164.2</w:t>
      </w:r>
    </w:p>
    <w:p w:rsidR="00043C3B" w:rsidRDefault="004B4BFF">
      <w:pPr>
        <w:pStyle w:val="ListBullet"/>
        <w:spacing w:after="0"/>
      </w:pPr>
      <w:r>
        <w:rPr>
          <w:sz w:val="16"/>
        </w:rPr>
        <w:t>ITU-T E.164.3 – mã nhóm quốc gia: https://www.itu.int/rec/dologin_pub.asp?id=T-REC-E.164.3-200102-S%21%21PDF-E&amp;lang=e&amp;type=items</w:t>
      </w:r>
    </w:p>
    <w:p w:rsidR="00043C3B" w:rsidRDefault="004B4BFF">
      <w:pPr>
        <w:pStyle w:val="ListBullet"/>
        <w:spacing w:after="0"/>
      </w:pPr>
      <w:r>
        <w:rPr>
          <w:sz w:val="16"/>
        </w:rPr>
        <w:t>ITU-T E.164 (02/2026) – International public telecommunication numbering plan: https://www.itu.int/rec/dologin_pub.asp?id=T-REC-E.164-202602-I%21%21PDF-E&amp;lang=e&amp;type=items</w:t>
      </w:r>
    </w:p>
    <w:p w:rsidR="00043C3B" w:rsidRDefault="004B4BFF">
      <w:pPr>
        <w:spacing w:before="100"/>
      </w:pPr>
      <w:r>
        <w:t>Lưu ý: Bảng chi tiết trên tổng hợp các mã Assigned và một số ví dụ CRS/REC được thể hiện trong kết quả tra cứu ITU tại thời điểm cập nhật. Danh mục ITU có thể thay đổi; khi sử dụng cho định tuyến, tính cước, đối soát hoặc tham mưu nghiệp vụ, cần tra cứu trạng thái trực tiếp trên cơ sở dữ liệu ITU và các thông báo Operational Bulletin mới nhất.</w:t>
      </w:r>
    </w:p>
    <w:p w:rsidR="00043C3B" w:rsidRPr="004B4BFF" w:rsidRDefault="004B4BFF">
      <w:pPr>
        <w:jc w:val="center"/>
        <w:rPr>
          <w:b/>
          <w:color w:val="1F4E79"/>
          <w:sz w:val="26"/>
        </w:rPr>
      </w:pPr>
      <w:r w:rsidRPr="004B4BFF">
        <w:rPr>
          <w:b/>
          <w:color w:val="1F4E79"/>
          <w:sz w:val="26"/>
        </w:rPr>
        <w:t>CHI TIẾT ĐẦY ĐỦ INTERNATIONAL SHARED COUNTRY CODES</w:t>
      </w:r>
    </w:p>
    <w:p w:rsidR="00043C3B" w:rsidRDefault="004B4BFF">
      <w:pPr>
        <w:spacing w:after="80"/>
      </w:pPr>
      <w:r>
        <w:rPr>
          <w:b/>
        </w:rPr>
        <w:t xml:space="preserve">Nguồn dữ liệu: </w:t>
      </w:r>
      <w:r>
        <w:t>ITU-T E.164 International Shared Country Codes (CC) Report, báo cáo tạo lúc 03:15:25 UTC ngày 12/10/2026; tổng số 109 bản ghi.</w:t>
      </w:r>
    </w:p>
    <w:p w:rsidR="00043C3B" w:rsidRDefault="004B4BFF">
      <w:pPr>
        <w:spacing w:after="120"/>
      </w:pPr>
      <w:r>
        <w:t>Bảng dưới đây chuyển đầy đủ các trường thông tin từ báo cáo đính kèm, gồm mã dùng chung và mã nhận diện, trạng thái, đơn vị đề nghị, mạng, ngày nhận yêu cầu, ngày dự trữ/gia hạn dự trữ, ngày hết hạn dự trữ, ngày phân bổ và ngày trả lại/thu hồi. Các trường để trống trong báo cáo nguồn được giữ trống; tên đơn vị/mạng có tiền tố [Formerly] được giữ nguyên theo dữ liệu ITU.</w:t>
      </w:r>
    </w:p>
    <w:tbl>
      <w:tblPr>
        <w:tblStyle w:val="TableGrid"/>
        <w:tblW w:w="0" w:type="auto"/>
        <w:jc w:val="center"/>
        <w:tblLayout w:type="fixed"/>
        <w:tblLook w:val="04A0" w:firstRow="1" w:lastRow="0" w:firstColumn="1" w:lastColumn="0" w:noHBand="0" w:noVBand="1"/>
      </w:tblPr>
      <w:tblGrid>
        <w:gridCol w:w="1325"/>
        <w:gridCol w:w="605"/>
        <w:gridCol w:w="1987"/>
        <w:gridCol w:w="1987"/>
        <w:gridCol w:w="1123"/>
        <w:gridCol w:w="1181"/>
        <w:gridCol w:w="1037"/>
        <w:gridCol w:w="1037"/>
        <w:gridCol w:w="1181"/>
      </w:tblGrid>
      <w:tr w:rsidR="00043C3B">
        <w:trPr>
          <w:tblHeader/>
          <w:jc w:val="center"/>
        </w:trPr>
        <w:tc>
          <w:tcPr>
            <w:tcW w:w="1325" w:type="dxa"/>
            <w:shd w:val="clear" w:color="auto" w:fill="D9EAF7"/>
            <w:vAlign w:val="center"/>
          </w:tcPr>
          <w:p w:rsidR="00043C3B" w:rsidRDefault="004B4BFF">
            <w:r>
              <w:rPr>
                <w:b/>
                <w:sz w:val="11"/>
              </w:rPr>
              <w:t>Shared code + identification code</w:t>
            </w:r>
          </w:p>
        </w:tc>
        <w:tc>
          <w:tcPr>
            <w:tcW w:w="605" w:type="dxa"/>
            <w:shd w:val="clear" w:color="auto" w:fill="D9EAF7"/>
            <w:vAlign w:val="center"/>
          </w:tcPr>
          <w:p w:rsidR="00043C3B" w:rsidRDefault="004B4BFF">
            <w:r>
              <w:rPr>
                <w:b/>
                <w:sz w:val="11"/>
              </w:rPr>
              <w:t>Status</w:t>
            </w:r>
          </w:p>
        </w:tc>
        <w:tc>
          <w:tcPr>
            <w:tcW w:w="1987" w:type="dxa"/>
            <w:shd w:val="clear" w:color="auto" w:fill="D9EAF7"/>
            <w:vAlign w:val="center"/>
          </w:tcPr>
          <w:p w:rsidR="00043C3B" w:rsidRDefault="004B4BFF">
            <w:r>
              <w:rPr>
                <w:b/>
                <w:sz w:val="11"/>
              </w:rPr>
              <w:t>Applicant</w:t>
            </w:r>
          </w:p>
        </w:tc>
        <w:tc>
          <w:tcPr>
            <w:tcW w:w="1987" w:type="dxa"/>
            <w:shd w:val="clear" w:color="auto" w:fill="D9EAF7"/>
            <w:vAlign w:val="center"/>
          </w:tcPr>
          <w:p w:rsidR="00043C3B" w:rsidRDefault="004B4BFF">
            <w:r>
              <w:rPr>
                <w:b/>
                <w:sz w:val="11"/>
              </w:rPr>
              <w:t>Network</w:t>
            </w:r>
          </w:p>
        </w:tc>
        <w:tc>
          <w:tcPr>
            <w:tcW w:w="1123" w:type="dxa"/>
            <w:shd w:val="clear" w:color="auto" w:fill="D9EAF7"/>
            <w:vAlign w:val="center"/>
          </w:tcPr>
          <w:p w:rsidR="00043C3B" w:rsidRDefault="004B4BFF">
            <w:r>
              <w:rPr>
                <w:b/>
                <w:sz w:val="11"/>
              </w:rPr>
              <w:t>Request received</w:t>
            </w:r>
          </w:p>
        </w:tc>
        <w:tc>
          <w:tcPr>
            <w:tcW w:w="1181" w:type="dxa"/>
            <w:shd w:val="clear" w:color="auto" w:fill="D9EAF7"/>
            <w:vAlign w:val="center"/>
          </w:tcPr>
          <w:p w:rsidR="00043C3B" w:rsidRDefault="004B4BFF">
            <w:r>
              <w:rPr>
                <w:b/>
                <w:sz w:val="11"/>
              </w:rPr>
              <w:t>Reservation / extension</w:t>
            </w:r>
          </w:p>
        </w:tc>
        <w:tc>
          <w:tcPr>
            <w:tcW w:w="1037" w:type="dxa"/>
            <w:shd w:val="clear" w:color="auto" w:fill="D9EAF7"/>
            <w:vAlign w:val="center"/>
          </w:tcPr>
          <w:p w:rsidR="00043C3B" w:rsidRDefault="004B4BFF">
            <w:r>
              <w:rPr>
                <w:b/>
                <w:sz w:val="11"/>
              </w:rPr>
              <w:t>Reservation expiry</w:t>
            </w:r>
          </w:p>
        </w:tc>
        <w:tc>
          <w:tcPr>
            <w:tcW w:w="1037" w:type="dxa"/>
            <w:shd w:val="clear" w:color="auto" w:fill="D9EAF7"/>
            <w:vAlign w:val="center"/>
          </w:tcPr>
          <w:p w:rsidR="00043C3B" w:rsidRDefault="004B4BFF">
            <w:r>
              <w:rPr>
                <w:b/>
                <w:sz w:val="11"/>
              </w:rPr>
              <w:t>Assignment date</w:t>
            </w:r>
          </w:p>
        </w:tc>
        <w:tc>
          <w:tcPr>
            <w:tcW w:w="1181" w:type="dxa"/>
            <w:shd w:val="clear" w:color="auto" w:fill="D9EAF7"/>
            <w:vAlign w:val="center"/>
          </w:tcPr>
          <w:p w:rsidR="00043C3B" w:rsidRDefault="004B4BFF">
            <w:r>
              <w:rPr>
                <w:b/>
                <w:sz w:val="11"/>
              </w:rPr>
              <w:t>Return / reclamation</w:t>
            </w:r>
          </w:p>
        </w:tc>
      </w:tr>
      <w:tr w:rsidR="00043C3B">
        <w:trPr>
          <w:jc w:val="center"/>
        </w:trPr>
        <w:tc>
          <w:tcPr>
            <w:tcW w:w="1325" w:type="dxa"/>
            <w:shd w:val="clear" w:color="auto" w:fill="F2F2F2"/>
            <w:vAlign w:val="center"/>
          </w:tcPr>
          <w:p w:rsidR="00043C3B" w:rsidRDefault="004B4BFF">
            <w:r>
              <w:rPr>
                <w:sz w:val="11"/>
              </w:rPr>
              <w:t>388 3</w:t>
            </w:r>
          </w:p>
        </w:tc>
        <w:tc>
          <w:tcPr>
            <w:tcW w:w="605" w:type="dxa"/>
            <w:shd w:val="clear" w:color="auto" w:fill="F2F2F2"/>
            <w:vAlign w:val="center"/>
          </w:tcPr>
          <w:p w:rsidR="00043C3B" w:rsidRDefault="004B4BFF">
            <w:r>
              <w:rPr>
                <w:sz w:val="11"/>
              </w:rPr>
              <w:t>REC</w:t>
            </w:r>
          </w:p>
        </w:tc>
        <w:tc>
          <w:tcPr>
            <w:tcW w:w="1987" w:type="dxa"/>
            <w:shd w:val="clear" w:color="auto" w:fill="F2F2F2"/>
            <w:vAlign w:val="center"/>
          </w:tcPr>
          <w:p w:rsidR="00043C3B" w:rsidRDefault="004B4BFF">
            <w:r>
              <w:rPr>
                <w:sz w:val="11"/>
              </w:rPr>
              <w:t>[Formerly ETNS (European Telephony Numbering Space)]</w:t>
            </w:r>
          </w:p>
        </w:tc>
        <w:tc>
          <w:tcPr>
            <w:tcW w:w="1987" w:type="dxa"/>
            <w:shd w:val="clear" w:color="auto" w:fill="F2F2F2"/>
            <w:vAlign w:val="center"/>
          </w:tcPr>
          <w:p w:rsidR="00043C3B" w:rsidRDefault="004B4BFF">
            <w:r>
              <w:rPr>
                <w:sz w:val="11"/>
              </w:rPr>
              <w:t>[Formerly ETNS (European Telephony Numbering Space)]</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043C3B"/>
        </w:tc>
        <w:tc>
          <w:tcPr>
            <w:tcW w:w="1181" w:type="dxa"/>
            <w:shd w:val="clear" w:color="auto" w:fill="F2F2F2"/>
            <w:vAlign w:val="center"/>
          </w:tcPr>
          <w:p w:rsidR="00043C3B" w:rsidRDefault="004B4BFF">
            <w:r>
              <w:rPr>
                <w:sz w:val="11"/>
              </w:rPr>
              <w:t>2010-12-31</w:t>
            </w:r>
          </w:p>
        </w:tc>
      </w:tr>
      <w:tr w:rsidR="00043C3B">
        <w:trPr>
          <w:jc w:val="center"/>
        </w:trPr>
        <w:tc>
          <w:tcPr>
            <w:tcW w:w="1325" w:type="dxa"/>
            <w:shd w:val="clear" w:color="auto" w:fill="F2F2F2"/>
            <w:vAlign w:val="center"/>
          </w:tcPr>
          <w:p w:rsidR="00043C3B" w:rsidRDefault="004B4BFF">
            <w:r>
              <w:rPr>
                <w:sz w:val="11"/>
              </w:rPr>
              <w:t>878 10</w:t>
            </w:r>
          </w:p>
        </w:tc>
        <w:tc>
          <w:tcPr>
            <w:tcW w:w="605" w:type="dxa"/>
            <w:shd w:val="clear" w:color="auto" w:fill="F2F2F2"/>
            <w:vAlign w:val="center"/>
          </w:tcPr>
          <w:p w:rsidR="00043C3B" w:rsidRDefault="004B4BFF">
            <w:r>
              <w:rPr>
                <w:sz w:val="11"/>
              </w:rPr>
              <w:t>REC</w:t>
            </w:r>
          </w:p>
        </w:tc>
        <w:tc>
          <w:tcPr>
            <w:tcW w:w="1987" w:type="dxa"/>
            <w:shd w:val="clear" w:color="auto" w:fill="F2F2F2"/>
            <w:vAlign w:val="center"/>
          </w:tcPr>
          <w:p w:rsidR="00043C3B" w:rsidRDefault="004B4BFF">
            <w:r>
              <w:rPr>
                <w:sz w:val="11"/>
              </w:rPr>
              <w:t>[Formerly VisionNG]</w:t>
            </w:r>
          </w:p>
        </w:tc>
        <w:tc>
          <w:tcPr>
            <w:tcW w:w="1987" w:type="dxa"/>
            <w:shd w:val="clear" w:color="auto" w:fill="F2F2F2"/>
            <w:vAlign w:val="center"/>
          </w:tcPr>
          <w:p w:rsidR="00043C3B" w:rsidRDefault="004B4BFF">
            <w:r>
              <w:rPr>
                <w:sz w:val="11"/>
              </w:rPr>
              <w:t>[Formerly VisionNG]</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2001-11-01</w:t>
            </w:r>
          </w:p>
        </w:tc>
        <w:tc>
          <w:tcPr>
            <w:tcW w:w="1181" w:type="dxa"/>
            <w:shd w:val="clear" w:color="auto" w:fill="F2F2F2"/>
            <w:vAlign w:val="center"/>
          </w:tcPr>
          <w:p w:rsidR="00043C3B" w:rsidRDefault="004B4BFF">
            <w:r>
              <w:rPr>
                <w:sz w:val="11"/>
              </w:rPr>
              <w:t>2022-08-30</w:t>
            </w:r>
          </w:p>
        </w:tc>
      </w:tr>
      <w:tr w:rsidR="00043C3B">
        <w:trPr>
          <w:jc w:val="center"/>
        </w:trPr>
        <w:tc>
          <w:tcPr>
            <w:tcW w:w="1325" w:type="dxa"/>
            <w:shd w:val="clear" w:color="auto" w:fill="F2F2F2"/>
            <w:vAlign w:val="center"/>
          </w:tcPr>
          <w:p w:rsidR="00043C3B" w:rsidRDefault="004B4BFF">
            <w:r>
              <w:rPr>
                <w:sz w:val="11"/>
              </w:rPr>
              <w:t>881 0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ICO Global Communications]</w:t>
            </w:r>
          </w:p>
        </w:tc>
        <w:tc>
          <w:tcPr>
            <w:tcW w:w="1987" w:type="dxa"/>
            <w:shd w:val="clear" w:color="auto" w:fill="F2F2F2"/>
            <w:vAlign w:val="center"/>
          </w:tcPr>
          <w:p w:rsidR="00043C3B" w:rsidRDefault="004B4BFF">
            <w:r>
              <w:rPr>
                <w:sz w:val="11"/>
              </w:rPr>
              <w:t>[Formerly ICO Global Communications]</w:t>
            </w:r>
          </w:p>
        </w:tc>
        <w:tc>
          <w:tcPr>
            <w:tcW w:w="1123" w:type="dxa"/>
            <w:shd w:val="clear" w:color="auto" w:fill="F2F2F2"/>
            <w:vAlign w:val="center"/>
          </w:tcPr>
          <w:p w:rsidR="00043C3B" w:rsidRDefault="004B4BFF">
            <w:r>
              <w:rPr>
                <w:sz w:val="11"/>
              </w:rPr>
              <w:t>1995-04-01</w:t>
            </w:r>
          </w:p>
        </w:tc>
        <w:tc>
          <w:tcPr>
            <w:tcW w:w="1181" w:type="dxa"/>
            <w:shd w:val="clear" w:color="auto" w:fill="F2F2F2"/>
            <w:vAlign w:val="center"/>
          </w:tcPr>
          <w:p w:rsidR="00043C3B" w:rsidRDefault="004B4BFF">
            <w:r>
              <w:rPr>
                <w:sz w:val="11"/>
              </w:rPr>
              <w:t>2003-10-15</w:t>
            </w:r>
          </w:p>
        </w:tc>
        <w:tc>
          <w:tcPr>
            <w:tcW w:w="1037" w:type="dxa"/>
            <w:shd w:val="clear" w:color="auto" w:fill="F2F2F2"/>
            <w:vAlign w:val="center"/>
          </w:tcPr>
          <w:p w:rsidR="00043C3B" w:rsidRDefault="004B4BFF">
            <w:r>
              <w:rPr>
                <w:sz w:val="11"/>
              </w:rPr>
              <w:t>2007-12-31</w:t>
            </w:r>
          </w:p>
        </w:tc>
        <w:tc>
          <w:tcPr>
            <w:tcW w:w="1037" w:type="dxa"/>
            <w:shd w:val="clear" w:color="auto" w:fill="F2F2F2"/>
            <w:vAlign w:val="center"/>
          </w:tcPr>
          <w:p w:rsidR="00043C3B" w:rsidRDefault="004B4BFF">
            <w:r>
              <w:rPr>
                <w:sz w:val="11"/>
              </w:rPr>
              <w:t>2008-01-01</w:t>
            </w:r>
          </w:p>
        </w:tc>
        <w:tc>
          <w:tcPr>
            <w:tcW w:w="1181" w:type="dxa"/>
            <w:shd w:val="clear" w:color="auto" w:fill="F2F2F2"/>
            <w:vAlign w:val="center"/>
          </w:tcPr>
          <w:p w:rsidR="00043C3B" w:rsidRDefault="004B4BFF">
            <w:r>
              <w:rPr>
                <w:sz w:val="11"/>
              </w:rPr>
              <w:t>2011-09-15</w:t>
            </w:r>
          </w:p>
        </w:tc>
      </w:tr>
      <w:tr w:rsidR="00043C3B">
        <w:trPr>
          <w:jc w:val="center"/>
        </w:trPr>
        <w:tc>
          <w:tcPr>
            <w:tcW w:w="1325" w:type="dxa"/>
            <w:shd w:val="clear" w:color="auto" w:fill="F2F2F2"/>
            <w:vAlign w:val="center"/>
          </w:tcPr>
          <w:p w:rsidR="00043C3B" w:rsidRDefault="004B4BFF">
            <w:r>
              <w:rPr>
                <w:sz w:val="11"/>
              </w:rPr>
              <w:t>881 1</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ICO Global Communications]</w:t>
            </w:r>
          </w:p>
        </w:tc>
        <w:tc>
          <w:tcPr>
            <w:tcW w:w="1987" w:type="dxa"/>
            <w:shd w:val="clear" w:color="auto" w:fill="F2F2F2"/>
            <w:vAlign w:val="center"/>
          </w:tcPr>
          <w:p w:rsidR="00043C3B" w:rsidRDefault="004B4BFF">
            <w:r>
              <w:rPr>
                <w:sz w:val="11"/>
              </w:rPr>
              <w:t>[Formerly ICO Global Communications]</w:t>
            </w:r>
          </w:p>
        </w:tc>
        <w:tc>
          <w:tcPr>
            <w:tcW w:w="1123" w:type="dxa"/>
            <w:shd w:val="clear" w:color="auto" w:fill="F2F2F2"/>
            <w:vAlign w:val="center"/>
          </w:tcPr>
          <w:p w:rsidR="00043C3B" w:rsidRDefault="004B4BFF">
            <w:r>
              <w:rPr>
                <w:sz w:val="11"/>
              </w:rPr>
              <w:t>1995-04-01</w:t>
            </w:r>
          </w:p>
        </w:tc>
        <w:tc>
          <w:tcPr>
            <w:tcW w:w="1181" w:type="dxa"/>
            <w:shd w:val="clear" w:color="auto" w:fill="F2F2F2"/>
            <w:vAlign w:val="center"/>
          </w:tcPr>
          <w:p w:rsidR="00043C3B" w:rsidRDefault="004B4BFF">
            <w:r>
              <w:rPr>
                <w:sz w:val="11"/>
              </w:rPr>
              <w:t>2003-10-15</w:t>
            </w:r>
          </w:p>
        </w:tc>
        <w:tc>
          <w:tcPr>
            <w:tcW w:w="1037" w:type="dxa"/>
            <w:shd w:val="clear" w:color="auto" w:fill="F2F2F2"/>
            <w:vAlign w:val="center"/>
          </w:tcPr>
          <w:p w:rsidR="00043C3B" w:rsidRDefault="004B4BFF">
            <w:r>
              <w:rPr>
                <w:sz w:val="11"/>
              </w:rPr>
              <w:t>2007-12-31</w:t>
            </w:r>
          </w:p>
        </w:tc>
        <w:tc>
          <w:tcPr>
            <w:tcW w:w="1037" w:type="dxa"/>
            <w:shd w:val="clear" w:color="auto" w:fill="F2F2F2"/>
            <w:vAlign w:val="center"/>
          </w:tcPr>
          <w:p w:rsidR="00043C3B" w:rsidRDefault="004B4BFF">
            <w:r>
              <w:rPr>
                <w:sz w:val="11"/>
              </w:rPr>
              <w:t>2008-01-01</w:t>
            </w:r>
          </w:p>
        </w:tc>
        <w:tc>
          <w:tcPr>
            <w:tcW w:w="1181" w:type="dxa"/>
            <w:shd w:val="clear" w:color="auto" w:fill="F2F2F2"/>
            <w:vAlign w:val="center"/>
          </w:tcPr>
          <w:p w:rsidR="00043C3B" w:rsidRDefault="004B4BFF">
            <w:r>
              <w:rPr>
                <w:sz w:val="11"/>
              </w:rPr>
              <w:t>2011-09-15</w:t>
            </w:r>
          </w:p>
        </w:tc>
      </w:tr>
      <w:tr w:rsidR="00043C3B">
        <w:trPr>
          <w:jc w:val="center"/>
        </w:trPr>
        <w:tc>
          <w:tcPr>
            <w:tcW w:w="1325" w:type="dxa"/>
            <w:shd w:val="clear" w:color="auto" w:fill="F2F2F2"/>
            <w:vAlign w:val="center"/>
          </w:tcPr>
          <w:p w:rsidR="00043C3B" w:rsidRDefault="004B4BFF">
            <w:r>
              <w:rPr>
                <w:sz w:val="11"/>
              </w:rPr>
              <w:t>881 2</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Ellipso]</w:t>
            </w:r>
          </w:p>
        </w:tc>
        <w:tc>
          <w:tcPr>
            <w:tcW w:w="1987" w:type="dxa"/>
            <w:shd w:val="clear" w:color="auto" w:fill="F2F2F2"/>
            <w:vAlign w:val="center"/>
          </w:tcPr>
          <w:p w:rsidR="00043C3B" w:rsidRDefault="004B4BFF">
            <w:r>
              <w:rPr>
                <w:sz w:val="11"/>
              </w:rPr>
              <w:t>[Formerly Ellipso]</w:t>
            </w:r>
          </w:p>
        </w:tc>
        <w:tc>
          <w:tcPr>
            <w:tcW w:w="1123" w:type="dxa"/>
            <w:shd w:val="clear" w:color="auto" w:fill="F2F2F2"/>
            <w:vAlign w:val="center"/>
          </w:tcPr>
          <w:p w:rsidR="00043C3B" w:rsidRDefault="004B4BFF">
            <w:r>
              <w:rPr>
                <w:sz w:val="11"/>
              </w:rPr>
              <w:t>1998-11-19</w:t>
            </w:r>
          </w:p>
        </w:tc>
        <w:tc>
          <w:tcPr>
            <w:tcW w:w="1181" w:type="dxa"/>
            <w:shd w:val="clear" w:color="auto" w:fill="F2F2F2"/>
            <w:vAlign w:val="center"/>
          </w:tcPr>
          <w:p w:rsidR="00043C3B" w:rsidRDefault="004B4BFF">
            <w:r>
              <w:rPr>
                <w:sz w:val="11"/>
              </w:rPr>
              <w:t>1999-05-10</w:t>
            </w:r>
          </w:p>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2000-06-29</w:t>
            </w:r>
          </w:p>
        </w:tc>
        <w:tc>
          <w:tcPr>
            <w:tcW w:w="1181" w:type="dxa"/>
            <w:shd w:val="clear" w:color="auto" w:fill="F2F2F2"/>
            <w:vAlign w:val="center"/>
          </w:tcPr>
          <w:p w:rsidR="00043C3B" w:rsidRDefault="004B4BFF">
            <w:r>
              <w:rPr>
                <w:sz w:val="11"/>
              </w:rPr>
              <w:t>2008-06-02</w:t>
            </w:r>
          </w:p>
        </w:tc>
      </w:tr>
      <w:tr w:rsidR="00043C3B">
        <w:trPr>
          <w:jc w:val="center"/>
        </w:trPr>
        <w:tc>
          <w:tcPr>
            <w:tcW w:w="1325" w:type="dxa"/>
            <w:shd w:val="clear" w:color="auto" w:fill="F2F2F2"/>
            <w:vAlign w:val="center"/>
          </w:tcPr>
          <w:p w:rsidR="00043C3B" w:rsidRDefault="004B4BFF">
            <w:r>
              <w:rPr>
                <w:sz w:val="11"/>
              </w:rPr>
              <w:t>881 3</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Ellipso]</w:t>
            </w:r>
          </w:p>
        </w:tc>
        <w:tc>
          <w:tcPr>
            <w:tcW w:w="1987" w:type="dxa"/>
            <w:shd w:val="clear" w:color="auto" w:fill="F2F2F2"/>
            <w:vAlign w:val="center"/>
          </w:tcPr>
          <w:p w:rsidR="00043C3B" w:rsidRDefault="004B4BFF">
            <w:r>
              <w:rPr>
                <w:sz w:val="11"/>
              </w:rPr>
              <w:t>[Formerly Ellipso]</w:t>
            </w:r>
          </w:p>
        </w:tc>
        <w:tc>
          <w:tcPr>
            <w:tcW w:w="1123" w:type="dxa"/>
            <w:shd w:val="clear" w:color="auto" w:fill="F2F2F2"/>
            <w:vAlign w:val="center"/>
          </w:tcPr>
          <w:p w:rsidR="00043C3B" w:rsidRDefault="004B4BFF">
            <w:r>
              <w:rPr>
                <w:sz w:val="11"/>
              </w:rPr>
              <w:t>1998-11-19</w:t>
            </w:r>
          </w:p>
        </w:tc>
        <w:tc>
          <w:tcPr>
            <w:tcW w:w="1181" w:type="dxa"/>
            <w:shd w:val="clear" w:color="auto" w:fill="F2F2F2"/>
            <w:vAlign w:val="center"/>
          </w:tcPr>
          <w:p w:rsidR="00043C3B" w:rsidRDefault="004B4BFF">
            <w:r>
              <w:rPr>
                <w:sz w:val="11"/>
              </w:rPr>
              <w:t>1999-05-10</w:t>
            </w:r>
          </w:p>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2000-06-29</w:t>
            </w:r>
          </w:p>
        </w:tc>
        <w:tc>
          <w:tcPr>
            <w:tcW w:w="1181" w:type="dxa"/>
            <w:shd w:val="clear" w:color="auto" w:fill="F2F2F2"/>
            <w:vAlign w:val="center"/>
          </w:tcPr>
          <w:p w:rsidR="00043C3B" w:rsidRDefault="004B4BFF">
            <w:r>
              <w:rPr>
                <w:sz w:val="11"/>
              </w:rPr>
              <w:t>2008-06-02</w:t>
            </w:r>
          </w:p>
        </w:tc>
      </w:tr>
      <w:tr w:rsidR="00043C3B">
        <w:trPr>
          <w:jc w:val="center"/>
        </w:trPr>
        <w:tc>
          <w:tcPr>
            <w:tcW w:w="1325" w:type="dxa"/>
            <w:vAlign w:val="center"/>
          </w:tcPr>
          <w:p w:rsidR="00043C3B" w:rsidRDefault="004B4BFF">
            <w:r>
              <w:rPr>
                <w:sz w:val="11"/>
              </w:rPr>
              <w:t>881 6</w:t>
            </w:r>
          </w:p>
        </w:tc>
        <w:tc>
          <w:tcPr>
            <w:tcW w:w="605" w:type="dxa"/>
            <w:vAlign w:val="center"/>
          </w:tcPr>
          <w:p w:rsidR="00043C3B" w:rsidRDefault="004B4BFF">
            <w:r>
              <w:rPr>
                <w:sz w:val="11"/>
              </w:rPr>
              <w:t>A</w:t>
            </w:r>
          </w:p>
        </w:tc>
        <w:tc>
          <w:tcPr>
            <w:tcW w:w="1987" w:type="dxa"/>
            <w:vAlign w:val="center"/>
          </w:tcPr>
          <w:p w:rsidR="00043C3B" w:rsidRDefault="004B4BFF">
            <w:r>
              <w:rPr>
                <w:sz w:val="11"/>
              </w:rPr>
              <w:t>Iridium Communications Inc</w:t>
            </w:r>
          </w:p>
        </w:tc>
        <w:tc>
          <w:tcPr>
            <w:tcW w:w="1987" w:type="dxa"/>
            <w:vAlign w:val="center"/>
          </w:tcPr>
          <w:p w:rsidR="00043C3B" w:rsidRDefault="004B4BFF">
            <w:r>
              <w:rPr>
                <w:sz w:val="11"/>
              </w:rPr>
              <w:t>Iridium Communications Inc.</w:t>
            </w:r>
          </w:p>
        </w:tc>
        <w:tc>
          <w:tcPr>
            <w:tcW w:w="1123" w:type="dxa"/>
            <w:vAlign w:val="center"/>
          </w:tcPr>
          <w:p w:rsidR="00043C3B" w:rsidRDefault="004B4BFF">
            <w:r>
              <w:rPr>
                <w:sz w:val="11"/>
              </w:rPr>
              <w:t>1995-04-01</w:t>
            </w:r>
          </w:p>
        </w:tc>
        <w:tc>
          <w:tcPr>
            <w:tcW w:w="1181" w:type="dxa"/>
            <w:vAlign w:val="center"/>
          </w:tcPr>
          <w:p w:rsidR="00043C3B" w:rsidRDefault="004B4BFF">
            <w:r>
              <w:rPr>
                <w:sz w:val="11"/>
              </w:rPr>
              <w:t>1996-05-24</w:t>
            </w:r>
          </w:p>
        </w:tc>
        <w:tc>
          <w:tcPr>
            <w:tcW w:w="1037" w:type="dxa"/>
            <w:vAlign w:val="center"/>
          </w:tcPr>
          <w:p w:rsidR="00043C3B" w:rsidRDefault="00043C3B"/>
        </w:tc>
        <w:tc>
          <w:tcPr>
            <w:tcW w:w="1037" w:type="dxa"/>
            <w:vAlign w:val="center"/>
          </w:tcPr>
          <w:p w:rsidR="00043C3B" w:rsidRDefault="004B4BFF">
            <w:r>
              <w:rPr>
                <w:sz w:val="11"/>
              </w:rPr>
              <w:t>1997-11-10</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881 7</w:t>
            </w:r>
          </w:p>
        </w:tc>
        <w:tc>
          <w:tcPr>
            <w:tcW w:w="605" w:type="dxa"/>
            <w:vAlign w:val="center"/>
          </w:tcPr>
          <w:p w:rsidR="00043C3B" w:rsidRDefault="004B4BFF">
            <w:r>
              <w:rPr>
                <w:sz w:val="11"/>
              </w:rPr>
              <w:t>A</w:t>
            </w:r>
          </w:p>
        </w:tc>
        <w:tc>
          <w:tcPr>
            <w:tcW w:w="1987" w:type="dxa"/>
            <w:vAlign w:val="center"/>
          </w:tcPr>
          <w:p w:rsidR="00043C3B" w:rsidRDefault="004B4BFF">
            <w:r>
              <w:rPr>
                <w:sz w:val="11"/>
              </w:rPr>
              <w:t>Iridium Communications Inc</w:t>
            </w:r>
          </w:p>
        </w:tc>
        <w:tc>
          <w:tcPr>
            <w:tcW w:w="1987" w:type="dxa"/>
            <w:vAlign w:val="center"/>
          </w:tcPr>
          <w:p w:rsidR="00043C3B" w:rsidRDefault="004B4BFF">
            <w:r>
              <w:rPr>
                <w:sz w:val="11"/>
              </w:rPr>
              <w:t>Iridium Communications Inc.</w:t>
            </w:r>
          </w:p>
        </w:tc>
        <w:tc>
          <w:tcPr>
            <w:tcW w:w="1123" w:type="dxa"/>
            <w:vAlign w:val="center"/>
          </w:tcPr>
          <w:p w:rsidR="00043C3B" w:rsidRDefault="004B4BFF">
            <w:r>
              <w:rPr>
                <w:sz w:val="11"/>
              </w:rPr>
              <w:t>1995-04-01</w:t>
            </w:r>
          </w:p>
        </w:tc>
        <w:tc>
          <w:tcPr>
            <w:tcW w:w="1181" w:type="dxa"/>
            <w:vAlign w:val="center"/>
          </w:tcPr>
          <w:p w:rsidR="00043C3B" w:rsidRDefault="004B4BFF">
            <w:r>
              <w:rPr>
                <w:sz w:val="11"/>
              </w:rPr>
              <w:t>1996-05-24</w:t>
            </w:r>
          </w:p>
        </w:tc>
        <w:tc>
          <w:tcPr>
            <w:tcW w:w="1037" w:type="dxa"/>
            <w:vAlign w:val="center"/>
          </w:tcPr>
          <w:p w:rsidR="00043C3B" w:rsidRDefault="00043C3B"/>
        </w:tc>
        <w:tc>
          <w:tcPr>
            <w:tcW w:w="1037" w:type="dxa"/>
            <w:vAlign w:val="center"/>
          </w:tcPr>
          <w:p w:rsidR="00043C3B" w:rsidRDefault="004B4BFF">
            <w:r>
              <w:rPr>
                <w:sz w:val="11"/>
              </w:rPr>
              <w:t>1997-11-10</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881 8</w:t>
            </w:r>
          </w:p>
        </w:tc>
        <w:tc>
          <w:tcPr>
            <w:tcW w:w="605" w:type="dxa"/>
            <w:vAlign w:val="center"/>
          </w:tcPr>
          <w:p w:rsidR="00043C3B" w:rsidRDefault="004B4BFF">
            <w:r>
              <w:rPr>
                <w:sz w:val="11"/>
              </w:rPr>
              <w:t>A</w:t>
            </w:r>
          </w:p>
        </w:tc>
        <w:tc>
          <w:tcPr>
            <w:tcW w:w="1987" w:type="dxa"/>
            <w:vAlign w:val="center"/>
          </w:tcPr>
          <w:p w:rsidR="00043C3B" w:rsidRDefault="004B4BFF">
            <w:r>
              <w:rPr>
                <w:sz w:val="11"/>
              </w:rPr>
              <w:t>Globalstar</w:t>
            </w:r>
          </w:p>
        </w:tc>
        <w:tc>
          <w:tcPr>
            <w:tcW w:w="1987" w:type="dxa"/>
            <w:vAlign w:val="center"/>
          </w:tcPr>
          <w:p w:rsidR="00043C3B" w:rsidRDefault="004B4BFF">
            <w:r>
              <w:rPr>
                <w:sz w:val="11"/>
              </w:rPr>
              <w:t>Globalstar</w:t>
            </w:r>
          </w:p>
        </w:tc>
        <w:tc>
          <w:tcPr>
            <w:tcW w:w="1123" w:type="dxa"/>
            <w:vAlign w:val="center"/>
          </w:tcPr>
          <w:p w:rsidR="00043C3B" w:rsidRDefault="004B4BFF">
            <w:r>
              <w:rPr>
                <w:sz w:val="11"/>
              </w:rPr>
              <w:t>1995-04-01</w:t>
            </w:r>
          </w:p>
        </w:tc>
        <w:tc>
          <w:tcPr>
            <w:tcW w:w="1181" w:type="dxa"/>
            <w:vAlign w:val="center"/>
          </w:tcPr>
          <w:p w:rsidR="00043C3B" w:rsidRDefault="004B4BFF">
            <w:r>
              <w:rPr>
                <w:sz w:val="11"/>
              </w:rPr>
              <w:t>1996-05-24</w:t>
            </w:r>
          </w:p>
        </w:tc>
        <w:tc>
          <w:tcPr>
            <w:tcW w:w="1037" w:type="dxa"/>
            <w:vAlign w:val="center"/>
          </w:tcPr>
          <w:p w:rsidR="00043C3B" w:rsidRDefault="00043C3B"/>
        </w:tc>
        <w:tc>
          <w:tcPr>
            <w:tcW w:w="1037" w:type="dxa"/>
            <w:vAlign w:val="center"/>
          </w:tcPr>
          <w:p w:rsidR="00043C3B" w:rsidRDefault="004B4BFF">
            <w:r>
              <w:rPr>
                <w:sz w:val="11"/>
              </w:rPr>
              <w:t>1999-02-24</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881 9</w:t>
            </w:r>
          </w:p>
        </w:tc>
        <w:tc>
          <w:tcPr>
            <w:tcW w:w="605" w:type="dxa"/>
            <w:vAlign w:val="center"/>
          </w:tcPr>
          <w:p w:rsidR="00043C3B" w:rsidRDefault="004B4BFF">
            <w:r>
              <w:rPr>
                <w:sz w:val="11"/>
              </w:rPr>
              <w:t>A</w:t>
            </w:r>
          </w:p>
        </w:tc>
        <w:tc>
          <w:tcPr>
            <w:tcW w:w="1987" w:type="dxa"/>
            <w:vAlign w:val="center"/>
          </w:tcPr>
          <w:p w:rsidR="00043C3B" w:rsidRDefault="004B4BFF">
            <w:r>
              <w:rPr>
                <w:sz w:val="11"/>
              </w:rPr>
              <w:t>Globalstar</w:t>
            </w:r>
          </w:p>
        </w:tc>
        <w:tc>
          <w:tcPr>
            <w:tcW w:w="1987" w:type="dxa"/>
            <w:vAlign w:val="center"/>
          </w:tcPr>
          <w:p w:rsidR="00043C3B" w:rsidRDefault="004B4BFF">
            <w:r>
              <w:rPr>
                <w:sz w:val="11"/>
              </w:rPr>
              <w:t>Globalstar</w:t>
            </w:r>
          </w:p>
        </w:tc>
        <w:tc>
          <w:tcPr>
            <w:tcW w:w="1123" w:type="dxa"/>
            <w:vAlign w:val="center"/>
          </w:tcPr>
          <w:p w:rsidR="00043C3B" w:rsidRDefault="004B4BFF">
            <w:r>
              <w:rPr>
                <w:sz w:val="11"/>
              </w:rPr>
              <w:t>1995-04-01</w:t>
            </w:r>
          </w:p>
        </w:tc>
        <w:tc>
          <w:tcPr>
            <w:tcW w:w="1181" w:type="dxa"/>
            <w:vAlign w:val="center"/>
          </w:tcPr>
          <w:p w:rsidR="00043C3B" w:rsidRDefault="004B4BFF">
            <w:r>
              <w:rPr>
                <w:sz w:val="11"/>
              </w:rPr>
              <w:t>1996-05-24</w:t>
            </w:r>
          </w:p>
        </w:tc>
        <w:tc>
          <w:tcPr>
            <w:tcW w:w="1037" w:type="dxa"/>
            <w:vAlign w:val="center"/>
          </w:tcPr>
          <w:p w:rsidR="00043C3B" w:rsidRDefault="00043C3B"/>
        </w:tc>
        <w:tc>
          <w:tcPr>
            <w:tcW w:w="1037" w:type="dxa"/>
            <w:vAlign w:val="center"/>
          </w:tcPr>
          <w:p w:rsidR="00043C3B" w:rsidRDefault="004B4BFF">
            <w:r>
              <w:rPr>
                <w:sz w:val="11"/>
              </w:rPr>
              <w:t>1999-02-24</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882 10</w:t>
            </w:r>
          </w:p>
        </w:tc>
        <w:tc>
          <w:tcPr>
            <w:tcW w:w="605" w:type="dxa"/>
            <w:vAlign w:val="center"/>
          </w:tcPr>
          <w:p w:rsidR="00043C3B" w:rsidRDefault="004B4BFF">
            <w:r>
              <w:rPr>
                <w:sz w:val="11"/>
              </w:rPr>
              <w:t>A</w:t>
            </w:r>
          </w:p>
        </w:tc>
        <w:tc>
          <w:tcPr>
            <w:tcW w:w="1987" w:type="dxa"/>
            <w:vAlign w:val="center"/>
          </w:tcPr>
          <w:p w:rsidR="00043C3B" w:rsidRDefault="004B4BFF">
            <w:r>
              <w:rPr>
                <w:sz w:val="11"/>
              </w:rPr>
              <w:t>British Telecommunications plc</w:t>
            </w:r>
          </w:p>
        </w:tc>
        <w:tc>
          <w:tcPr>
            <w:tcW w:w="1987" w:type="dxa"/>
            <w:vAlign w:val="center"/>
          </w:tcPr>
          <w:p w:rsidR="00043C3B" w:rsidRDefault="004B4BFF">
            <w:r>
              <w:rPr>
                <w:sz w:val="11"/>
              </w:rPr>
              <w:t>Global Office Application</w:t>
            </w:r>
          </w:p>
        </w:tc>
        <w:tc>
          <w:tcPr>
            <w:tcW w:w="1123" w:type="dxa"/>
            <w:vAlign w:val="center"/>
          </w:tcPr>
          <w:p w:rsidR="00043C3B" w:rsidRDefault="004B4BFF">
            <w:r>
              <w:rPr>
                <w:sz w:val="11"/>
              </w:rPr>
              <w:t>1997-07-09</w:t>
            </w:r>
          </w:p>
        </w:tc>
        <w:tc>
          <w:tcPr>
            <w:tcW w:w="1181" w:type="dxa"/>
            <w:vAlign w:val="center"/>
          </w:tcPr>
          <w:p w:rsidR="00043C3B" w:rsidRDefault="004B4BFF">
            <w:r>
              <w:rPr>
                <w:sz w:val="11"/>
              </w:rPr>
              <w:t>1997-09-11</w:t>
            </w:r>
          </w:p>
        </w:tc>
        <w:tc>
          <w:tcPr>
            <w:tcW w:w="1037" w:type="dxa"/>
            <w:vAlign w:val="center"/>
          </w:tcPr>
          <w:p w:rsidR="00043C3B" w:rsidRDefault="00043C3B"/>
        </w:tc>
        <w:tc>
          <w:tcPr>
            <w:tcW w:w="1037" w:type="dxa"/>
            <w:vAlign w:val="center"/>
          </w:tcPr>
          <w:p w:rsidR="00043C3B" w:rsidRDefault="004B4BFF">
            <w:r>
              <w:rPr>
                <w:sz w:val="11"/>
              </w:rPr>
              <w:t>1998-12-01</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882 11</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Singapore Technologies Telecommunications Pte Ltd ]</w:t>
            </w:r>
          </w:p>
        </w:tc>
        <w:tc>
          <w:tcPr>
            <w:tcW w:w="1987" w:type="dxa"/>
            <w:shd w:val="clear" w:color="auto" w:fill="F2F2F2"/>
            <w:vAlign w:val="center"/>
          </w:tcPr>
          <w:p w:rsidR="00043C3B" w:rsidRDefault="004B4BFF">
            <w:r>
              <w:rPr>
                <w:sz w:val="11"/>
              </w:rPr>
              <w:t>[Formerly Asia Pacific Mobile Telecommunications (APMT)]</w:t>
            </w:r>
          </w:p>
        </w:tc>
        <w:tc>
          <w:tcPr>
            <w:tcW w:w="1123" w:type="dxa"/>
            <w:shd w:val="clear" w:color="auto" w:fill="F2F2F2"/>
            <w:vAlign w:val="center"/>
          </w:tcPr>
          <w:p w:rsidR="00043C3B" w:rsidRDefault="004B4BFF">
            <w:r>
              <w:rPr>
                <w:sz w:val="11"/>
              </w:rPr>
              <w:t>1997-08-05</w:t>
            </w:r>
          </w:p>
        </w:tc>
        <w:tc>
          <w:tcPr>
            <w:tcW w:w="1181" w:type="dxa"/>
            <w:shd w:val="clear" w:color="auto" w:fill="F2F2F2"/>
            <w:vAlign w:val="center"/>
          </w:tcPr>
          <w:p w:rsidR="00043C3B" w:rsidRDefault="004B4BFF">
            <w:r>
              <w:rPr>
                <w:sz w:val="11"/>
              </w:rPr>
              <w:t>1997-09-11</w:t>
            </w:r>
          </w:p>
        </w:tc>
        <w:tc>
          <w:tcPr>
            <w:tcW w:w="1037" w:type="dxa"/>
            <w:shd w:val="clear" w:color="auto" w:fill="F2F2F2"/>
            <w:vAlign w:val="center"/>
          </w:tcPr>
          <w:p w:rsidR="00043C3B" w:rsidRDefault="00043C3B"/>
        </w:tc>
        <w:tc>
          <w:tcPr>
            <w:tcW w:w="1037" w:type="dxa"/>
            <w:shd w:val="clear" w:color="auto" w:fill="F2F2F2"/>
            <w:vAlign w:val="center"/>
          </w:tcPr>
          <w:p w:rsidR="00043C3B" w:rsidRDefault="00043C3B"/>
        </w:tc>
        <w:tc>
          <w:tcPr>
            <w:tcW w:w="1181" w:type="dxa"/>
            <w:shd w:val="clear" w:color="auto" w:fill="F2F2F2"/>
            <w:vAlign w:val="center"/>
          </w:tcPr>
          <w:p w:rsidR="00043C3B" w:rsidRDefault="004B4BFF">
            <w:r>
              <w:rPr>
                <w:sz w:val="11"/>
              </w:rPr>
              <w:t>2003-05-22</w:t>
            </w:r>
          </w:p>
        </w:tc>
      </w:tr>
      <w:tr w:rsidR="00043C3B">
        <w:trPr>
          <w:jc w:val="center"/>
        </w:trPr>
        <w:tc>
          <w:tcPr>
            <w:tcW w:w="1325" w:type="dxa"/>
            <w:shd w:val="clear" w:color="auto" w:fill="F2F2F2"/>
            <w:vAlign w:val="center"/>
          </w:tcPr>
          <w:p w:rsidR="00043C3B" w:rsidRDefault="004B4BFF">
            <w:r>
              <w:rPr>
                <w:sz w:val="11"/>
              </w:rPr>
              <w:t>882 12</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MCI (Verizon)]</w:t>
            </w:r>
          </w:p>
        </w:tc>
        <w:tc>
          <w:tcPr>
            <w:tcW w:w="1987" w:type="dxa"/>
            <w:shd w:val="clear" w:color="auto" w:fill="F2F2F2"/>
            <w:vAlign w:val="center"/>
          </w:tcPr>
          <w:p w:rsidR="00043C3B" w:rsidRDefault="004B4BFF">
            <w:r>
              <w:rPr>
                <w:sz w:val="11"/>
              </w:rPr>
              <w:t>[Formerly HyperStream International (HSI) Data Network]</w:t>
            </w:r>
          </w:p>
        </w:tc>
        <w:tc>
          <w:tcPr>
            <w:tcW w:w="1123" w:type="dxa"/>
            <w:shd w:val="clear" w:color="auto" w:fill="F2F2F2"/>
            <w:vAlign w:val="center"/>
          </w:tcPr>
          <w:p w:rsidR="00043C3B" w:rsidRDefault="004B4BFF">
            <w:r>
              <w:rPr>
                <w:sz w:val="11"/>
              </w:rPr>
              <w:t>1997-09-15</w:t>
            </w:r>
          </w:p>
        </w:tc>
        <w:tc>
          <w:tcPr>
            <w:tcW w:w="1181" w:type="dxa"/>
            <w:shd w:val="clear" w:color="auto" w:fill="F2F2F2"/>
            <w:vAlign w:val="center"/>
          </w:tcPr>
          <w:p w:rsidR="00043C3B" w:rsidRDefault="004B4BFF">
            <w:r>
              <w:rPr>
                <w:sz w:val="11"/>
              </w:rPr>
              <w:t>1997-10-14</w:t>
            </w:r>
          </w:p>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1999-05-10</w:t>
            </w:r>
          </w:p>
        </w:tc>
        <w:tc>
          <w:tcPr>
            <w:tcW w:w="1181" w:type="dxa"/>
            <w:shd w:val="clear" w:color="auto" w:fill="F2F2F2"/>
            <w:vAlign w:val="center"/>
          </w:tcPr>
          <w:p w:rsidR="00043C3B" w:rsidRDefault="004B4BFF">
            <w:r>
              <w:rPr>
                <w:sz w:val="11"/>
              </w:rPr>
              <w:t>2022-03-04</w:t>
            </w:r>
          </w:p>
        </w:tc>
      </w:tr>
      <w:tr w:rsidR="00043C3B">
        <w:trPr>
          <w:jc w:val="center"/>
        </w:trPr>
        <w:tc>
          <w:tcPr>
            <w:tcW w:w="1325" w:type="dxa"/>
            <w:shd w:val="clear" w:color="auto" w:fill="F2F2F2"/>
            <w:vAlign w:val="center"/>
          </w:tcPr>
          <w:p w:rsidR="00043C3B" w:rsidRDefault="004B4BFF">
            <w:r>
              <w:rPr>
                <w:sz w:val="11"/>
              </w:rPr>
              <w:t>882 13</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Telespazio S.p.A.]</w:t>
            </w:r>
          </w:p>
        </w:tc>
        <w:tc>
          <w:tcPr>
            <w:tcW w:w="1987" w:type="dxa"/>
            <w:shd w:val="clear" w:color="auto" w:fill="F2F2F2"/>
            <w:vAlign w:val="center"/>
          </w:tcPr>
          <w:p w:rsidR="00043C3B" w:rsidRDefault="004B4BFF">
            <w:r>
              <w:rPr>
                <w:sz w:val="11"/>
              </w:rPr>
              <w:t>[Formerly EMS Regional Mobile Satellite System]</w:t>
            </w:r>
          </w:p>
        </w:tc>
        <w:tc>
          <w:tcPr>
            <w:tcW w:w="1123" w:type="dxa"/>
            <w:shd w:val="clear" w:color="auto" w:fill="F2F2F2"/>
            <w:vAlign w:val="center"/>
          </w:tcPr>
          <w:p w:rsidR="00043C3B" w:rsidRDefault="004B4BFF">
            <w:r>
              <w:rPr>
                <w:sz w:val="11"/>
              </w:rPr>
              <w:t>1997-08-15</w:t>
            </w:r>
          </w:p>
        </w:tc>
        <w:tc>
          <w:tcPr>
            <w:tcW w:w="1181" w:type="dxa"/>
            <w:shd w:val="clear" w:color="auto" w:fill="F2F2F2"/>
            <w:vAlign w:val="center"/>
          </w:tcPr>
          <w:p w:rsidR="00043C3B" w:rsidRDefault="004B4BFF">
            <w:r>
              <w:rPr>
                <w:sz w:val="11"/>
              </w:rPr>
              <w:t>1997-10-14</w:t>
            </w:r>
          </w:p>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1998-06-11</w:t>
            </w:r>
          </w:p>
        </w:tc>
        <w:tc>
          <w:tcPr>
            <w:tcW w:w="1181" w:type="dxa"/>
            <w:shd w:val="clear" w:color="auto" w:fill="F2F2F2"/>
            <w:vAlign w:val="center"/>
          </w:tcPr>
          <w:p w:rsidR="00043C3B" w:rsidRDefault="004B4BFF">
            <w:r>
              <w:rPr>
                <w:sz w:val="11"/>
              </w:rPr>
              <w:t>2025-08-12</w:t>
            </w:r>
          </w:p>
        </w:tc>
      </w:tr>
      <w:tr w:rsidR="00043C3B">
        <w:trPr>
          <w:jc w:val="center"/>
        </w:trPr>
        <w:tc>
          <w:tcPr>
            <w:tcW w:w="1325" w:type="dxa"/>
            <w:shd w:val="clear" w:color="auto" w:fill="F2F2F2"/>
            <w:vAlign w:val="center"/>
          </w:tcPr>
          <w:p w:rsidR="00043C3B" w:rsidRDefault="004B4BFF">
            <w:r>
              <w:rPr>
                <w:sz w:val="11"/>
              </w:rPr>
              <w:t>882 14</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Verizon]</w:t>
            </w:r>
          </w:p>
        </w:tc>
        <w:tc>
          <w:tcPr>
            <w:tcW w:w="1987" w:type="dxa"/>
            <w:shd w:val="clear" w:color="auto" w:fill="F2F2F2"/>
            <w:vAlign w:val="center"/>
          </w:tcPr>
          <w:p w:rsidR="00043C3B" w:rsidRDefault="004B4BFF">
            <w:r>
              <w:rPr>
                <w:sz w:val="11"/>
              </w:rPr>
              <w:t>[Formerly Global ATM Network]</w:t>
            </w:r>
          </w:p>
        </w:tc>
        <w:tc>
          <w:tcPr>
            <w:tcW w:w="1123" w:type="dxa"/>
            <w:shd w:val="clear" w:color="auto" w:fill="F2F2F2"/>
            <w:vAlign w:val="center"/>
          </w:tcPr>
          <w:p w:rsidR="00043C3B" w:rsidRDefault="00043C3B"/>
        </w:tc>
        <w:tc>
          <w:tcPr>
            <w:tcW w:w="1181" w:type="dxa"/>
            <w:shd w:val="clear" w:color="auto" w:fill="F2F2F2"/>
            <w:vAlign w:val="center"/>
          </w:tcPr>
          <w:p w:rsidR="00043C3B" w:rsidRDefault="004B4BFF">
            <w:r>
              <w:rPr>
                <w:sz w:val="11"/>
              </w:rPr>
              <w:t>1997-10-14</w:t>
            </w:r>
          </w:p>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2001-01-26</w:t>
            </w:r>
          </w:p>
        </w:tc>
        <w:tc>
          <w:tcPr>
            <w:tcW w:w="1181" w:type="dxa"/>
            <w:shd w:val="clear" w:color="auto" w:fill="F2F2F2"/>
            <w:vAlign w:val="center"/>
          </w:tcPr>
          <w:p w:rsidR="00043C3B" w:rsidRDefault="004B4BFF">
            <w:r>
              <w:rPr>
                <w:sz w:val="11"/>
              </w:rPr>
              <w:t>2005-03-21</w:t>
            </w:r>
          </w:p>
        </w:tc>
      </w:tr>
      <w:tr w:rsidR="00043C3B">
        <w:trPr>
          <w:jc w:val="center"/>
        </w:trPr>
        <w:tc>
          <w:tcPr>
            <w:tcW w:w="1325" w:type="dxa"/>
            <w:shd w:val="clear" w:color="auto" w:fill="F2F2F2"/>
            <w:vAlign w:val="center"/>
          </w:tcPr>
          <w:p w:rsidR="00043C3B" w:rsidRDefault="004B4BFF">
            <w:r>
              <w:rPr>
                <w:sz w:val="11"/>
              </w:rPr>
              <w:t>882 15</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Telstra (Formerly REACH)]</w:t>
            </w:r>
          </w:p>
        </w:tc>
        <w:tc>
          <w:tcPr>
            <w:tcW w:w="1987" w:type="dxa"/>
            <w:shd w:val="clear" w:color="auto" w:fill="F2F2F2"/>
            <w:vAlign w:val="center"/>
          </w:tcPr>
          <w:p w:rsidR="00043C3B" w:rsidRDefault="004B4BFF">
            <w:r>
              <w:rPr>
                <w:sz w:val="11"/>
              </w:rPr>
              <w:t>[Formerly Global international ATM Network]</w:t>
            </w:r>
          </w:p>
        </w:tc>
        <w:tc>
          <w:tcPr>
            <w:tcW w:w="1123" w:type="dxa"/>
            <w:shd w:val="clear" w:color="auto" w:fill="F2F2F2"/>
            <w:vAlign w:val="center"/>
          </w:tcPr>
          <w:p w:rsidR="00043C3B" w:rsidRDefault="004B4BFF">
            <w:r>
              <w:rPr>
                <w:sz w:val="11"/>
              </w:rPr>
              <w:t>1997-08-24</w:t>
            </w:r>
          </w:p>
        </w:tc>
        <w:tc>
          <w:tcPr>
            <w:tcW w:w="1181" w:type="dxa"/>
            <w:shd w:val="clear" w:color="auto" w:fill="F2F2F2"/>
            <w:vAlign w:val="center"/>
          </w:tcPr>
          <w:p w:rsidR="00043C3B" w:rsidRDefault="004B4BFF">
            <w:r>
              <w:rPr>
                <w:sz w:val="11"/>
              </w:rPr>
              <w:t>1997-10-14</w:t>
            </w:r>
          </w:p>
        </w:tc>
        <w:tc>
          <w:tcPr>
            <w:tcW w:w="1037" w:type="dxa"/>
            <w:shd w:val="clear" w:color="auto" w:fill="F2F2F2"/>
            <w:vAlign w:val="center"/>
          </w:tcPr>
          <w:p w:rsidR="00043C3B" w:rsidRDefault="004B4BFF">
            <w:r>
              <w:rPr>
                <w:sz w:val="11"/>
              </w:rPr>
              <w:t>2002-10-14</w:t>
            </w:r>
          </w:p>
        </w:tc>
        <w:tc>
          <w:tcPr>
            <w:tcW w:w="1037" w:type="dxa"/>
            <w:shd w:val="clear" w:color="auto" w:fill="F2F2F2"/>
            <w:vAlign w:val="center"/>
          </w:tcPr>
          <w:p w:rsidR="00043C3B" w:rsidRDefault="004B4BFF">
            <w:r>
              <w:rPr>
                <w:sz w:val="11"/>
              </w:rPr>
              <w:t>2000-12-06</w:t>
            </w:r>
          </w:p>
        </w:tc>
        <w:tc>
          <w:tcPr>
            <w:tcW w:w="1181" w:type="dxa"/>
            <w:shd w:val="clear" w:color="auto" w:fill="F2F2F2"/>
            <w:vAlign w:val="center"/>
          </w:tcPr>
          <w:p w:rsidR="00043C3B" w:rsidRDefault="004B4BFF">
            <w:r>
              <w:rPr>
                <w:sz w:val="11"/>
              </w:rPr>
              <w:t>2022-02-01</w:t>
            </w:r>
          </w:p>
        </w:tc>
      </w:tr>
      <w:tr w:rsidR="00043C3B">
        <w:trPr>
          <w:jc w:val="center"/>
        </w:trPr>
        <w:tc>
          <w:tcPr>
            <w:tcW w:w="1325" w:type="dxa"/>
            <w:vAlign w:val="center"/>
          </w:tcPr>
          <w:p w:rsidR="00043C3B" w:rsidRDefault="004B4BFF">
            <w:r>
              <w:rPr>
                <w:sz w:val="11"/>
              </w:rPr>
              <w:t>882 16</w:t>
            </w:r>
          </w:p>
        </w:tc>
        <w:tc>
          <w:tcPr>
            <w:tcW w:w="605" w:type="dxa"/>
            <w:vAlign w:val="center"/>
          </w:tcPr>
          <w:p w:rsidR="00043C3B" w:rsidRDefault="004B4BFF">
            <w:r>
              <w:rPr>
                <w:sz w:val="11"/>
              </w:rPr>
              <w:t>A</w:t>
            </w:r>
          </w:p>
        </w:tc>
        <w:tc>
          <w:tcPr>
            <w:tcW w:w="1987" w:type="dxa"/>
            <w:vAlign w:val="center"/>
          </w:tcPr>
          <w:p w:rsidR="00043C3B" w:rsidRDefault="004B4BFF">
            <w:r>
              <w:rPr>
                <w:sz w:val="11"/>
              </w:rPr>
              <w:t>Thuraya</w:t>
            </w:r>
          </w:p>
        </w:tc>
        <w:tc>
          <w:tcPr>
            <w:tcW w:w="1987" w:type="dxa"/>
            <w:vAlign w:val="center"/>
          </w:tcPr>
          <w:p w:rsidR="00043C3B" w:rsidRDefault="004B4BFF">
            <w:r>
              <w:rPr>
                <w:sz w:val="11"/>
              </w:rPr>
              <w:t>Thuraya RMSS Network</w:t>
            </w:r>
          </w:p>
        </w:tc>
        <w:tc>
          <w:tcPr>
            <w:tcW w:w="1123" w:type="dxa"/>
            <w:vAlign w:val="center"/>
          </w:tcPr>
          <w:p w:rsidR="00043C3B" w:rsidRDefault="004B4BFF">
            <w:r>
              <w:rPr>
                <w:sz w:val="11"/>
              </w:rPr>
              <w:t>1997-10-17</w:t>
            </w:r>
          </w:p>
        </w:tc>
        <w:tc>
          <w:tcPr>
            <w:tcW w:w="1181" w:type="dxa"/>
            <w:vAlign w:val="center"/>
          </w:tcPr>
          <w:p w:rsidR="00043C3B" w:rsidRDefault="004B4BFF">
            <w:r>
              <w:rPr>
                <w:sz w:val="11"/>
              </w:rPr>
              <w:t>1997-11-10</w:t>
            </w:r>
          </w:p>
        </w:tc>
        <w:tc>
          <w:tcPr>
            <w:tcW w:w="1037" w:type="dxa"/>
            <w:vAlign w:val="center"/>
          </w:tcPr>
          <w:p w:rsidR="00043C3B" w:rsidRDefault="004B4BFF">
            <w:r>
              <w:rPr>
                <w:sz w:val="11"/>
              </w:rPr>
              <w:t>2002-11-10</w:t>
            </w:r>
          </w:p>
        </w:tc>
        <w:tc>
          <w:tcPr>
            <w:tcW w:w="1037" w:type="dxa"/>
            <w:vAlign w:val="center"/>
          </w:tcPr>
          <w:p w:rsidR="00043C3B" w:rsidRDefault="004B4BFF">
            <w:r>
              <w:rPr>
                <w:sz w:val="11"/>
              </w:rPr>
              <w:t>2000-03-10</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882 17</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AT&amp;T]</w:t>
            </w:r>
          </w:p>
        </w:tc>
        <w:tc>
          <w:tcPr>
            <w:tcW w:w="1987" w:type="dxa"/>
            <w:shd w:val="clear" w:color="auto" w:fill="F2F2F2"/>
            <w:vAlign w:val="center"/>
          </w:tcPr>
          <w:p w:rsidR="00043C3B" w:rsidRDefault="004B4BFF">
            <w:r>
              <w:rPr>
                <w:sz w:val="11"/>
              </w:rPr>
              <w:t>[Formerly AT&amp;T International ATM Network]</w:t>
            </w:r>
          </w:p>
        </w:tc>
        <w:tc>
          <w:tcPr>
            <w:tcW w:w="1123" w:type="dxa"/>
            <w:shd w:val="clear" w:color="auto" w:fill="F2F2F2"/>
            <w:vAlign w:val="center"/>
          </w:tcPr>
          <w:p w:rsidR="00043C3B" w:rsidRDefault="004B4BFF">
            <w:r>
              <w:rPr>
                <w:sz w:val="11"/>
              </w:rPr>
              <w:t>1997-10-21</w:t>
            </w:r>
          </w:p>
        </w:tc>
        <w:tc>
          <w:tcPr>
            <w:tcW w:w="1181" w:type="dxa"/>
            <w:shd w:val="clear" w:color="auto" w:fill="F2F2F2"/>
            <w:vAlign w:val="center"/>
          </w:tcPr>
          <w:p w:rsidR="00043C3B" w:rsidRDefault="004B4BFF">
            <w:r>
              <w:rPr>
                <w:sz w:val="11"/>
              </w:rPr>
              <w:t>1997-12-19</w:t>
            </w:r>
          </w:p>
        </w:tc>
        <w:tc>
          <w:tcPr>
            <w:tcW w:w="1037" w:type="dxa"/>
            <w:shd w:val="clear" w:color="auto" w:fill="F2F2F2"/>
            <w:vAlign w:val="center"/>
          </w:tcPr>
          <w:p w:rsidR="00043C3B" w:rsidRDefault="004B4BFF">
            <w:r>
              <w:rPr>
                <w:sz w:val="11"/>
              </w:rPr>
              <w:t>2003-12-19</w:t>
            </w:r>
          </w:p>
        </w:tc>
        <w:tc>
          <w:tcPr>
            <w:tcW w:w="1037" w:type="dxa"/>
            <w:shd w:val="clear" w:color="auto" w:fill="F2F2F2"/>
            <w:vAlign w:val="center"/>
          </w:tcPr>
          <w:p w:rsidR="00043C3B" w:rsidRDefault="00043C3B"/>
        </w:tc>
        <w:tc>
          <w:tcPr>
            <w:tcW w:w="1181" w:type="dxa"/>
            <w:shd w:val="clear" w:color="auto" w:fill="F2F2F2"/>
            <w:vAlign w:val="center"/>
          </w:tcPr>
          <w:p w:rsidR="00043C3B" w:rsidRDefault="004B4BFF">
            <w:r>
              <w:rPr>
                <w:sz w:val="11"/>
              </w:rPr>
              <w:t>2004-01-19</w:t>
            </w:r>
          </w:p>
        </w:tc>
      </w:tr>
      <w:tr w:rsidR="00043C3B">
        <w:trPr>
          <w:jc w:val="center"/>
        </w:trPr>
        <w:tc>
          <w:tcPr>
            <w:tcW w:w="1325" w:type="dxa"/>
            <w:shd w:val="clear" w:color="auto" w:fill="F2F2F2"/>
            <w:vAlign w:val="center"/>
          </w:tcPr>
          <w:p w:rsidR="00043C3B" w:rsidRDefault="004B4BFF">
            <w:r>
              <w:rPr>
                <w:sz w:val="11"/>
              </w:rPr>
              <w:t>882 18</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Teledesic]</w:t>
            </w:r>
          </w:p>
        </w:tc>
        <w:tc>
          <w:tcPr>
            <w:tcW w:w="1987" w:type="dxa"/>
            <w:shd w:val="clear" w:color="auto" w:fill="F2F2F2"/>
            <w:vAlign w:val="center"/>
          </w:tcPr>
          <w:p w:rsidR="00043C3B" w:rsidRDefault="004B4BFF">
            <w:r>
              <w:rPr>
                <w:sz w:val="11"/>
              </w:rPr>
              <w:t>[Formerly Teledesic Global Network]</w:t>
            </w:r>
          </w:p>
        </w:tc>
        <w:tc>
          <w:tcPr>
            <w:tcW w:w="1123" w:type="dxa"/>
            <w:shd w:val="clear" w:color="auto" w:fill="F2F2F2"/>
            <w:vAlign w:val="center"/>
          </w:tcPr>
          <w:p w:rsidR="00043C3B" w:rsidRDefault="004B4BFF">
            <w:r>
              <w:rPr>
                <w:sz w:val="11"/>
              </w:rPr>
              <w:t>1998-02-10</w:t>
            </w:r>
          </w:p>
        </w:tc>
        <w:tc>
          <w:tcPr>
            <w:tcW w:w="1181" w:type="dxa"/>
            <w:shd w:val="clear" w:color="auto" w:fill="F2F2F2"/>
            <w:vAlign w:val="center"/>
          </w:tcPr>
          <w:p w:rsidR="00043C3B" w:rsidRDefault="004B4BFF">
            <w:r>
              <w:rPr>
                <w:sz w:val="11"/>
              </w:rPr>
              <w:t>1998-04-20</w:t>
            </w:r>
          </w:p>
        </w:tc>
        <w:tc>
          <w:tcPr>
            <w:tcW w:w="1037" w:type="dxa"/>
            <w:shd w:val="clear" w:color="auto" w:fill="F2F2F2"/>
            <w:vAlign w:val="center"/>
          </w:tcPr>
          <w:p w:rsidR="00043C3B" w:rsidRDefault="004B4BFF">
            <w:r>
              <w:rPr>
                <w:sz w:val="11"/>
              </w:rPr>
              <w:t>2001-04-20</w:t>
            </w:r>
          </w:p>
        </w:tc>
        <w:tc>
          <w:tcPr>
            <w:tcW w:w="1037" w:type="dxa"/>
            <w:shd w:val="clear" w:color="auto" w:fill="F2F2F2"/>
            <w:vAlign w:val="center"/>
          </w:tcPr>
          <w:p w:rsidR="00043C3B" w:rsidRDefault="00043C3B"/>
        </w:tc>
        <w:tc>
          <w:tcPr>
            <w:tcW w:w="1181" w:type="dxa"/>
            <w:shd w:val="clear" w:color="auto" w:fill="F2F2F2"/>
            <w:vAlign w:val="center"/>
          </w:tcPr>
          <w:p w:rsidR="00043C3B" w:rsidRDefault="004B4BFF">
            <w:r>
              <w:rPr>
                <w:sz w:val="11"/>
              </w:rPr>
              <w:t>2001-11-19</w:t>
            </w:r>
          </w:p>
        </w:tc>
      </w:tr>
      <w:tr w:rsidR="00043C3B">
        <w:trPr>
          <w:jc w:val="center"/>
        </w:trPr>
        <w:tc>
          <w:tcPr>
            <w:tcW w:w="1325" w:type="dxa"/>
            <w:shd w:val="clear" w:color="auto" w:fill="F2F2F2"/>
            <w:vAlign w:val="center"/>
          </w:tcPr>
          <w:p w:rsidR="00043C3B" w:rsidRDefault="004B4BFF">
            <w:r>
              <w:rPr>
                <w:sz w:val="11"/>
              </w:rPr>
              <w:t>882 19</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Telecom Italia]</w:t>
            </w:r>
          </w:p>
        </w:tc>
        <w:tc>
          <w:tcPr>
            <w:tcW w:w="1987" w:type="dxa"/>
            <w:shd w:val="clear" w:color="auto" w:fill="F2F2F2"/>
            <w:vAlign w:val="center"/>
          </w:tcPr>
          <w:p w:rsidR="00043C3B" w:rsidRDefault="004B4BFF">
            <w:r>
              <w:rPr>
                <w:sz w:val="11"/>
              </w:rPr>
              <w:t>[Formerly Telecom Italia Global Network]</w:t>
            </w:r>
          </w:p>
        </w:tc>
        <w:tc>
          <w:tcPr>
            <w:tcW w:w="1123" w:type="dxa"/>
            <w:shd w:val="clear" w:color="auto" w:fill="F2F2F2"/>
            <w:vAlign w:val="center"/>
          </w:tcPr>
          <w:p w:rsidR="00043C3B" w:rsidRDefault="004B4BFF">
            <w:r>
              <w:rPr>
                <w:sz w:val="11"/>
              </w:rPr>
              <w:t>1998-02-26</w:t>
            </w:r>
          </w:p>
        </w:tc>
        <w:tc>
          <w:tcPr>
            <w:tcW w:w="1181" w:type="dxa"/>
            <w:shd w:val="clear" w:color="auto" w:fill="F2F2F2"/>
            <w:vAlign w:val="center"/>
          </w:tcPr>
          <w:p w:rsidR="00043C3B" w:rsidRDefault="004B4BFF">
            <w:r>
              <w:rPr>
                <w:sz w:val="11"/>
              </w:rPr>
              <w:t>1998-04-20</w:t>
            </w:r>
          </w:p>
        </w:tc>
        <w:tc>
          <w:tcPr>
            <w:tcW w:w="1037" w:type="dxa"/>
            <w:shd w:val="clear" w:color="auto" w:fill="F2F2F2"/>
            <w:vAlign w:val="center"/>
          </w:tcPr>
          <w:p w:rsidR="00043C3B" w:rsidRDefault="004B4BFF">
            <w:r>
              <w:rPr>
                <w:sz w:val="11"/>
              </w:rPr>
              <w:t>2002-04-20</w:t>
            </w:r>
          </w:p>
        </w:tc>
        <w:tc>
          <w:tcPr>
            <w:tcW w:w="1037" w:type="dxa"/>
            <w:shd w:val="clear" w:color="auto" w:fill="F2F2F2"/>
            <w:vAlign w:val="center"/>
          </w:tcPr>
          <w:p w:rsidR="00043C3B" w:rsidRDefault="00043C3B"/>
        </w:tc>
        <w:tc>
          <w:tcPr>
            <w:tcW w:w="1181" w:type="dxa"/>
            <w:shd w:val="clear" w:color="auto" w:fill="F2F2F2"/>
            <w:vAlign w:val="center"/>
          </w:tcPr>
          <w:p w:rsidR="00043C3B" w:rsidRDefault="004B4BFF">
            <w:r>
              <w:rPr>
                <w:sz w:val="11"/>
              </w:rPr>
              <w:t>2002-07-15</w:t>
            </w:r>
          </w:p>
        </w:tc>
      </w:tr>
      <w:tr w:rsidR="00043C3B">
        <w:trPr>
          <w:jc w:val="center"/>
        </w:trPr>
        <w:tc>
          <w:tcPr>
            <w:tcW w:w="1325" w:type="dxa"/>
            <w:shd w:val="clear" w:color="auto" w:fill="F2F2F2"/>
            <w:vAlign w:val="center"/>
          </w:tcPr>
          <w:p w:rsidR="00043C3B" w:rsidRDefault="004B4BFF">
            <w:r>
              <w:rPr>
                <w:sz w:val="11"/>
              </w:rPr>
              <w:lastRenderedPageBreak/>
              <w:t>882 20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Asia Cellular Satellite (AceS)]</w:t>
            </w:r>
          </w:p>
        </w:tc>
        <w:tc>
          <w:tcPr>
            <w:tcW w:w="1987" w:type="dxa"/>
            <w:shd w:val="clear" w:color="auto" w:fill="F2F2F2"/>
            <w:vAlign w:val="center"/>
          </w:tcPr>
          <w:p w:rsidR="00043C3B" w:rsidRDefault="004B4BFF">
            <w:r>
              <w:rPr>
                <w:sz w:val="11"/>
              </w:rPr>
              <w:t>[Formerly Garuda Mobile Telecommunication Satellite System]</w:t>
            </w:r>
          </w:p>
        </w:tc>
        <w:tc>
          <w:tcPr>
            <w:tcW w:w="1123" w:type="dxa"/>
            <w:shd w:val="clear" w:color="auto" w:fill="F2F2F2"/>
            <w:vAlign w:val="center"/>
          </w:tcPr>
          <w:p w:rsidR="00043C3B" w:rsidRDefault="004B4BFF">
            <w:r>
              <w:rPr>
                <w:sz w:val="11"/>
              </w:rPr>
              <w:t>1994-11-29</w:t>
            </w:r>
          </w:p>
        </w:tc>
        <w:tc>
          <w:tcPr>
            <w:tcW w:w="1181" w:type="dxa"/>
            <w:shd w:val="clear" w:color="auto" w:fill="F2F2F2"/>
            <w:vAlign w:val="center"/>
          </w:tcPr>
          <w:p w:rsidR="00043C3B" w:rsidRDefault="004B4BFF">
            <w:r>
              <w:rPr>
                <w:sz w:val="11"/>
              </w:rPr>
              <w:t>1998-07-24</w:t>
            </w:r>
          </w:p>
        </w:tc>
        <w:tc>
          <w:tcPr>
            <w:tcW w:w="1037" w:type="dxa"/>
            <w:shd w:val="clear" w:color="auto" w:fill="F2F2F2"/>
            <w:vAlign w:val="center"/>
          </w:tcPr>
          <w:p w:rsidR="00043C3B" w:rsidRDefault="004B4BFF">
            <w:r>
              <w:rPr>
                <w:sz w:val="11"/>
              </w:rPr>
              <w:t>2002-07-24</w:t>
            </w:r>
          </w:p>
        </w:tc>
        <w:tc>
          <w:tcPr>
            <w:tcW w:w="1037" w:type="dxa"/>
            <w:shd w:val="clear" w:color="auto" w:fill="F2F2F2"/>
            <w:vAlign w:val="center"/>
          </w:tcPr>
          <w:p w:rsidR="00043C3B" w:rsidRDefault="004B4BFF">
            <w:r>
              <w:rPr>
                <w:sz w:val="11"/>
              </w:rPr>
              <w:t>2003-06-11</w:t>
            </w:r>
          </w:p>
        </w:tc>
        <w:tc>
          <w:tcPr>
            <w:tcW w:w="1181" w:type="dxa"/>
            <w:shd w:val="clear" w:color="auto" w:fill="F2F2F2"/>
            <w:vAlign w:val="center"/>
          </w:tcPr>
          <w:p w:rsidR="00043C3B" w:rsidRDefault="004B4BFF">
            <w:r>
              <w:rPr>
                <w:sz w:val="11"/>
              </w:rPr>
              <w:t>2015-12-15</w:t>
            </w:r>
          </w:p>
        </w:tc>
      </w:tr>
      <w:tr w:rsidR="00043C3B">
        <w:trPr>
          <w:jc w:val="center"/>
        </w:trPr>
        <w:tc>
          <w:tcPr>
            <w:tcW w:w="1325" w:type="dxa"/>
            <w:shd w:val="clear" w:color="auto" w:fill="F2F2F2"/>
            <w:vAlign w:val="center"/>
          </w:tcPr>
          <w:p w:rsidR="00043C3B" w:rsidRDefault="004B4BFF">
            <w:r>
              <w:rPr>
                <w:sz w:val="11"/>
              </w:rPr>
              <w:t>882 21</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Ameritech]</w:t>
            </w:r>
          </w:p>
        </w:tc>
        <w:tc>
          <w:tcPr>
            <w:tcW w:w="1987" w:type="dxa"/>
            <w:shd w:val="clear" w:color="auto" w:fill="F2F2F2"/>
            <w:vAlign w:val="center"/>
          </w:tcPr>
          <w:p w:rsidR="00043C3B" w:rsidRDefault="004B4BFF">
            <w:r>
              <w:rPr>
                <w:sz w:val="11"/>
              </w:rPr>
              <w:t>[Formerly Ameritechs Gateway Global Service, Inc. (AGGSI) network]</w:t>
            </w:r>
          </w:p>
        </w:tc>
        <w:tc>
          <w:tcPr>
            <w:tcW w:w="1123" w:type="dxa"/>
            <w:shd w:val="clear" w:color="auto" w:fill="F2F2F2"/>
            <w:vAlign w:val="center"/>
          </w:tcPr>
          <w:p w:rsidR="00043C3B" w:rsidRDefault="004B4BFF">
            <w:r>
              <w:rPr>
                <w:sz w:val="11"/>
              </w:rPr>
              <w:t>1998-06-01</w:t>
            </w:r>
          </w:p>
        </w:tc>
        <w:tc>
          <w:tcPr>
            <w:tcW w:w="1181" w:type="dxa"/>
            <w:shd w:val="clear" w:color="auto" w:fill="F2F2F2"/>
            <w:vAlign w:val="center"/>
          </w:tcPr>
          <w:p w:rsidR="00043C3B" w:rsidRDefault="004B4BFF">
            <w:r>
              <w:rPr>
                <w:sz w:val="11"/>
              </w:rPr>
              <w:t>1998-07-24</w:t>
            </w:r>
          </w:p>
        </w:tc>
        <w:tc>
          <w:tcPr>
            <w:tcW w:w="1037" w:type="dxa"/>
            <w:shd w:val="clear" w:color="auto" w:fill="F2F2F2"/>
            <w:vAlign w:val="center"/>
          </w:tcPr>
          <w:p w:rsidR="00043C3B" w:rsidRDefault="004B4BFF">
            <w:r>
              <w:rPr>
                <w:sz w:val="11"/>
              </w:rPr>
              <w:t>2001-07-24</w:t>
            </w:r>
          </w:p>
        </w:tc>
        <w:tc>
          <w:tcPr>
            <w:tcW w:w="1037" w:type="dxa"/>
            <w:shd w:val="clear" w:color="auto" w:fill="F2F2F2"/>
            <w:vAlign w:val="center"/>
          </w:tcPr>
          <w:p w:rsidR="00043C3B" w:rsidRDefault="00043C3B"/>
        </w:tc>
        <w:tc>
          <w:tcPr>
            <w:tcW w:w="1181" w:type="dxa"/>
            <w:shd w:val="clear" w:color="auto" w:fill="F2F2F2"/>
            <w:vAlign w:val="center"/>
          </w:tcPr>
          <w:p w:rsidR="00043C3B" w:rsidRDefault="004B4BFF">
            <w:r>
              <w:rPr>
                <w:sz w:val="11"/>
              </w:rPr>
              <w:t>2001-11-19</w:t>
            </w:r>
          </w:p>
        </w:tc>
      </w:tr>
      <w:tr w:rsidR="00043C3B">
        <w:trPr>
          <w:jc w:val="center"/>
        </w:trPr>
        <w:tc>
          <w:tcPr>
            <w:tcW w:w="1325" w:type="dxa"/>
            <w:shd w:val="clear" w:color="auto" w:fill="F2F2F2"/>
            <w:vAlign w:val="center"/>
          </w:tcPr>
          <w:p w:rsidR="00043C3B" w:rsidRDefault="004B4BFF">
            <w:r>
              <w:rPr>
                <w:sz w:val="11"/>
              </w:rPr>
              <w:t>882 22</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Cable &amp; Wireless plc]</w:t>
            </w:r>
          </w:p>
        </w:tc>
        <w:tc>
          <w:tcPr>
            <w:tcW w:w="1987" w:type="dxa"/>
            <w:shd w:val="clear" w:color="auto" w:fill="F2F2F2"/>
            <w:vAlign w:val="center"/>
          </w:tcPr>
          <w:p w:rsidR="00043C3B" w:rsidRDefault="004B4BFF">
            <w:r>
              <w:rPr>
                <w:sz w:val="11"/>
              </w:rPr>
              <w:t>[Formerly Cable &amp; Wireless Global Network]</w:t>
            </w:r>
          </w:p>
        </w:tc>
        <w:tc>
          <w:tcPr>
            <w:tcW w:w="1123" w:type="dxa"/>
            <w:shd w:val="clear" w:color="auto" w:fill="F2F2F2"/>
            <w:vAlign w:val="center"/>
          </w:tcPr>
          <w:p w:rsidR="00043C3B" w:rsidRDefault="004B4BFF">
            <w:r>
              <w:rPr>
                <w:sz w:val="11"/>
              </w:rPr>
              <w:t>1998-06-12</w:t>
            </w:r>
          </w:p>
        </w:tc>
        <w:tc>
          <w:tcPr>
            <w:tcW w:w="1181" w:type="dxa"/>
            <w:shd w:val="clear" w:color="auto" w:fill="F2F2F2"/>
            <w:vAlign w:val="center"/>
          </w:tcPr>
          <w:p w:rsidR="00043C3B" w:rsidRDefault="004B4BFF">
            <w:r>
              <w:rPr>
                <w:sz w:val="11"/>
              </w:rPr>
              <w:t>1998-07-24</w:t>
            </w:r>
          </w:p>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1998-12-01</w:t>
            </w:r>
          </w:p>
        </w:tc>
        <w:tc>
          <w:tcPr>
            <w:tcW w:w="1181" w:type="dxa"/>
            <w:shd w:val="clear" w:color="auto" w:fill="F2F2F2"/>
            <w:vAlign w:val="center"/>
          </w:tcPr>
          <w:p w:rsidR="00043C3B" w:rsidRDefault="004B4BFF">
            <w:r>
              <w:rPr>
                <w:sz w:val="11"/>
              </w:rPr>
              <w:t>2022-03-04</w:t>
            </w:r>
          </w:p>
        </w:tc>
      </w:tr>
      <w:tr w:rsidR="00043C3B">
        <w:trPr>
          <w:jc w:val="center"/>
        </w:trPr>
        <w:tc>
          <w:tcPr>
            <w:tcW w:w="1325" w:type="dxa"/>
            <w:vAlign w:val="center"/>
          </w:tcPr>
          <w:p w:rsidR="00043C3B" w:rsidRDefault="004B4BFF">
            <w:r>
              <w:rPr>
                <w:sz w:val="11"/>
              </w:rPr>
              <w:t>882 23</w:t>
            </w:r>
          </w:p>
        </w:tc>
        <w:tc>
          <w:tcPr>
            <w:tcW w:w="605" w:type="dxa"/>
            <w:vAlign w:val="center"/>
          </w:tcPr>
          <w:p w:rsidR="00043C3B" w:rsidRDefault="004B4BFF">
            <w:r>
              <w:rPr>
                <w:sz w:val="11"/>
              </w:rPr>
              <w:t>A</w:t>
            </w:r>
          </w:p>
        </w:tc>
        <w:tc>
          <w:tcPr>
            <w:tcW w:w="1987" w:type="dxa"/>
            <w:vAlign w:val="center"/>
          </w:tcPr>
          <w:p w:rsidR="00043C3B" w:rsidRDefault="004B4BFF">
            <w:r>
              <w:rPr>
                <w:sz w:val="11"/>
              </w:rPr>
              <w:t>Sita-Equant Joint Venture</w:t>
            </w:r>
          </w:p>
        </w:tc>
        <w:tc>
          <w:tcPr>
            <w:tcW w:w="1987" w:type="dxa"/>
            <w:vAlign w:val="center"/>
          </w:tcPr>
          <w:p w:rsidR="00043C3B" w:rsidRDefault="004B4BFF">
            <w:r>
              <w:rPr>
                <w:sz w:val="11"/>
              </w:rPr>
              <w:t>Sita-Equant Network</w:t>
            </w:r>
          </w:p>
        </w:tc>
        <w:tc>
          <w:tcPr>
            <w:tcW w:w="1123" w:type="dxa"/>
            <w:vAlign w:val="center"/>
          </w:tcPr>
          <w:p w:rsidR="00043C3B" w:rsidRDefault="004B4BFF">
            <w:r>
              <w:rPr>
                <w:sz w:val="11"/>
              </w:rPr>
              <w:t>1998-03-02</w:t>
            </w:r>
          </w:p>
        </w:tc>
        <w:tc>
          <w:tcPr>
            <w:tcW w:w="1181" w:type="dxa"/>
            <w:vAlign w:val="center"/>
          </w:tcPr>
          <w:p w:rsidR="00043C3B" w:rsidRDefault="004B4BFF">
            <w:r>
              <w:rPr>
                <w:sz w:val="11"/>
              </w:rPr>
              <w:t>2001-11-26</w:t>
            </w:r>
          </w:p>
        </w:tc>
        <w:tc>
          <w:tcPr>
            <w:tcW w:w="1037" w:type="dxa"/>
            <w:vAlign w:val="center"/>
          </w:tcPr>
          <w:p w:rsidR="00043C3B" w:rsidRDefault="004B4BFF">
            <w:r>
              <w:rPr>
                <w:sz w:val="11"/>
              </w:rPr>
              <w:t>2002-09-07</w:t>
            </w:r>
          </w:p>
        </w:tc>
        <w:tc>
          <w:tcPr>
            <w:tcW w:w="1037" w:type="dxa"/>
            <w:vAlign w:val="center"/>
          </w:tcPr>
          <w:p w:rsidR="00043C3B" w:rsidRDefault="004B4BFF">
            <w:r>
              <w:rPr>
                <w:sz w:val="11"/>
              </w:rPr>
              <w:t>2002-09-05</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882 24</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TeliaSonera AB]</w:t>
            </w:r>
          </w:p>
        </w:tc>
        <w:tc>
          <w:tcPr>
            <w:tcW w:w="1987" w:type="dxa"/>
            <w:shd w:val="clear" w:color="auto" w:fill="F2F2F2"/>
            <w:vAlign w:val="center"/>
          </w:tcPr>
          <w:p w:rsidR="00043C3B" w:rsidRDefault="004B4BFF">
            <w:r>
              <w:rPr>
                <w:sz w:val="11"/>
              </w:rPr>
              <w:t>[Formerly TeliaSonera multinational ATM Network]</w:t>
            </w:r>
          </w:p>
        </w:tc>
        <w:tc>
          <w:tcPr>
            <w:tcW w:w="1123" w:type="dxa"/>
            <w:shd w:val="clear" w:color="auto" w:fill="F2F2F2"/>
            <w:vAlign w:val="center"/>
          </w:tcPr>
          <w:p w:rsidR="00043C3B" w:rsidRDefault="004B4BFF">
            <w:r>
              <w:rPr>
                <w:sz w:val="11"/>
              </w:rPr>
              <w:t>1998-08-07</w:t>
            </w:r>
          </w:p>
        </w:tc>
        <w:tc>
          <w:tcPr>
            <w:tcW w:w="1181" w:type="dxa"/>
            <w:shd w:val="clear" w:color="auto" w:fill="F2F2F2"/>
            <w:vAlign w:val="center"/>
          </w:tcPr>
          <w:p w:rsidR="00043C3B" w:rsidRDefault="004B4BFF">
            <w:r>
              <w:rPr>
                <w:sz w:val="11"/>
              </w:rPr>
              <w:t>1998-11-02</w:t>
            </w:r>
          </w:p>
        </w:tc>
        <w:tc>
          <w:tcPr>
            <w:tcW w:w="1037" w:type="dxa"/>
            <w:shd w:val="clear" w:color="auto" w:fill="F2F2F2"/>
            <w:vAlign w:val="center"/>
          </w:tcPr>
          <w:p w:rsidR="00043C3B" w:rsidRDefault="004B4BFF">
            <w:r>
              <w:rPr>
                <w:sz w:val="11"/>
              </w:rPr>
              <w:t>2001-11-02</w:t>
            </w:r>
          </w:p>
        </w:tc>
        <w:tc>
          <w:tcPr>
            <w:tcW w:w="1037" w:type="dxa"/>
            <w:shd w:val="clear" w:color="auto" w:fill="F2F2F2"/>
            <w:vAlign w:val="center"/>
          </w:tcPr>
          <w:p w:rsidR="00043C3B" w:rsidRDefault="004B4BFF">
            <w:r>
              <w:rPr>
                <w:sz w:val="11"/>
              </w:rPr>
              <w:t>2000-09-05</w:t>
            </w:r>
          </w:p>
        </w:tc>
        <w:tc>
          <w:tcPr>
            <w:tcW w:w="1181" w:type="dxa"/>
            <w:shd w:val="clear" w:color="auto" w:fill="F2F2F2"/>
            <w:vAlign w:val="center"/>
          </w:tcPr>
          <w:p w:rsidR="00043C3B" w:rsidRDefault="004B4BFF">
            <w:r>
              <w:rPr>
                <w:sz w:val="11"/>
              </w:rPr>
              <w:t>2012-03-23</w:t>
            </w:r>
          </w:p>
        </w:tc>
      </w:tr>
      <w:tr w:rsidR="00043C3B">
        <w:trPr>
          <w:jc w:val="center"/>
        </w:trPr>
        <w:tc>
          <w:tcPr>
            <w:tcW w:w="1325" w:type="dxa"/>
            <w:shd w:val="clear" w:color="auto" w:fill="F2F2F2"/>
            <w:vAlign w:val="center"/>
          </w:tcPr>
          <w:p w:rsidR="00043C3B" w:rsidRDefault="004B4BFF">
            <w:r>
              <w:rPr>
                <w:sz w:val="11"/>
              </w:rPr>
              <w:t>882 25</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Constellation Comms]</w:t>
            </w:r>
          </w:p>
        </w:tc>
        <w:tc>
          <w:tcPr>
            <w:tcW w:w="1987" w:type="dxa"/>
            <w:shd w:val="clear" w:color="auto" w:fill="F2F2F2"/>
            <w:vAlign w:val="center"/>
          </w:tcPr>
          <w:p w:rsidR="00043C3B" w:rsidRDefault="004B4BFF">
            <w:r>
              <w:rPr>
                <w:sz w:val="11"/>
              </w:rPr>
              <w:t>[Formerly Constellation System]</w:t>
            </w:r>
          </w:p>
        </w:tc>
        <w:tc>
          <w:tcPr>
            <w:tcW w:w="1123" w:type="dxa"/>
            <w:shd w:val="clear" w:color="auto" w:fill="F2F2F2"/>
            <w:vAlign w:val="center"/>
          </w:tcPr>
          <w:p w:rsidR="00043C3B" w:rsidRDefault="004B4BFF">
            <w:r>
              <w:rPr>
                <w:sz w:val="11"/>
              </w:rPr>
              <w:t>1998-10-28</w:t>
            </w:r>
          </w:p>
        </w:tc>
        <w:tc>
          <w:tcPr>
            <w:tcW w:w="1181" w:type="dxa"/>
            <w:shd w:val="clear" w:color="auto" w:fill="F2F2F2"/>
            <w:vAlign w:val="center"/>
          </w:tcPr>
          <w:p w:rsidR="00043C3B" w:rsidRDefault="004B4BFF">
            <w:r>
              <w:rPr>
                <w:sz w:val="11"/>
              </w:rPr>
              <w:t>1998-12-07</w:t>
            </w:r>
          </w:p>
        </w:tc>
        <w:tc>
          <w:tcPr>
            <w:tcW w:w="1037" w:type="dxa"/>
            <w:shd w:val="clear" w:color="auto" w:fill="F2F2F2"/>
            <w:vAlign w:val="center"/>
          </w:tcPr>
          <w:p w:rsidR="00043C3B" w:rsidRDefault="004B4BFF">
            <w:r>
              <w:rPr>
                <w:sz w:val="11"/>
              </w:rPr>
              <w:t>2001-12-07</w:t>
            </w:r>
          </w:p>
        </w:tc>
        <w:tc>
          <w:tcPr>
            <w:tcW w:w="1037" w:type="dxa"/>
            <w:shd w:val="clear" w:color="auto" w:fill="F2F2F2"/>
            <w:vAlign w:val="center"/>
          </w:tcPr>
          <w:p w:rsidR="00043C3B" w:rsidRDefault="00043C3B"/>
        </w:tc>
        <w:tc>
          <w:tcPr>
            <w:tcW w:w="1181" w:type="dxa"/>
            <w:shd w:val="clear" w:color="auto" w:fill="F2F2F2"/>
            <w:vAlign w:val="center"/>
          </w:tcPr>
          <w:p w:rsidR="00043C3B" w:rsidRDefault="004B4BFF">
            <w:r>
              <w:rPr>
                <w:sz w:val="11"/>
              </w:rPr>
              <w:t>2001-12-14</w:t>
            </w:r>
          </w:p>
        </w:tc>
      </w:tr>
      <w:tr w:rsidR="00043C3B">
        <w:trPr>
          <w:jc w:val="center"/>
        </w:trPr>
        <w:tc>
          <w:tcPr>
            <w:tcW w:w="1325" w:type="dxa"/>
            <w:shd w:val="clear" w:color="auto" w:fill="F2F2F2"/>
            <w:vAlign w:val="center"/>
          </w:tcPr>
          <w:p w:rsidR="00043C3B" w:rsidRDefault="004B4BFF">
            <w:r>
              <w:rPr>
                <w:sz w:val="11"/>
              </w:rPr>
              <w:t>882 26</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SBC Communications Inc.]</w:t>
            </w:r>
          </w:p>
        </w:tc>
        <w:tc>
          <w:tcPr>
            <w:tcW w:w="1987" w:type="dxa"/>
            <w:shd w:val="clear" w:color="auto" w:fill="F2F2F2"/>
            <w:vAlign w:val="center"/>
          </w:tcPr>
          <w:p w:rsidR="00043C3B" w:rsidRDefault="004B4BFF">
            <w:r>
              <w:rPr>
                <w:sz w:val="11"/>
              </w:rPr>
              <w:t>[Formerly Global Data Network]</w:t>
            </w:r>
          </w:p>
        </w:tc>
        <w:tc>
          <w:tcPr>
            <w:tcW w:w="1123" w:type="dxa"/>
            <w:shd w:val="clear" w:color="auto" w:fill="F2F2F2"/>
            <w:vAlign w:val="center"/>
          </w:tcPr>
          <w:p w:rsidR="00043C3B" w:rsidRDefault="004B4BFF">
            <w:r>
              <w:rPr>
                <w:sz w:val="11"/>
              </w:rPr>
              <w:t>1999-05-11</w:t>
            </w:r>
          </w:p>
        </w:tc>
        <w:tc>
          <w:tcPr>
            <w:tcW w:w="1181" w:type="dxa"/>
            <w:shd w:val="clear" w:color="auto" w:fill="F2F2F2"/>
            <w:vAlign w:val="center"/>
          </w:tcPr>
          <w:p w:rsidR="00043C3B" w:rsidRDefault="004B4BFF">
            <w:r>
              <w:rPr>
                <w:sz w:val="11"/>
              </w:rPr>
              <w:t>1999-10-08</w:t>
            </w:r>
          </w:p>
        </w:tc>
        <w:tc>
          <w:tcPr>
            <w:tcW w:w="1037" w:type="dxa"/>
            <w:shd w:val="clear" w:color="auto" w:fill="F2F2F2"/>
            <w:vAlign w:val="center"/>
          </w:tcPr>
          <w:p w:rsidR="00043C3B" w:rsidRDefault="004B4BFF">
            <w:r>
              <w:rPr>
                <w:sz w:val="11"/>
              </w:rPr>
              <w:t>2002-10-08</w:t>
            </w:r>
          </w:p>
        </w:tc>
        <w:tc>
          <w:tcPr>
            <w:tcW w:w="1037" w:type="dxa"/>
            <w:shd w:val="clear" w:color="auto" w:fill="F2F2F2"/>
            <w:vAlign w:val="center"/>
          </w:tcPr>
          <w:p w:rsidR="00043C3B" w:rsidRDefault="00043C3B"/>
        </w:tc>
        <w:tc>
          <w:tcPr>
            <w:tcW w:w="1181" w:type="dxa"/>
            <w:shd w:val="clear" w:color="auto" w:fill="F2F2F2"/>
            <w:vAlign w:val="center"/>
          </w:tcPr>
          <w:p w:rsidR="00043C3B" w:rsidRDefault="004B4BFF">
            <w:r>
              <w:rPr>
                <w:sz w:val="11"/>
              </w:rPr>
              <w:t>2003-03-05</w:t>
            </w:r>
          </w:p>
        </w:tc>
      </w:tr>
      <w:tr w:rsidR="00043C3B">
        <w:trPr>
          <w:jc w:val="center"/>
        </w:trPr>
        <w:tc>
          <w:tcPr>
            <w:tcW w:w="1325" w:type="dxa"/>
            <w:shd w:val="clear" w:color="auto" w:fill="F2F2F2"/>
            <w:vAlign w:val="center"/>
          </w:tcPr>
          <w:p w:rsidR="00043C3B" w:rsidRDefault="004B4BFF">
            <w:r>
              <w:rPr>
                <w:sz w:val="11"/>
              </w:rPr>
              <w:t>882 27</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Williams Communications Inc.]</w:t>
            </w:r>
          </w:p>
        </w:tc>
        <w:tc>
          <w:tcPr>
            <w:tcW w:w="1987" w:type="dxa"/>
            <w:shd w:val="clear" w:color="auto" w:fill="F2F2F2"/>
            <w:vAlign w:val="center"/>
          </w:tcPr>
          <w:p w:rsidR="00043C3B" w:rsidRDefault="004B4BFF">
            <w:r>
              <w:rPr>
                <w:sz w:val="11"/>
              </w:rPr>
              <w:t>[Formerly Williams Communications Network]</w:t>
            </w:r>
          </w:p>
        </w:tc>
        <w:tc>
          <w:tcPr>
            <w:tcW w:w="1123" w:type="dxa"/>
            <w:shd w:val="clear" w:color="auto" w:fill="F2F2F2"/>
            <w:vAlign w:val="center"/>
          </w:tcPr>
          <w:p w:rsidR="00043C3B" w:rsidRDefault="004B4BFF">
            <w:r>
              <w:rPr>
                <w:sz w:val="11"/>
              </w:rPr>
              <w:t>1999-10-29</w:t>
            </w:r>
          </w:p>
        </w:tc>
        <w:tc>
          <w:tcPr>
            <w:tcW w:w="1181" w:type="dxa"/>
            <w:shd w:val="clear" w:color="auto" w:fill="F2F2F2"/>
            <w:vAlign w:val="center"/>
          </w:tcPr>
          <w:p w:rsidR="00043C3B" w:rsidRDefault="004B4BFF">
            <w:r>
              <w:rPr>
                <w:sz w:val="11"/>
              </w:rPr>
              <w:t>2000-08-15</w:t>
            </w:r>
          </w:p>
        </w:tc>
        <w:tc>
          <w:tcPr>
            <w:tcW w:w="1037" w:type="dxa"/>
            <w:shd w:val="clear" w:color="auto" w:fill="F2F2F2"/>
            <w:vAlign w:val="center"/>
          </w:tcPr>
          <w:p w:rsidR="00043C3B" w:rsidRDefault="004B4BFF">
            <w:r>
              <w:rPr>
                <w:sz w:val="11"/>
              </w:rPr>
              <w:t>2003-05-22</w:t>
            </w:r>
          </w:p>
        </w:tc>
        <w:tc>
          <w:tcPr>
            <w:tcW w:w="1037" w:type="dxa"/>
            <w:shd w:val="clear" w:color="auto" w:fill="F2F2F2"/>
            <w:vAlign w:val="center"/>
          </w:tcPr>
          <w:p w:rsidR="00043C3B" w:rsidRDefault="00043C3B"/>
        </w:tc>
        <w:tc>
          <w:tcPr>
            <w:tcW w:w="1181" w:type="dxa"/>
            <w:shd w:val="clear" w:color="auto" w:fill="F2F2F2"/>
            <w:vAlign w:val="center"/>
          </w:tcPr>
          <w:p w:rsidR="00043C3B" w:rsidRDefault="004B4BFF">
            <w:r>
              <w:rPr>
                <w:sz w:val="11"/>
              </w:rPr>
              <w:t>2003-08-22</w:t>
            </w:r>
          </w:p>
        </w:tc>
      </w:tr>
      <w:tr w:rsidR="00043C3B">
        <w:trPr>
          <w:jc w:val="center"/>
        </w:trPr>
        <w:tc>
          <w:tcPr>
            <w:tcW w:w="1325" w:type="dxa"/>
            <w:vAlign w:val="center"/>
          </w:tcPr>
          <w:p w:rsidR="00043C3B" w:rsidRDefault="004B4BFF">
            <w:r>
              <w:rPr>
                <w:sz w:val="11"/>
              </w:rPr>
              <w:t>882 28</w:t>
            </w:r>
          </w:p>
        </w:tc>
        <w:tc>
          <w:tcPr>
            <w:tcW w:w="605" w:type="dxa"/>
            <w:vAlign w:val="center"/>
          </w:tcPr>
          <w:p w:rsidR="00043C3B" w:rsidRDefault="004B4BFF">
            <w:r>
              <w:rPr>
                <w:sz w:val="11"/>
              </w:rPr>
              <w:t>A</w:t>
            </w:r>
          </w:p>
        </w:tc>
        <w:tc>
          <w:tcPr>
            <w:tcW w:w="1987" w:type="dxa"/>
            <w:vAlign w:val="center"/>
          </w:tcPr>
          <w:p w:rsidR="00043C3B" w:rsidRDefault="004B4BFF">
            <w:r>
              <w:rPr>
                <w:sz w:val="11"/>
              </w:rPr>
              <w:t>Deutsche Telekom AG</w:t>
            </w:r>
          </w:p>
        </w:tc>
        <w:tc>
          <w:tcPr>
            <w:tcW w:w="1987" w:type="dxa"/>
            <w:vAlign w:val="center"/>
          </w:tcPr>
          <w:p w:rsidR="00043C3B" w:rsidRDefault="004B4BFF">
            <w:r>
              <w:rPr>
                <w:sz w:val="11"/>
              </w:rPr>
              <w:t>Deutsche Telekom's Next Generation Network</w:t>
            </w:r>
          </w:p>
        </w:tc>
        <w:tc>
          <w:tcPr>
            <w:tcW w:w="1123" w:type="dxa"/>
            <w:vAlign w:val="center"/>
          </w:tcPr>
          <w:p w:rsidR="00043C3B" w:rsidRDefault="004B4BFF">
            <w:r>
              <w:rPr>
                <w:sz w:val="11"/>
              </w:rPr>
              <w:t>2000-08-15</w:t>
            </w:r>
          </w:p>
        </w:tc>
        <w:tc>
          <w:tcPr>
            <w:tcW w:w="1181" w:type="dxa"/>
            <w:vAlign w:val="center"/>
          </w:tcPr>
          <w:p w:rsidR="00043C3B" w:rsidRDefault="004B4BFF">
            <w:r>
              <w:rPr>
                <w:sz w:val="11"/>
              </w:rPr>
              <w:t>2000-10-26</w:t>
            </w:r>
          </w:p>
        </w:tc>
        <w:tc>
          <w:tcPr>
            <w:tcW w:w="1037" w:type="dxa"/>
            <w:vAlign w:val="center"/>
          </w:tcPr>
          <w:p w:rsidR="00043C3B" w:rsidRDefault="004B4BFF">
            <w:r>
              <w:rPr>
                <w:sz w:val="11"/>
              </w:rPr>
              <w:t>2003-10-26</w:t>
            </w:r>
          </w:p>
        </w:tc>
        <w:tc>
          <w:tcPr>
            <w:tcW w:w="1037" w:type="dxa"/>
            <w:vAlign w:val="center"/>
          </w:tcPr>
          <w:p w:rsidR="00043C3B" w:rsidRDefault="004B4BFF">
            <w:r>
              <w:rPr>
                <w:sz w:val="11"/>
              </w:rPr>
              <w:t>2003-12-12</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882 29</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Q-Tel (NZ) Ltd (Formerly World IT)]</w:t>
            </w:r>
          </w:p>
        </w:tc>
        <w:tc>
          <w:tcPr>
            <w:tcW w:w="1987" w:type="dxa"/>
            <w:shd w:val="clear" w:color="auto" w:fill="F2F2F2"/>
            <w:vAlign w:val="center"/>
          </w:tcPr>
          <w:p w:rsidR="00043C3B" w:rsidRDefault="004B4BFF">
            <w:r>
              <w:rPr>
                <w:sz w:val="11"/>
              </w:rPr>
              <w:t>[Formerly SkyMessenger International]</w:t>
            </w:r>
          </w:p>
        </w:tc>
        <w:tc>
          <w:tcPr>
            <w:tcW w:w="1123" w:type="dxa"/>
            <w:shd w:val="clear" w:color="auto" w:fill="F2F2F2"/>
            <w:vAlign w:val="center"/>
          </w:tcPr>
          <w:p w:rsidR="00043C3B" w:rsidRDefault="004B4BFF">
            <w:r>
              <w:rPr>
                <w:sz w:val="11"/>
              </w:rPr>
              <w:t>2000-11-02</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2001-02-14</w:t>
            </w:r>
          </w:p>
        </w:tc>
        <w:tc>
          <w:tcPr>
            <w:tcW w:w="1181" w:type="dxa"/>
            <w:shd w:val="clear" w:color="auto" w:fill="F2F2F2"/>
            <w:vAlign w:val="center"/>
          </w:tcPr>
          <w:p w:rsidR="00043C3B" w:rsidRDefault="004B4BFF">
            <w:r>
              <w:rPr>
                <w:sz w:val="11"/>
              </w:rPr>
              <w:t>2006-05-31</w:t>
            </w:r>
          </w:p>
        </w:tc>
      </w:tr>
      <w:tr w:rsidR="00043C3B">
        <w:trPr>
          <w:jc w:val="center"/>
        </w:trPr>
        <w:tc>
          <w:tcPr>
            <w:tcW w:w="1325" w:type="dxa"/>
            <w:shd w:val="clear" w:color="auto" w:fill="F2F2F2"/>
            <w:vAlign w:val="center"/>
          </w:tcPr>
          <w:p w:rsidR="00043C3B" w:rsidRDefault="004B4BFF">
            <w:r>
              <w:rPr>
                <w:sz w:val="11"/>
              </w:rPr>
              <w:t>882 30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Singapore Telecom]</w:t>
            </w:r>
          </w:p>
        </w:tc>
        <w:tc>
          <w:tcPr>
            <w:tcW w:w="1987" w:type="dxa"/>
            <w:shd w:val="clear" w:color="auto" w:fill="F2F2F2"/>
            <w:vAlign w:val="center"/>
          </w:tcPr>
          <w:p w:rsidR="00043C3B" w:rsidRDefault="004B4BFF">
            <w:r>
              <w:rPr>
                <w:sz w:val="11"/>
              </w:rPr>
              <w:t>[Formerly Global Reach Network]</w:t>
            </w:r>
          </w:p>
        </w:tc>
        <w:tc>
          <w:tcPr>
            <w:tcW w:w="1123" w:type="dxa"/>
            <w:shd w:val="clear" w:color="auto" w:fill="F2F2F2"/>
            <w:vAlign w:val="center"/>
          </w:tcPr>
          <w:p w:rsidR="00043C3B" w:rsidRDefault="004B4BFF">
            <w:r>
              <w:rPr>
                <w:sz w:val="11"/>
              </w:rPr>
              <w:t>2001-02-06</w:t>
            </w:r>
          </w:p>
        </w:tc>
        <w:tc>
          <w:tcPr>
            <w:tcW w:w="1181" w:type="dxa"/>
            <w:shd w:val="clear" w:color="auto" w:fill="F2F2F2"/>
            <w:vAlign w:val="center"/>
          </w:tcPr>
          <w:p w:rsidR="00043C3B" w:rsidRDefault="004B4BFF">
            <w:r>
              <w:rPr>
                <w:sz w:val="11"/>
              </w:rPr>
              <w:t>2001-05-28</w:t>
            </w:r>
          </w:p>
        </w:tc>
        <w:tc>
          <w:tcPr>
            <w:tcW w:w="1037" w:type="dxa"/>
            <w:shd w:val="clear" w:color="auto" w:fill="F2F2F2"/>
            <w:vAlign w:val="center"/>
          </w:tcPr>
          <w:p w:rsidR="00043C3B" w:rsidRDefault="004B4BFF">
            <w:r>
              <w:rPr>
                <w:sz w:val="11"/>
              </w:rPr>
              <w:t>2005-05-28</w:t>
            </w:r>
          </w:p>
        </w:tc>
        <w:tc>
          <w:tcPr>
            <w:tcW w:w="1037" w:type="dxa"/>
            <w:shd w:val="clear" w:color="auto" w:fill="F2F2F2"/>
            <w:vAlign w:val="center"/>
          </w:tcPr>
          <w:p w:rsidR="00043C3B" w:rsidRDefault="004B4BFF">
            <w:r>
              <w:rPr>
                <w:sz w:val="11"/>
              </w:rPr>
              <w:t>2005-04-15</w:t>
            </w:r>
          </w:p>
        </w:tc>
        <w:tc>
          <w:tcPr>
            <w:tcW w:w="1181" w:type="dxa"/>
            <w:shd w:val="clear" w:color="auto" w:fill="F2F2F2"/>
            <w:vAlign w:val="center"/>
          </w:tcPr>
          <w:p w:rsidR="00043C3B" w:rsidRDefault="004B4BFF">
            <w:r>
              <w:rPr>
                <w:sz w:val="11"/>
              </w:rPr>
              <w:t>2011-06-30</w:t>
            </w:r>
          </w:p>
        </w:tc>
      </w:tr>
      <w:tr w:rsidR="00043C3B">
        <w:trPr>
          <w:jc w:val="center"/>
        </w:trPr>
        <w:tc>
          <w:tcPr>
            <w:tcW w:w="1325" w:type="dxa"/>
            <w:vAlign w:val="center"/>
          </w:tcPr>
          <w:p w:rsidR="00043C3B" w:rsidRDefault="004B4BFF">
            <w:r>
              <w:rPr>
                <w:sz w:val="11"/>
              </w:rPr>
              <w:t>882 31</w:t>
            </w:r>
          </w:p>
        </w:tc>
        <w:tc>
          <w:tcPr>
            <w:tcW w:w="605" w:type="dxa"/>
            <w:vAlign w:val="center"/>
          </w:tcPr>
          <w:p w:rsidR="00043C3B" w:rsidRDefault="004B4BFF">
            <w:r>
              <w:rPr>
                <w:sz w:val="11"/>
              </w:rPr>
              <w:t>A</w:t>
            </w:r>
          </w:p>
        </w:tc>
        <w:tc>
          <w:tcPr>
            <w:tcW w:w="1987" w:type="dxa"/>
            <w:vAlign w:val="center"/>
          </w:tcPr>
          <w:p w:rsidR="00043C3B" w:rsidRDefault="004B4BFF">
            <w:r>
              <w:rPr>
                <w:sz w:val="11"/>
              </w:rPr>
              <w:t>Telekom Malaysia</w:t>
            </w:r>
          </w:p>
        </w:tc>
        <w:tc>
          <w:tcPr>
            <w:tcW w:w="1987" w:type="dxa"/>
            <w:vAlign w:val="center"/>
          </w:tcPr>
          <w:p w:rsidR="00043C3B" w:rsidRDefault="004B4BFF">
            <w:r>
              <w:rPr>
                <w:sz w:val="11"/>
              </w:rPr>
              <w:t>Global International ATM Network</w:t>
            </w:r>
          </w:p>
        </w:tc>
        <w:tc>
          <w:tcPr>
            <w:tcW w:w="1123" w:type="dxa"/>
            <w:vAlign w:val="center"/>
          </w:tcPr>
          <w:p w:rsidR="00043C3B" w:rsidRDefault="004B4BFF">
            <w:r>
              <w:rPr>
                <w:sz w:val="11"/>
              </w:rPr>
              <w:t>2001-09-03</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2002-01-01</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882 32</w:t>
            </w:r>
          </w:p>
        </w:tc>
        <w:tc>
          <w:tcPr>
            <w:tcW w:w="605" w:type="dxa"/>
            <w:vAlign w:val="center"/>
          </w:tcPr>
          <w:p w:rsidR="00043C3B" w:rsidRDefault="004B4BFF">
            <w:r>
              <w:rPr>
                <w:sz w:val="11"/>
              </w:rPr>
              <w:t>A</w:t>
            </w:r>
          </w:p>
        </w:tc>
        <w:tc>
          <w:tcPr>
            <w:tcW w:w="1987" w:type="dxa"/>
            <w:vAlign w:val="center"/>
          </w:tcPr>
          <w:p w:rsidR="00043C3B" w:rsidRDefault="004B4BFF">
            <w:r>
              <w:rPr>
                <w:sz w:val="11"/>
              </w:rPr>
              <w:t>Telenor for Maritime Communications Partner (MCP) A.S.</w:t>
            </w:r>
          </w:p>
        </w:tc>
        <w:tc>
          <w:tcPr>
            <w:tcW w:w="1987" w:type="dxa"/>
            <w:vAlign w:val="center"/>
          </w:tcPr>
          <w:p w:rsidR="00043C3B" w:rsidRDefault="004B4BFF">
            <w:r>
              <w:rPr>
                <w:sz w:val="11"/>
              </w:rPr>
              <w:t>MCP network</w:t>
            </w:r>
          </w:p>
        </w:tc>
        <w:tc>
          <w:tcPr>
            <w:tcW w:w="1123" w:type="dxa"/>
            <w:vAlign w:val="center"/>
          </w:tcPr>
          <w:p w:rsidR="00043C3B" w:rsidRDefault="004B4BFF">
            <w:r>
              <w:rPr>
                <w:sz w:val="11"/>
              </w:rPr>
              <w:t>2003-08-04</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2003-09-15</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882 33</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Oration Technologies Inc.]</w:t>
            </w:r>
          </w:p>
        </w:tc>
        <w:tc>
          <w:tcPr>
            <w:tcW w:w="1987" w:type="dxa"/>
            <w:shd w:val="clear" w:color="auto" w:fill="F2F2F2"/>
            <w:vAlign w:val="center"/>
          </w:tcPr>
          <w:p w:rsidR="00043C3B" w:rsidRDefault="004B4BFF">
            <w:r>
              <w:rPr>
                <w:sz w:val="11"/>
              </w:rPr>
              <w:t>[Formerly Oration Technologies Network]</w:t>
            </w:r>
          </w:p>
        </w:tc>
        <w:tc>
          <w:tcPr>
            <w:tcW w:w="1123" w:type="dxa"/>
            <w:shd w:val="clear" w:color="auto" w:fill="F2F2F2"/>
            <w:vAlign w:val="center"/>
          </w:tcPr>
          <w:p w:rsidR="00043C3B" w:rsidRDefault="004B4BFF">
            <w:r>
              <w:rPr>
                <w:sz w:val="11"/>
              </w:rPr>
              <w:t>2003-08-20</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2003-09-29</w:t>
            </w:r>
          </w:p>
        </w:tc>
        <w:tc>
          <w:tcPr>
            <w:tcW w:w="1181" w:type="dxa"/>
            <w:shd w:val="clear" w:color="auto" w:fill="F2F2F2"/>
            <w:vAlign w:val="center"/>
          </w:tcPr>
          <w:p w:rsidR="00043C3B" w:rsidRDefault="004B4BFF">
            <w:r>
              <w:rPr>
                <w:sz w:val="11"/>
              </w:rPr>
              <w:t>2022-02-18</w:t>
            </w:r>
          </w:p>
        </w:tc>
      </w:tr>
      <w:tr w:rsidR="00043C3B">
        <w:trPr>
          <w:jc w:val="center"/>
        </w:trPr>
        <w:tc>
          <w:tcPr>
            <w:tcW w:w="1325" w:type="dxa"/>
            <w:shd w:val="clear" w:color="auto" w:fill="F2F2F2"/>
            <w:vAlign w:val="center"/>
          </w:tcPr>
          <w:p w:rsidR="00043C3B" w:rsidRDefault="004B4BFF">
            <w:r>
              <w:rPr>
                <w:sz w:val="11"/>
              </w:rPr>
              <w:t>882 34</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BebbiCell AG (Formerly Global Networks Switzerland AG)]</w:t>
            </w:r>
          </w:p>
        </w:tc>
        <w:tc>
          <w:tcPr>
            <w:tcW w:w="1987" w:type="dxa"/>
            <w:shd w:val="clear" w:color="auto" w:fill="F2F2F2"/>
            <w:vAlign w:val="center"/>
          </w:tcPr>
          <w:p w:rsidR="00043C3B" w:rsidRDefault="004B4BFF">
            <w:r>
              <w:rPr>
                <w:sz w:val="11"/>
              </w:rPr>
              <w:t>[Formerly BebbiCell AG]</w:t>
            </w:r>
          </w:p>
        </w:tc>
        <w:tc>
          <w:tcPr>
            <w:tcW w:w="1123" w:type="dxa"/>
            <w:shd w:val="clear" w:color="auto" w:fill="F2F2F2"/>
            <w:vAlign w:val="center"/>
          </w:tcPr>
          <w:p w:rsidR="00043C3B" w:rsidRDefault="004B4BFF">
            <w:r>
              <w:rPr>
                <w:sz w:val="11"/>
              </w:rPr>
              <w:t>2003-08-12</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2003-11-10</w:t>
            </w:r>
          </w:p>
        </w:tc>
        <w:tc>
          <w:tcPr>
            <w:tcW w:w="1181" w:type="dxa"/>
            <w:shd w:val="clear" w:color="auto" w:fill="F2F2F2"/>
            <w:vAlign w:val="center"/>
          </w:tcPr>
          <w:p w:rsidR="00043C3B" w:rsidRDefault="004B4BFF">
            <w:r>
              <w:rPr>
                <w:sz w:val="11"/>
              </w:rPr>
              <w:t>2022-12-01</w:t>
            </w:r>
          </w:p>
        </w:tc>
      </w:tr>
      <w:tr w:rsidR="00043C3B">
        <w:trPr>
          <w:jc w:val="center"/>
        </w:trPr>
        <w:tc>
          <w:tcPr>
            <w:tcW w:w="1325" w:type="dxa"/>
            <w:vAlign w:val="center"/>
          </w:tcPr>
          <w:p w:rsidR="00043C3B" w:rsidRDefault="004B4BFF">
            <w:r>
              <w:rPr>
                <w:sz w:val="11"/>
              </w:rPr>
              <w:t>882 35</w:t>
            </w:r>
          </w:p>
        </w:tc>
        <w:tc>
          <w:tcPr>
            <w:tcW w:w="605" w:type="dxa"/>
            <w:vAlign w:val="center"/>
          </w:tcPr>
          <w:p w:rsidR="00043C3B" w:rsidRDefault="004B4BFF">
            <w:r>
              <w:rPr>
                <w:sz w:val="11"/>
              </w:rPr>
              <w:t>A</w:t>
            </w:r>
          </w:p>
        </w:tc>
        <w:tc>
          <w:tcPr>
            <w:tcW w:w="1987" w:type="dxa"/>
            <w:vAlign w:val="center"/>
          </w:tcPr>
          <w:p w:rsidR="00043C3B" w:rsidRDefault="004B4BFF">
            <w:r>
              <w:rPr>
                <w:sz w:val="11"/>
              </w:rPr>
              <w:t>Cisco Systems, Inc.</w:t>
            </w:r>
          </w:p>
        </w:tc>
        <w:tc>
          <w:tcPr>
            <w:tcW w:w="1987" w:type="dxa"/>
            <w:vAlign w:val="center"/>
          </w:tcPr>
          <w:p w:rsidR="00043C3B" w:rsidRDefault="004B4BFF">
            <w:r>
              <w:rPr>
                <w:sz w:val="11"/>
              </w:rPr>
              <w:t>Cisco Systems, Inc.</w:t>
            </w:r>
          </w:p>
        </w:tc>
        <w:tc>
          <w:tcPr>
            <w:tcW w:w="1123" w:type="dxa"/>
            <w:vAlign w:val="center"/>
          </w:tcPr>
          <w:p w:rsidR="00043C3B" w:rsidRDefault="004B4BFF">
            <w:r>
              <w:rPr>
                <w:sz w:val="11"/>
              </w:rPr>
              <w:t>2005-06-15</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2005-09-09</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882 36</w:t>
            </w:r>
          </w:p>
        </w:tc>
        <w:tc>
          <w:tcPr>
            <w:tcW w:w="605" w:type="dxa"/>
            <w:vAlign w:val="center"/>
          </w:tcPr>
          <w:p w:rsidR="00043C3B" w:rsidRDefault="004B4BFF">
            <w:r>
              <w:rPr>
                <w:sz w:val="11"/>
              </w:rPr>
              <w:t>A</w:t>
            </w:r>
          </w:p>
        </w:tc>
        <w:tc>
          <w:tcPr>
            <w:tcW w:w="1987" w:type="dxa"/>
            <w:vAlign w:val="center"/>
          </w:tcPr>
          <w:p w:rsidR="00043C3B" w:rsidRDefault="004B4BFF">
            <w:r>
              <w:rPr>
                <w:sz w:val="11"/>
              </w:rPr>
              <w:t>Jersey Telecom</w:t>
            </w:r>
          </w:p>
        </w:tc>
        <w:tc>
          <w:tcPr>
            <w:tcW w:w="1987" w:type="dxa"/>
            <w:vAlign w:val="center"/>
          </w:tcPr>
          <w:p w:rsidR="00043C3B" w:rsidRDefault="004B4BFF">
            <w:r>
              <w:rPr>
                <w:sz w:val="11"/>
              </w:rPr>
              <w:t>Jersey Telecom</w:t>
            </w:r>
          </w:p>
        </w:tc>
        <w:tc>
          <w:tcPr>
            <w:tcW w:w="1123" w:type="dxa"/>
            <w:vAlign w:val="center"/>
          </w:tcPr>
          <w:p w:rsidR="00043C3B" w:rsidRDefault="004B4BFF">
            <w:r>
              <w:rPr>
                <w:sz w:val="11"/>
              </w:rPr>
              <w:t>2005-05-13</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2005-09-09</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882 37</w:t>
            </w:r>
          </w:p>
        </w:tc>
        <w:tc>
          <w:tcPr>
            <w:tcW w:w="605" w:type="dxa"/>
            <w:vAlign w:val="center"/>
          </w:tcPr>
          <w:p w:rsidR="00043C3B" w:rsidRDefault="004B4BFF">
            <w:r>
              <w:rPr>
                <w:sz w:val="11"/>
              </w:rPr>
              <w:t>A</w:t>
            </w:r>
          </w:p>
        </w:tc>
        <w:tc>
          <w:tcPr>
            <w:tcW w:w="1987" w:type="dxa"/>
            <w:vAlign w:val="center"/>
          </w:tcPr>
          <w:p w:rsidR="00043C3B" w:rsidRDefault="004B4BFF">
            <w:r>
              <w:rPr>
                <w:sz w:val="11"/>
              </w:rPr>
              <w:t>Wireless Maritime Services, LLC (Formerly AT&amp;T)</w:t>
            </w:r>
          </w:p>
        </w:tc>
        <w:tc>
          <w:tcPr>
            <w:tcW w:w="1987" w:type="dxa"/>
            <w:vAlign w:val="center"/>
          </w:tcPr>
          <w:p w:rsidR="00043C3B" w:rsidRDefault="004B4BFF">
            <w:r>
              <w:rPr>
                <w:sz w:val="11"/>
              </w:rPr>
              <w:t>Wireless Maritime Services, LLC (Formerly Cingular Wireless network)</w:t>
            </w:r>
          </w:p>
        </w:tc>
        <w:tc>
          <w:tcPr>
            <w:tcW w:w="1123" w:type="dxa"/>
            <w:vAlign w:val="center"/>
          </w:tcPr>
          <w:p w:rsidR="00043C3B" w:rsidRDefault="004B4BFF">
            <w:r>
              <w:rPr>
                <w:sz w:val="11"/>
              </w:rPr>
              <w:t>2005-12-14</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2006-01-12</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882 38</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Ellipso]</w:t>
            </w:r>
          </w:p>
        </w:tc>
        <w:tc>
          <w:tcPr>
            <w:tcW w:w="1987" w:type="dxa"/>
            <w:shd w:val="clear" w:color="auto" w:fill="F2F2F2"/>
            <w:vAlign w:val="center"/>
          </w:tcPr>
          <w:p w:rsidR="00043C3B" w:rsidRDefault="004B4BFF">
            <w:r>
              <w:rPr>
                <w:sz w:val="11"/>
              </w:rPr>
              <w:t>[Formerly Ellipso]</w:t>
            </w:r>
          </w:p>
        </w:tc>
        <w:tc>
          <w:tcPr>
            <w:tcW w:w="1123" w:type="dxa"/>
            <w:shd w:val="clear" w:color="auto" w:fill="F2F2F2"/>
            <w:vAlign w:val="center"/>
          </w:tcPr>
          <w:p w:rsidR="00043C3B" w:rsidRDefault="004B4BFF">
            <w:r>
              <w:rPr>
                <w:sz w:val="11"/>
              </w:rPr>
              <w:t>2006-03-10</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2006-05-08</w:t>
            </w:r>
          </w:p>
        </w:tc>
        <w:tc>
          <w:tcPr>
            <w:tcW w:w="1181" w:type="dxa"/>
            <w:shd w:val="clear" w:color="auto" w:fill="F2F2F2"/>
            <w:vAlign w:val="center"/>
          </w:tcPr>
          <w:p w:rsidR="00043C3B" w:rsidRDefault="004B4BFF">
            <w:r>
              <w:rPr>
                <w:sz w:val="11"/>
              </w:rPr>
              <w:t>2009-06-30</w:t>
            </w:r>
          </w:p>
        </w:tc>
      </w:tr>
      <w:tr w:rsidR="00043C3B">
        <w:trPr>
          <w:jc w:val="center"/>
        </w:trPr>
        <w:tc>
          <w:tcPr>
            <w:tcW w:w="1325" w:type="dxa"/>
            <w:vAlign w:val="center"/>
          </w:tcPr>
          <w:p w:rsidR="00043C3B" w:rsidRDefault="004B4BFF">
            <w:r>
              <w:rPr>
                <w:sz w:val="11"/>
              </w:rPr>
              <w:t>882 39</w:t>
            </w:r>
          </w:p>
        </w:tc>
        <w:tc>
          <w:tcPr>
            <w:tcW w:w="605" w:type="dxa"/>
            <w:vAlign w:val="center"/>
          </w:tcPr>
          <w:p w:rsidR="00043C3B" w:rsidRDefault="004B4BFF">
            <w:r>
              <w:rPr>
                <w:sz w:val="11"/>
              </w:rPr>
              <w:t>A</w:t>
            </w:r>
          </w:p>
        </w:tc>
        <w:tc>
          <w:tcPr>
            <w:tcW w:w="1987" w:type="dxa"/>
            <w:vAlign w:val="center"/>
          </w:tcPr>
          <w:p w:rsidR="00043C3B" w:rsidRDefault="004B4BFF">
            <w:r>
              <w:rPr>
                <w:sz w:val="11"/>
              </w:rPr>
              <w:t>Vodafone Group</w:t>
            </w:r>
          </w:p>
        </w:tc>
        <w:tc>
          <w:tcPr>
            <w:tcW w:w="1987" w:type="dxa"/>
            <w:vAlign w:val="center"/>
          </w:tcPr>
          <w:p w:rsidR="00043C3B" w:rsidRDefault="004B4BFF">
            <w:r>
              <w:rPr>
                <w:sz w:val="11"/>
              </w:rPr>
              <w:t>Vodafone Ireland</w:t>
            </w:r>
          </w:p>
        </w:tc>
        <w:tc>
          <w:tcPr>
            <w:tcW w:w="1123" w:type="dxa"/>
            <w:vAlign w:val="center"/>
          </w:tcPr>
          <w:p w:rsidR="00043C3B" w:rsidRDefault="004B4BFF">
            <w:r>
              <w:rPr>
                <w:sz w:val="11"/>
              </w:rPr>
              <w:t>2006-05-31</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2006-06-20</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882 40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Oy Cubio Communications]</w:t>
            </w:r>
          </w:p>
        </w:tc>
        <w:tc>
          <w:tcPr>
            <w:tcW w:w="1987" w:type="dxa"/>
            <w:shd w:val="clear" w:color="auto" w:fill="F2F2F2"/>
            <w:vAlign w:val="center"/>
          </w:tcPr>
          <w:p w:rsidR="00043C3B" w:rsidRDefault="004B4BFF">
            <w:r>
              <w:rPr>
                <w:sz w:val="11"/>
              </w:rPr>
              <w:t>[Formerly Oy Communications]</w:t>
            </w:r>
          </w:p>
        </w:tc>
        <w:tc>
          <w:tcPr>
            <w:tcW w:w="1123" w:type="dxa"/>
            <w:shd w:val="clear" w:color="auto" w:fill="F2F2F2"/>
            <w:vAlign w:val="center"/>
          </w:tcPr>
          <w:p w:rsidR="00043C3B" w:rsidRDefault="004B4BFF">
            <w:r>
              <w:rPr>
                <w:sz w:val="11"/>
              </w:rPr>
              <w:t>2006-12-04</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2007-01-03</w:t>
            </w:r>
          </w:p>
        </w:tc>
        <w:tc>
          <w:tcPr>
            <w:tcW w:w="1181" w:type="dxa"/>
            <w:shd w:val="clear" w:color="auto" w:fill="F2F2F2"/>
            <w:vAlign w:val="center"/>
          </w:tcPr>
          <w:p w:rsidR="00043C3B" w:rsidRDefault="004B4BFF">
            <w:r>
              <w:rPr>
                <w:sz w:val="11"/>
              </w:rPr>
              <w:t>2012-02-29</w:t>
            </w:r>
          </w:p>
        </w:tc>
      </w:tr>
      <w:tr w:rsidR="00043C3B">
        <w:trPr>
          <w:jc w:val="center"/>
        </w:trPr>
        <w:tc>
          <w:tcPr>
            <w:tcW w:w="1325" w:type="dxa"/>
            <w:shd w:val="clear" w:color="auto" w:fill="F2F2F2"/>
            <w:vAlign w:val="center"/>
          </w:tcPr>
          <w:p w:rsidR="00043C3B" w:rsidRDefault="004B4BFF">
            <w:r>
              <w:rPr>
                <w:sz w:val="11"/>
              </w:rPr>
              <w:t>882 41</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Intermatica]</w:t>
            </w:r>
          </w:p>
        </w:tc>
        <w:tc>
          <w:tcPr>
            <w:tcW w:w="1987" w:type="dxa"/>
            <w:shd w:val="clear" w:color="auto" w:fill="F2F2F2"/>
            <w:vAlign w:val="center"/>
          </w:tcPr>
          <w:p w:rsidR="00043C3B" w:rsidRDefault="004B4BFF">
            <w:r>
              <w:rPr>
                <w:sz w:val="11"/>
              </w:rPr>
              <w:t>[Formerly Intermatica]</w:t>
            </w:r>
          </w:p>
        </w:tc>
        <w:tc>
          <w:tcPr>
            <w:tcW w:w="1123" w:type="dxa"/>
            <w:shd w:val="clear" w:color="auto" w:fill="F2F2F2"/>
            <w:vAlign w:val="center"/>
          </w:tcPr>
          <w:p w:rsidR="00043C3B" w:rsidRDefault="004B4BFF">
            <w:r>
              <w:rPr>
                <w:sz w:val="11"/>
              </w:rPr>
              <w:t>2007-03-22</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2007-05-02</w:t>
            </w:r>
          </w:p>
        </w:tc>
        <w:tc>
          <w:tcPr>
            <w:tcW w:w="1181" w:type="dxa"/>
            <w:shd w:val="clear" w:color="auto" w:fill="F2F2F2"/>
            <w:vAlign w:val="center"/>
          </w:tcPr>
          <w:p w:rsidR="00043C3B" w:rsidRDefault="004B4BFF">
            <w:r>
              <w:rPr>
                <w:sz w:val="11"/>
              </w:rPr>
              <w:t>2025-08-12</w:t>
            </w:r>
          </w:p>
        </w:tc>
      </w:tr>
      <w:tr w:rsidR="00043C3B">
        <w:trPr>
          <w:jc w:val="center"/>
        </w:trPr>
        <w:tc>
          <w:tcPr>
            <w:tcW w:w="1325" w:type="dxa"/>
            <w:shd w:val="clear" w:color="auto" w:fill="F2F2F2"/>
            <w:vAlign w:val="center"/>
          </w:tcPr>
          <w:p w:rsidR="00043C3B" w:rsidRDefault="004B4BFF">
            <w:r>
              <w:rPr>
                <w:sz w:val="11"/>
              </w:rPr>
              <w:t>882 42</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Wins Limited (Formerly Seanet Maritime Communications AB)]</w:t>
            </w:r>
          </w:p>
        </w:tc>
        <w:tc>
          <w:tcPr>
            <w:tcW w:w="1987" w:type="dxa"/>
            <w:shd w:val="clear" w:color="auto" w:fill="F2F2F2"/>
            <w:vAlign w:val="center"/>
          </w:tcPr>
          <w:p w:rsidR="00043C3B" w:rsidRDefault="004B4BFF">
            <w:r>
              <w:rPr>
                <w:sz w:val="11"/>
              </w:rPr>
              <w:t>[Formerly Wins Limited (Formerly Seanet Maritime Communications AB)]</w:t>
            </w:r>
          </w:p>
        </w:tc>
        <w:tc>
          <w:tcPr>
            <w:tcW w:w="1123" w:type="dxa"/>
            <w:shd w:val="clear" w:color="auto" w:fill="F2F2F2"/>
            <w:vAlign w:val="center"/>
          </w:tcPr>
          <w:p w:rsidR="00043C3B" w:rsidRDefault="004B4BFF">
            <w:r>
              <w:rPr>
                <w:sz w:val="11"/>
              </w:rPr>
              <w:t>2007-05-15</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2007-06-13</w:t>
            </w:r>
          </w:p>
        </w:tc>
        <w:tc>
          <w:tcPr>
            <w:tcW w:w="1181" w:type="dxa"/>
            <w:shd w:val="clear" w:color="auto" w:fill="F2F2F2"/>
            <w:vAlign w:val="center"/>
          </w:tcPr>
          <w:p w:rsidR="00043C3B" w:rsidRDefault="004B4BFF">
            <w:r>
              <w:rPr>
                <w:sz w:val="11"/>
              </w:rPr>
              <w:t>2014-06-20</w:t>
            </w:r>
          </w:p>
        </w:tc>
      </w:tr>
      <w:tr w:rsidR="00043C3B">
        <w:trPr>
          <w:jc w:val="center"/>
        </w:trPr>
        <w:tc>
          <w:tcPr>
            <w:tcW w:w="1325" w:type="dxa"/>
            <w:shd w:val="clear" w:color="auto" w:fill="F2F2F2"/>
            <w:vAlign w:val="center"/>
          </w:tcPr>
          <w:p w:rsidR="00043C3B" w:rsidRDefault="004B4BFF">
            <w:r>
              <w:rPr>
                <w:sz w:val="11"/>
              </w:rPr>
              <w:t>882 43</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Ukrainian Radiosystems for Beeline]</w:t>
            </w:r>
          </w:p>
        </w:tc>
        <w:tc>
          <w:tcPr>
            <w:tcW w:w="1987" w:type="dxa"/>
            <w:shd w:val="clear" w:color="auto" w:fill="F2F2F2"/>
            <w:vAlign w:val="center"/>
          </w:tcPr>
          <w:p w:rsidR="00043C3B" w:rsidRDefault="004B4BFF">
            <w:r>
              <w:rPr>
                <w:sz w:val="11"/>
              </w:rPr>
              <w:t>[Formerly Ukrainian Radiosystems (Beeline)]</w:t>
            </w:r>
          </w:p>
        </w:tc>
        <w:tc>
          <w:tcPr>
            <w:tcW w:w="1123" w:type="dxa"/>
            <w:shd w:val="clear" w:color="auto" w:fill="F2F2F2"/>
            <w:vAlign w:val="center"/>
          </w:tcPr>
          <w:p w:rsidR="00043C3B" w:rsidRDefault="004B4BFF">
            <w:r>
              <w:rPr>
                <w:sz w:val="11"/>
              </w:rPr>
              <w:t>2008-01-14</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2008-02-06</w:t>
            </w:r>
          </w:p>
        </w:tc>
        <w:tc>
          <w:tcPr>
            <w:tcW w:w="1181" w:type="dxa"/>
            <w:shd w:val="clear" w:color="auto" w:fill="F2F2F2"/>
            <w:vAlign w:val="center"/>
          </w:tcPr>
          <w:p w:rsidR="00043C3B" w:rsidRDefault="004B4BFF">
            <w:r>
              <w:rPr>
                <w:sz w:val="11"/>
              </w:rPr>
              <w:t>2012-01-31</w:t>
            </w:r>
          </w:p>
        </w:tc>
      </w:tr>
      <w:tr w:rsidR="00043C3B">
        <w:trPr>
          <w:jc w:val="center"/>
        </w:trPr>
        <w:tc>
          <w:tcPr>
            <w:tcW w:w="1325" w:type="dxa"/>
            <w:shd w:val="clear" w:color="auto" w:fill="F2F2F2"/>
            <w:vAlign w:val="center"/>
          </w:tcPr>
          <w:p w:rsidR="00043C3B" w:rsidRDefault="004B4BFF">
            <w:r>
              <w:rPr>
                <w:sz w:val="11"/>
              </w:rPr>
              <w:t>882 44</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In &amp; Phone]</w:t>
            </w:r>
          </w:p>
        </w:tc>
        <w:tc>
          <w:tcPr>
            <w:tcW w:w="1987" w:type="dxa"/>
            <w:shd w:val="clear" w:color="auto" w:fill="F2F2F2"/>
            <w:vAlign w:val="center"/>
          </w:tcPr>
          <w:p w:rsidR="00043C3B" w:rsidRDefault="004B4BFF">
            <w:r>
              <w:rPr>
                <w:sz w:val="11"/>
              </w:rPr>
              <w:t>[Formerly In &amp; Phone (Ship GSM)]</w:t>
            </w:r>
          </w:p>
        </w:tc>
        <w:tc>
          <w:tcPr>
            <w:tcW w:w="1123" w:type="dxa"/>
            <w:shd w:val="clear" w:color="auto" w:fill="F2F2F2"/>
            <w:vAlign w:val="center"/>
          </w:tcPr>
          <w:p w:rsidR="00043C3B" w:rsidRDefault="004B4BFF">
            <w:r>
              <w:rPr>
                <w:sz w:val="11"/>
              </w:rPr>
              <w:t>2008-09-22</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2008-11-01</w:t>
            </w:r>
          </w:p>
        </w:tc>
        <w:tc>
          <w:tcPr>
            <w:tcW w:w="1181" w:type="dxa"/>
            <w:shd w:val="clear" w:color="auto" w:fill="F2F2F2"/>
            <w:vAlign w:val="center"/>
          </w:tcPr>
          <w:p w:rsidR="00043C3B" w:rsidRDefault="004B4BFF">
            <w:r>
              <w:rPr>
                <w:sz w:val="11"/>
              </w:rPr>
              <w:t>2011-05-30</w:t>
            </w:r>
          </w:p>
        </w:tc>
      </w:tr>
      <w:tr w:rsidR="00043C3B">
        <w:trPr>
          <w:jc w:val="center"/>
        </w:trPr>
        <w:tc>
          <w:tcPr>
            <w:tcW w:w="1325" w:type="dxa"/>
            <w:vAlign w:val="center"/>
          </w:tcPr>
          <w:p w:rsidR="00043C3B" w:rsidRDefault="004B4BFF">
            <w:r>
              <w:rPr>
                <w:sz w:val="11"/>
              </w:rPr>
              <w:t>882 45</w:t>
            </w:r>
          </w:p>
        </w:tc>
        <w:tc>
          <w:tcPr>
            <w:tcW w:w="605" w:type="dxa"/>
            <w:vAlign w:val="center"/>
          </w:tcPr>
          <w:p w:rsidR="00043C3B" w:rsidRDefault="004B4BFF">
            <w:r>
              <w:rPr>
                <w:sz w:val="11"/>
              </w:rPr>
              <w:t>A</w:t>
            </w:r>
          </w:p>
        </w:tc>
        <w:tc>
          <w:tcPr>
            <w:tcW w:w="1987" w:type="dxa"/>
            <w:vAlign w:val="center"/>
          </w:tcPr>
          <w:p w:rsidR="00043C3B" w:rsidRDefault="004B4BFF">
            <w:r>
              <w:rPr>
                <w:sz w:val="11"/>
              </w:rPr>
              <w:t>Telecom Italia</w:t>
            </w:r>
          </w:p>
        </w:tc>
        <w:tc>
          <w:tcPr>
            <w:tcW w:w="1987" w:type="dxa"/>
            <w:vAlign w:val="center"/>
          </w:tcPr>
          <w:p w:rsidR="00043C3B" w:rsidRDefault="004B4BFF">
            <w:r>
              <w:rPr>
                <w:sz w:val="11"/>
              </w:rPr>
              <w:t>Telecom Italia</w:t>
            </w:r>
          </w:p>
        </w:tc>
        <w:tc>
          <w:tcPr>
            <w:tcW w:w="1123" w:type="dxa"/>
            <w:vAlign w:val="center"/>
          </w:tcPr>
          <w:p w:rsidR="00043C3B" w:rsidRDefault="004B4BFF">
            <w:r>
              <w:rPr>
                <w:sz w:val="11"/>
              </w:rPr>
              <w:t>2008-09-19</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2008-10-20</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882 46</w:t>
            </w:r>
          </w:p>
        </w:tc>
        <w:tc>
          <w:tcPr>
            <w:tcW w:w="605" w:type="dxa"/>
            <w:vAlign w:val="center"/>
          </w:tcPr>
          <w:p w:rsidR="00043C3B" w:rsidRDefault="004B4BFF">
            <w:r>
              <w:rPr>
                <w:sz w:val="11"/>
              </w:rPr>
              <w:t>A</w:t>
            </w:r>
          </w:p>
        </w:tc>
        <w:tc>
          <w:tcPr>
            <w:tcW w:w="1987" w:type="dxa"/>
            <w:vAlign w:val="center"/>
          </w:tcPr>
          <w:p w:rsidR="00043C3B" w:rsidRDefault="004B4BFF">
            <w:r>
              <w:rPr>
                <w:sz w:val="11"/>
              </w:rPr>
              <w:t>Tyntec Limited</w:t>
            </w:r>
          </w:p>
        </w:tc>
        <w:tc>
          <w:tcPr>
            <w:tcW w:w="1987" w:type="dxa"/>
            <w:vAlign w:val="center"/>
          </w:tcPr>
          <w:p w:rsidR="00043C3B" w:rsidRDefault="004B4BFF">
            <w:r>
              <w:rPr>
                <w:sz w:val="11"/>
              </w:rPr>
              <w:t>Tyntec Limited</w:t>
            </w:r>
          </w:p>
        </w:tc>
        <w:tc>
          <w:tcPr>
            <w:tcW w:w="1123" w:type="dxa"/>
            <w:vAlign w:val="center"/>
          </w:tcPr>
          <w:p w:rsidR="00043C3B" w:rsidRDefault="004B4BFF">
            <w:r>
              <w:rPr>
                <w:sz w:val="11"/>
              </w:rPr>
              <w:t>2011-05-13</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2011-10-31</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882 47</w:t>
            </w:r>
          </w:p>
        </w:tc>
        <w:tc>
          <w:tcPr>
            <w:tcW w:w="605" w:type="dxa"/>
            <w:vAlign w:val="center"/>
          </w:tcPr>
          <w:p w:rsidR="00043C3B" w:rsidRDefault="004B4BFF">
            <w:r>
              <w:rPr>
                <w:sz w:val="11"/>
              </w:rPr>
              <w:t>A</w:t>
            </w:r>
          </w:p>
        </w:tc>
        <w:tc>
          <w:tcPr>
            <w:tcW w:w="1987" w:type="dxa"/>
            <w:vAlign w:val="center"/>
          </w:tcPr>
          <w:p w:rsidR="00043C3B" w:rsidRDefault="004B4BFF">
            <w:r>
              <w:rPr>
                <w:sz w:val="11"/>
              </w:rPr>
              <w:t>TRANSATEL</w:t>
            </w:r>
          </w:p>
        </w:tc>
        <w:tc>
          <w:tcPr>
            <w:tcW w:w="1987" w:type="dxa"/>
            <w:vAlign w:val="center"/>
          </w:tcPr>
          <w:p w:rsidR="00043C3B" w:rsidRDefault="004B4BFF">
            <w:r>
              <w:rPr>
                <w:sz w:val="11"/>
              </w:rPr>
              <w:t>Transatel</w:t>
            </w:r>
          </w:p>
        </w:tc>
        <w:tc>
          <w:tcPr>
            <w:tcW w:w="1123" w:type="dxa"/>
            <w:vAlign w:val="center"/>
          </w:tcPr>
          <w:p w:rsidR="00043C3B" w:rsidRDefault="004B4BFF">
            <w:r>
              <w:rPr>
                <w:sz w:val="11"/>
              </w:rPr>
              <w:t>2012-08-09</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2012-09-15</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882 48</w:t>
            </w:r>
          </w:p>
        </w:tc>
        <w:tc>
          <w:tcPr>
            <w:tcW w:w="605" w:type="dxa"/>
            <w:vAlign w:val="center"/>
          </w:tcPr>
          <w:p w:rsidR="00043C3B" w:rsidRDefault="004B4BFF">
            <w:r>
              <w:rPr>
                <w:sz w:val="11"/>
              </w:rPr>
              <w:t>A</w:t>
            </w:r>
          </w:p>
        </w:tc>
        <w:tc>
          <w:tcPr>
            <w:tcW w:w="1987" w:type="dxa"/>
            <w:vAlign w:val="center"/>
          </w:tcPr>
          <w:p w:rsidR="00043C3B" w:rsidRDefault="004B4BFF">
            <w:r>
              <w:rPr>
                <w:sz w:val="11"/>
              </w:rPr>
              <w:t>Sawatch Limited</w:t>
            </w:r>
          </w:p>
        </w:tc>
        <w:tc>
          <w:tcPr>
            <w:tcW w:w="1987" w:type="dxa"/>
            <w:vAlign w:val="center"/>
          </w:tcPr>
          <w:p w:rsidR="00043C3B" w:rsidRDefault="004B4BFF">
            <w:r>
              <w:rPr>
                <w:sz w:val="11"/>
              </w:rPr>
              <w:t>EchoStar Mobile Limited</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2015-12-15</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882 49</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Monaco Telecom]</w:t>
            </w:r>
          </w:p>
        </w:tc>
        <w:tc>
          <w:tcPr>
            <w:tcW w:w="1987" w:type="dxa"/>
            <w:shd w:val="clear" w:color="auto" w:fill="F2F2F2"/>
            <w:vAlign w:val="center"/>
          </w:tcPr>
          <w:p w:rsidR="00043C3B" w:rsidRDefault="004B4BFF">
            <w:r>
              <w:rPr>
                <w:sz w:val="11"/>
              </w:rPr>
              <w:t>[Formerly Monaco Telecom]</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2017-02-16</w:t>
            </w:r>
          </w:p>
        </w:tc>
        <w:tc>
          <w:tcPr>
            <w:tcW w:w="1181" w:type="dxa"/>
            <w:shd w:val="clear" w:color="auto" w:fill="F2F2F2"/>
            <w:vAlign w:val="center"/>
          </w:tcPr>
          <w:p w:rsidR="00043C3B" w:rsidRDefault="004B4BFF">
            <w:r>
              <w:rPr>
                <w:sz w:val="11"/>
              </w:rPr>
              <w:t>2026-02-23</w:t>
            </w:r>
          </w:p>
        </w:tc>
      </w:tr>
      <w:tr w:rsidR="00043C3B">
        <w:trPr>
          <w:jc w:val="center"/>
        </w:trPr>
        <w:tc>
          <w:tcPr>
            <w:tcW w:w="1325" w:type="dxa"/>
            <w:vAlign w:val="center"/>
          </w:tcPr>
          <w:p w:rsidR="00043C3B" w:rsidRDefault="004B4BFF">
            <w:r>
              <w:rPr>
                <w:sz w:val="11"/>
              </w:rPr>
              <w:t>882 50</w:t>
            </w:r>
          </w:p>
        </w:tc>
        <w:tc>
          <w:tcPr>
            <w:tcW w:w="605" w:type="dxa"/>
            <w:vAlign w:val="center"/>
          </w:tcPr>
          <w:p w:rsidR="00043C3B" w:rsidRDefault="004B4BFF">
            <w:r>
              <w:rPr>
                <w:sz w:val="11"/>
              </w:rPr>
              <w:t>A</w:t>
            </w:r>
          </w:p>
        </w:tc>
        <w:tc>
          <w:tcPr>
            <w:tcW w:w="1987" w:type="dxa"/>
            <w:vAlign w:val="center"/>
          </w:tcPr>
          <w:p w:rsidR="00043C3B" w:rsidRDefault="004B4BFF">
            <w:r>
              <w:rPr>
                <w:sz w:val="11"/>
              </w:rPr>
              <w:t>Phonegroup SA</w:t>
            </w:r>
          </w:p>
        </w:tc>
        <w:tc>
          <w:tcPr>
            <w:tcW w:w="1987" w:type="dxa"/>
            <w:vAlign w:val="center"/>
          </w:tcPr>
          <w:p w:rsidR="00043C3B" w:rsidRDefault="004B4BFF">
            <w:r>
              <w:rPr>
                <w:sz w:val="11"/>
              </w:rPr>
              <w:t>Phonegroup SA</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2019-08-22</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882 51</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Athalos Global Services BV]</w:t>
            </w:r>
          </w:p>
        </w:tc>
        <w:tc>
          <w:tcPr>
            <w:tcW w:w="1987" w:type="dxa"/>
            <w:shd w:val="clear" w:color="auto" w:fill="F2F2F2"/>
            <w:vAlign w:val="center"/>
          </w:tcPr>
          <w:p w:rsidR="00043C3B" w:rsidRDefault="004B4BFF">
            <w:r>
              <w:rPr>
                <w:sz w:val="11"/>
              </w:rPr>
              <w:t>[Formerly Athalos Global Services BV]</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2022-01-19</w:t>
            </w:r>
          </w:p>
        </w:tc>
        <w:tc>
          <w:tcPr>
            <w:tcW w:w="1181" w:type="dxa"/>
            <w:shd w:val="clear" w:color="auto" w:fill="F2F2F2"/>
            <w:vAlign w:val="center"/>
          </w:tcPr>
          <w:p w:rsidR="00043C3B" w:rsidRDefault="004B4BFF">
            <w:r>
              <w:rPr>
                <w:sz w:val="11"/>
              </w:rPr>
              <w:t>2025-01-24</w:t>
            </w:r>
          </w:p>
        </w:tc>
      </w:tr>
      <w:tr w:rsidR="00043C3B">
        <w:trPr>
          <w:jc w:val="center"/>
        </w:trPr>
        <w:tc>
          <w:tcPr>
            <w:tcW w:w="1325" w:type="dxa"/>
            <w:vAlign w:val="center"/>
          </w:tcPr>
          <w:p w:rsidR="00043C3B" w:rsidRDefault="004B4BFF">
            <w:r>
              <w:rPr>
                <w:sz w:val="11"/>
              </w:rPr>
              <w:t>882 52</w:t>
            </w:r>
          </w:p>
        </w:tc>
        <w:tc>
          <w:tcPr>
            <w:tcW w:w="605" w:type="dxa"/>
            <w:vAlign w:val="center"/>
          </w:tcPr>
          <w:p w:rsidR="00043C3B" w:rsidRDefault="004B4BFF">
            <w:r>
              <w:rPr>
                <w:sz w:val="11"/>
              </w:rPr>
              <w:t>A</w:t>
            </w:r>
          </w:p>
        </w:tc>
        <w:tc>
          <w:tcPr>
            <w:tcW w:w="1987" w:type="dxa"/>
            <w:vAlign w:val="center"/>
          </w:tcPr>
          <w:p w:rsidR="00043C3B" w:rsidRDefault="004B4BFF">
            <w:r>
              <w:rPr>
                <w:sz w:val="11"/>
              </w:rPr>
              <w:t>China Telecommunications Corporation</w:t>
            </w:r>
          </w:p>
        </w:tc>
        <w:tc>
          <w:tcPr>
            <w:tcW w:w="1987" w:type="dxa"/>
            <w:vAlign w:val="center"/>
          </w:tcPr>
          <w:p w:rsidR="00043C3B" w:rsidRDefault="004B4BFF">
            <w:r>
              <w:rPr>
                <w:sz w:val="11"/>
              </w:rPr>
              <w:t>China Telecommunications Corporation</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2024-02-01</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882 97</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Smart Communications , Inc]</w:t>
            </w:r>
          </w:p>
        </w:tc>
        <w:tc>
          <w:tcPr>
            <w:tcW w:w="1987" w:type="dxa"/>
            <w:shd w:val="clear" w:color="auto" w:fill="F2F2F2"/>
            <w:vAlign w:val="center"/>
          </w:tcPr>
          <w:p w:rsidR="00043C3B" w:rsidRDefault="004B4BFF">
            <w:r>
              <w:rPr>
                <w:sz w:val="11"/>
              </w:rPr>
              <w:t>[Formerly Smart Communications Inc]</w:t>
            </w:r>
          </w:p>
        </w:tc>
        <w:tc>
          <w:tcPr>
            <w:tcW w:w="1123" w:type="dxa"/>
            <w:shd w:val="clear" w:color="auto" w:fill="F2F2F2"/>
            <w:vAlign w:val="center"/>
          </w:tcPr>
          <w:p w:rsidR="00043C3B" w:rsidRDefault="004B4BFF">
            <w:r>
              <w:rPr>
                <w:sz w:val="11"/>
              </w:rPr>
              <w:t>2011-08-18</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2011-08-31</w:t>
            </w:r>
          </w:p>
        </w:tc>
        <w:tc>
          <w:tcPr>
            <w:tcW w:w="1181" w:type="dxa"/>
            <w:shd w:val="clear" w:color="auto" w:fill="F2F2F2"/>
            <w:vAlign w:val="center"/>
          </w:tcPr>
          <w:p w:rsidR="00043C3B" w:rsidRDefault="004B4BFF">
            <w:r>
              <w:rPr>
                <w:sz w:val="11"/>
              </w:rPr>
              <w:t>2022-03-04</w:t>
            </w:r>
          </w:p>
        </w:tc>
      </w:tr>
      <w:tr w:rsidR="00043C3B">
        <w:trPr>
          <w:jc w:val="center"/>
        </w:trPr>
        <w:tc>
          <w:tcPr>
            <w:tcW w:w="1325" w:type="dxa"/>
            <w:shd w:val="clear" w:color="auto" w:fill="F2F2F2"/>
            <w:vAlign w:val="center"/>
          </w:tcPr>
          <w:p w:rsidR="00043C3B" w:rsidRDefault="004B4BFF">
            <w:r>
              <w:rPr>
                <w:sz w:val="11"/>
              </w:rPr>
              <w:t>882 98</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SITA (Formerly OnAir N.V.)]</w:t>
            </w:r>
          </w:p>
        </w:tc>
        <w:tc>
          <w:tcPr>
            <w:tcW w:w="1987" w:type="dxa"/>
            <w:shd w:val="clear" w:color="auto" w:fill="F2F2F2"/>
            <w:vAlign w:val="center"/>
          </w:tcPr>
          <w:p w:rsidR="00043C3B" w:rsidRDefault="004B4BFF">
            <w:r>
              <w:rPr>
                <w:sz w:val="11"/>
              </w:rPr>
              <w:t>[Formerly SITA (Formerly Onair GSM services)]</w:t>
            </w:r>
          </w:p>
        </w:tc>
        <w:tc>
          <w:tcPr>
            <w:tcW w:w="1123" w:type="dxa"/>
            <w:shd w:val="clear" w:color="auto" w:fill="F2F2F2"/>
            <w:vAlign w:val="center"/>
          </w:tcPr>
          <w:p w:rsidR="00043C3B" w:rsidRDefault="004B4BFF">
            <w:r>
              <w:rPr>
                <w:sz w:val="11"/>
              </w:rPr>
              <w:t>2005-02-28</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2005-03-07</w:t>
            </w:r>
          </w:p>
        </w:tc>
        <w:tc>
          <w:tcPr>
            <w:tcW w:w="1181" w:type="dxa"/>
            <w:shd w:val="clear" w:color="auto" w:fill="F2F2F2"/>
            <w:vAlign w:val="center"/>
          </w:tcPr>
          <w:p w:rsidR="00043C3B" w:rsidRDefault="004B4BFF">
            <w:r>
              <w:rPr>
                <w:sz w:val="11"/>
              </w:rPr>
              <w:t>2025-01-24</w:t>
            </w:r>
          </w:p>
        </w:tc>
      </w:tr>
      <w:tr w:rsidR="00043C3B">
        <w:trPr>
          <w:jc w:val="center"/>
        </w:trPr>
        <w:tc>
          <w:tcPr>
            <w:tcW w:w="1325" w:type="dxa"/>
            <w:vAlign w:val="center"/>
          </w:tcPr>
          <w:p w:rsidR="00043C3B" w:rsidRDefault="004B4BFF">
            <w:r>
              <w:rPr>
                <w:sz w:val="11"/>
              </w:rPr>
              <w:t>882 99</w:t>
            </w:r>
          </w:p>
        </w:tc>
        <w:tc>
          <w:tcPr>
            <w:tcW w:w="605" w:type="dxa"/>
            <w:vAlign w:val="center"/>
          </w:tcPr>
          <w:p w:rsidR="00043C3B" w:rsidRDefault="004B4BFF">
            <w:r>
              <w:rPr>
                <w:sz w:val="11"/>
              </w:rPr>
              <w:t>A</w:t>
            </w:r>
          </w:p>
        </w:tc>
        <w:tc>
          <w:tcPr>
            <w:tcW w:w="1987" w:type="dxa"/>
            <w:vAlign w:val="center"/>
          </w:tcPr>
          <w:p w:rsidR="00043C3B" w:rsidRDefault="004B4BFF">
            <w:r>
              <w:rPr>
                <w:sz w:val="11"/>
              </w:rPr>
              <w:t>AeroMobile AS</w:t>
            </w:r>
          </w:p>
        </w:tc>
        <w:tc>
          <w:tcPr>
            <w:tcW w:w="1987" w:type="dxa"/>
            <w:vAlign w:val="center"/>
          </w:tcPr>
          <w:p w:rsidR="00043C3B" w:rsidRDefault="004B4BFF">
            <w:r>
              <w:rPr>
                <w:sz w:val="11"/>
              </w:rPr>
              <w:t>AeroMobile AS</w:t>
            </w:r>
          </w:p>
        </w:tc>
        <w:tc>
          <w:tcPr>
            <w:tcW w:w="1123" w:type="dxa"/>
            <w:vAlign w:val="center"/>
          </w:tcPr>
          <w:p w:rsidR="00043C3B" w:rsidRDefault="004B4BFF">
            <w:r>
              <w:rPr>
                <w:sz w:val="11"/>
              </w:rPr>
              <w:t>2004-12-13</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2005-02-02</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883 100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MediaLincc Ltd]</w:t>
            </w:r>
          </w:p>
        </w:tc>
        <w:tc>
          <w:tcPr>
            <w:tcW w:w="1987" w:type="dxa"/>
            <w:shd w:val="clear" w:color="auto" w:fill="F2F2F2"/>
            <w:vAlign w:val="center"/>
          </w:tcPr>
          <w:p w:rsidR="00043C3B" w:rsidRDefault="004B4BFF">
            <w:r>
              <w:rPr>
                <w:sz w:val="11"/>
              </w:rPr>
              <w:t>[Formerly MediaLincc Ltd]</w:t>
            </w:r>
          </w:p>
        </w:tc>
        <w:tc>
          <w:tcPr>
            <w:tcW w:w="1123" w:type="dxa"/>
            <w:shd w:val="clear" w:color="auto" w:fill="F2F2F2"/>
            <w:vAlign w:val="center"/>
          </w:tcPr>
          <w:p w:rsidR="00043C3B" w:rsidRDefault="004B4BFF">
            <w:r>
              <w:rPr>
                <w:sz w:val="11"/>
              </w:rPr>
              <w:t>2007-05-04</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2007-06-13</w:t>
            </w:r>
          </w:p>
        </w:tc>
        <w:tc>
          <w:tcPr>
            <w:tcW w:w="1181" w:type="dxa"/>
            <w:shd w:val="clear" w:color="auto" w:fill="F2F2F2"/>
            <w:vAlign w:val="center"/>
          </w:tcPr>
          <w:p w:rsidR="00043C3B" w:rsidRDefault="004B4BFF">
            <w:r>
              <w:rPr>
                <w:sz w:val="11"/>
              </w:rPr>
              <w:t>2025-08-13</w:t>
            </w:r>
          </w:p>
        </w:tc>
      </w:tr>
      <w:tr w:rsidR="00043C3B">
        <w:trPr>
          <w:jc w:val="center"/>
        </w:trPr>
        <w:tc>
          <w:tcPr>
            <w:tcW w:w="1325" w:type="dxa"/>
            <w:vAlign w:val="center"/>
          </w:tcPr>
          <w:p w:rsidR="00043C3B" w:rsidRDefault="004B4BFF">
            <w:r>
              <w:rPr>
                <w:sz w:val="11"/>
              </w:rPr>
              <w:t>883 110</w:t>
            </w:r>
          </w:p>
        </w:tc>
        <w:tc>
          <w:tcPr>
            <w:tcW w:w="605" w:type="dxa"/>
            <w:vAlign w:val="center"/>
          </w:tcPr>
          <w:p w:rsidR="00043C3B" w:rsidRDefault="004B4BFF">
            <w:r>
              <w:rPr>
                <w:sz w:val="11"/>
              </w:rPr>
              <w:t>A</w:t>
            </w:r>
          </w:p>
        </w:tc>
        <w:tc>
          <w:tcPr>
            <w:tcW w:w="1987" w:type="dxa"/>
            <w:vAlign w:val="center"/>
          </w:tcPr>
          <w:p w:rsidR="00043C3B" w:rsidRDefault="004B4BFF">
            <w:r>
              <w:rPr>
                <w:sz w:val="11"/>
              </w:rPr>
              <w:t>Syniverse Technologies, LLC</w:t>
            </w:r>
          </w:p>
        </w:tc>
        <w:tc>
          <w:tcPr>
            <w:tcW w:w="1987" w:type="dxa"/>
            <w:vAlign w:val="center"/>
          </w:tcPr>
          <w:p w:rsidR="00043C3B" w:rsidRDefault="004B4BFF">
            <w:r>
              <w:rPr>
                <w:sz w:val="11"/>
              </w:rPr>
              <w:t>Syniverse Technologies, LLC</w:t>
            </w:r>
          </w:p>
        </w:tc>
        <w:tc>
          <w:tcPr>
            <w:tcW w:w="1123" w:type="dxa"/>
            <w:vAlign w:val="center"/>
          </w:tcPr>
          <w:p w:rsidR="00043C3B" w:rsidRDefault="004B4BFF">
            <w:r>
              <w:rPr>
                <w:sz w:val="11"/>
              </w:rPr>
              <w:t>2007-05-06</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2007-06-13</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883 120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Telenor Connexion AB]</w:t>
            </w:r>
          </w:p>
        </w:tc>
        <w:tc>
          <w:tcPr>
            <w:tcW w:w="1987" w:type="dxa"/>
            <w:shd w:val="clear" w:color="auto" w:fill="F2F2F2"/>
            <w:vAlign w:val="center"/>
          </w:tcPr>
          <w:p w:rsidR="00043C3B" w:rsidRDefault="004B4BFF">
            <w:r>
              <w:rPr>
                <w:sz w:val="11"/>
              </w:rPr>
              <w:t>[Formerly Telenor Connexion AB]</w:t>
            </w:r>
          </w:p>
        </w:tc>
        <w:tc>
          <w:tcPr>
            <w:tcW w:w="1123" w:type="dxa"/>
            <w:shd w:val="clear" w:color="auto" w:fill="F2F2F2"/>
            <w:vAlign w:val="center"/>
          </w:tcPr>
          <w:p w:rsidR="00043C3B" w:rsidRDefault="004B4BFF">
            <w:r>
              <w:rPr>
                <w:sz w:val="11"/>
              </w:rPr>
              <w:t>2009-04-29</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2009-05-12</w:t>
            </w:r>
          </w:p>
        </w:tc>
        <w:tc>
          <w:tcPr>
            <w:tcW w:w="1181" w:type="dxa"/>
            <w:shd w:val="clear" w:color="auto" w:fill="F2F2F2"/>
            <w:vAlign w:val="center"/>
          </w:tcPr>
          <w:p w:rsidR="00043C3B" w:rsidRDefault="004B4BFF">
            <w:r>
              <w:rPr>
                <w:sz w:val="11"/>
              </w:rPr>
              <w:t>2022-03-04</w:t>
            </w:r>
          </w:p>
        </w:tc>
      </w:tr>
      <w:tr w:rsidR="00043C3B">
        <w:trPr>
          <w:jc w:val="center"/>
        </w:trPr>
        <w:tc>
          <w:tcPr>
            <w:tcW w:w="1325" w:type="dxa"/>
            <w:vAlign w:val="center"/>
          </w:tcPr>
          <w:p w:rsidR="00043C3B" w:rsidRDefault="004B4BFF">
            <w:r>
              <w:rPr>
                <w:sz w:val="11"/>
              </w:rPr>
              <w:t>883 130</w:t>
            </w:r>
          </w:p>
        </w:tc>
        <w:tc>
          <w:tcPr>
            <w:tcW w:w="605" w:type="dxa"/>
            <w:vAlign w:val="center"/>
          </w:tcPr>
          <w:p w:rsidR="00043C3B" w:rsidRDefault="004B4BFF">
            <w:r>
              <w:rPr>
                <w:sz w:val="11"/>
              </w:rPr>
              <w:t>A</w:t>
            </w:r>
          </w:p>
        </w:tc>
        <w:tc>
          <w:tcPr>
            <w:tcW w:w="1987" w:type="dxa"/>
            <w:vAlign w:val="center"/>
          </w:tcPr>
          <w:p w:rsidR="00043C3B" w:rsidRDefault="004B4BFF">
            <w:r>
              <w:rPr>
                <w:sz w:val="11"/>
              </w:rPr>
              <w:t>Orange</w:t>
            </w:r>
          </w:p>
        </w:tc>
        <w:tc>
          <w:tcPr>
            <w:tcW w:w="1987" w:type="dxa"/>
            <w:vAlign w:val="center"/>
          </w:tcPr>
          <w:p w:rsidR="00043C3B" w:rsidRDefault="004B4BFF">
            <w:r>
              <w:rPr>
                <w:sz w:val="11"/>
              </w:rPr>
              <w:t>Orange</w:t>
            </w:r>
          </w:p>
        </w:tc>
        <w:tc>
          <w:tcPr>
            <w:tcW w:w="1123" w:type="dxa"/>
            <w:vAlign w:val="center"/>
          </w:tcPr>
          <w:p w:rsidR="00043C3B" w:rsidRDefault="004B4BFF">
            <w:r>
              <w:rPr>
                <w:sz w:val="11"/>
              </w:rPr>
              <w:t>2011-04-29</w:t>
            </w:r>
          </w:p>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2011-06-01</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883 140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Multiregional TransitTelecom (MTT)]</w:t>
            </w:r>
          </w:p>
        </w:tc>
        <w:tc>
          <w:tcPr>
            <w:tcW w:w="1987" w:type="dxa"/>
            <w:shd w:val="clear" w:color="auto" w:fill="F2F2F2"/>
            <w:vAlign w:val="center"/>
          </w:tcPr>
          <w:p w:rsidR="00043C3B" w:rsidRDefault="004B4BFF">
            <w:r>
              <w:rPr>
                <w:sz w:val="11"/>
              </w:rPr>
              <w:t>[Formerly Multiregional TransitTelecom (MTT)]</w:t>
            </w:r>
          </w:p>
        </w:tc>
        <w:tc>
          <w:tcPr>
            <w:tcW w:w="1123" w:type="dxa"/>
            <w:shd w:val="clear" w:color="auto" w:fill="F2F2F2"/>
            <w:vAlign w:val="center"/>
          </w:tcPr>
          <w:p w:rsidR="00043C3B" w:rsidRDefault="004B4BFF">
            <w:r>
              <w:rPr>
                <w:sz w:val="11"/>
              </w:rPr>
              <w:t>2010-12-20</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2011-06-15</w:t>
            </w:r>
          </w:p>
        </w:tc>
        <w:tc>
          <w:tcPr>
            <w:tcW w:w="1181" w:type="dxa"/>
            <w:shd w:val="clear" w:color="auto" w:fill="F2F2F2"/>
            <w:vAlign w:val="center"/>
          </w:tcPr>
          <w:p w:rsidR="00043C3B" w:rsidRDefault="004B4BFF">
            <w:r>
              <w:rPr>
                <w:sz w:val="11"/>
              </w:rPr>
              <w:t>2025-08-20</w:t>
            </w:r>
          </w:p>
        </w:tc>
      </w:tr>
      <w:tr w:rsidR="00043C3B">
        <w:trPr>
          <w:jc w:val="center"/>
        </w:trPr>
        <w:tc>
          <w:tcPr>
            <w:tcW w:w="1325" w:type="dxa"/>
            <w:vAlign w:val="center"/>
          </w:tcPr>
          <w:p w:rsidR="00043C3B" w:rsidRDefault="004B4BFF">
            <w:r>
              <w:rPr>
                <w:sz w:val="11"/>
              </w:rPr>
              <w:t>883 150</w:t>
            </w:r>
          </w:p>
        </w:tc>
        <w:tc>
          <w:tcPr>
            <w:tcW w:w="605" w:type="dxa"/>
            <w:vAlign w:val="center"/>
          </w:tcPr>
          <w:p w:rsidR="00043C3B" w:rsidRDefault="004B4BFF">
            <w:r>
              <w:rPr>
                <w:sz w:val="11"/>
              </w:rPr>
              <w:t>A</w:t>
            </w:r>
          </w:p>
        </w:tc>
        <w:tc>
          <w:tcPr>
            <w:tcW w:w="1987" w:type="dxa"/>
            <w:vAlign w:val="center"/>
          </w:tcPr>
          <w:p w:rsidR="00043C3B" w:rsidRDefault="004B4BFF">
            <w:r>
              <w:rPr>
                <w:sz w:val="11"/>
              </w:rPr>
              <w:t>One Network B.V.</w:t>
            </w:r>
          </w:p>
        </w:tc>
        <w:tc>
          <w:tcPr>
            <w:tcW w:w="1987" w:type="dxa"/>
            <w:vAlign w:val="center"/>
          </w:tcPr>
          <w:p w:rsidR="00043C3B" w:rsidRDefault="004B4BFF">
            <w:r>
              <w:rPr>
                <w:sz w:val="11"/>
              </w:rPr>
              <w:t>One Network B.V.</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2014-07-01</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883 160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IMC Island Ehf (formerly DCN Hub ehf)]</w:t>
            </w:r>
          </w:p>
        </w:tc>
        <w:tc>
          <w:tcPr>
            <w:tcW w:w="1987" w:type="dxa"/>
            <w:shd w:val="clear" w:color="auto" w:fill="F2F2F2"/>
            <w:vAlign w:val="center"/>
          </w:tcPr>
          <w:p w:rsidR="00043C3B" w:rsidRDefault="004B4BFF">
            <w:r>
              <w:rPr>
                <w:sz w:val="11"/>
              </w:rPr>
              <w:t>[Formerly IMC Island Ehf (formerly DCN Hub ehf)]</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2014-09-15</w:t>
            </w:r>
          </w:p>
        </w:tc>
        <w:tc>
          <w:tcPr>
            <w:tcW w:w="1181" w:type="dxa"/>
            <w:shd w:val="clear" w:color="auto" w:fill="F2F2F2"/>
            <w:vAlign w:val="center"/>
          </w:tcPr>
          <w:p w:rsidR="00043C3B" w:rsidRDefault="004B4BFF">
            <w:r>
              <w:rPr>
                <w:sz w:val="11"/>
              </w:rPr>
              <w:t>2022-12-16</w:t>
            </w:r>
          </w:p>
        </w:tc>
      </w:tr>
      <w:tr w:rsidR="00043C3B">
        <w:trPr>
          <w:jc w:val="center"/>
        </w:trPr>
        <w:tc>
          <w:tcPr>
            <w:tcW w:w="1325" w:type="dxa"/>
            <w:vAlign w:val="center"/>
          </w:tcPr>
          <w:p w:rsidR="00043C3B" w:rsidRDefault="004B4BFF">
            <w:r>
              <w:rPr>
                <w:sz w:val="11"/>
              </w:rPr>
              <w:t>883 170</w:t>
            </w:r>
          </w:p>
        </w:tc>
        <w:tc>
          <w:tcPr>
            <w:tcW w:w="605" w:type="dxa"/>
            <w:vAlign w:val="center"/>
          </w:tcPr>
          <w:p w:rsidR="00043C3B" w:rsidRDefault="004B4BFF">
            <w:r>
              <w:rPr>
                <w:sz w:val="11"/>
              </w:rPr>
              <w:t>A</w:t>
            </w:r>
          </w:p>
        </w:tc>
        <w:tc>
          <w:tcPr>
            <w:tcW w:w="1987" w:type="dxa"/>
            <w:vAlign w:val="center"/>
          </w:tcPr>
          <w:p w:rsidR="00043C3B" w:rsidRDefault="004B4BFF">
            <w:r>
              <w:rPr>
                <w:sz w:val="11"/>
              </w:rPr>
              <w:t>EMnify GmbH</w:t>
            </w:r>
          </w:p>
        </w:tc>
        <w:tc>
          <w:tcPr>
            <w:tcW w:w="1987" w:type="dxa"/>
            <w:vAlign w:val="center"/>
          </w:tcPr>
          <w:p w:rsidR="00043C3B" w:rsidRDefault="004B4BFF">
            <w:r>
              <w:rPr>
                <w:sz w:val="11"/>
              </w:rPr>
              <w:t>EMnify GmbH</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2014-09-19</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883 180</w:t>
            </w:r>
          </w:p>
        </w:tc>
        <w:tc>
          <w:tcPr>
            <w:tcW w:w="605" w:type="dxa"/>
            <w:vAlign w:val="center"/>
          </w:tcPr>
          <w:p w:rsidR="00043C3B" w:rsidRDefault="004B4BFF">
            <w:r>
              <w:rPr>
                <w:sz w:val="11"/>
              </w:rPr>
              <w:t>A</w:t>
            </w:r>
          </w:p>
        </w:tc>
        <w:tc>
          <w:tcPr>
            <w:tcW w:w="1987" w:type="dxa"/>
            <w:vAlign w:val="center"/>
          </w:tcPr>
          <w:p w:rsidR="00043C3B" w:rsidRDefault="004B4BFF">
            <w:r>
              <w:rPr>
                <w:sz w:val="11"/>
              </w:rPr>
              <w:t>Bondio Limited</w:t>
            </w:r>
          </w:p>
        </w:tc>
        <w:tc>
          <w:tcPr>
            <w:tcW w:w="1987" w:type="dxa"/>
            <w:vAlign w:val="center"/>
          </w:tcPr>
          <w:p w:rsidR="00043C3B" w:rsidRDefault="004B4BFF">
            <w:r>
              <w:rPr>
                <w:sz w:val="11"/>
              </w:rPr>
              <w:t>Bondio Limited</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2026-05-08</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883 190</w:t>
            </w:r>
          </w:p>
        </w:tc>
        <w:tc>
          <w:tcPr>
            <w:tcW w:w="605" w:type="dxa"/>
            <w:vAlign w:val="center"/>
          </w:tcPr>
          <w:p w:rsidR="00043C3B" w:rsidRDefault="004B4BFF">
            <w:r>
              <w:rPr>
                <w:sz w:val="11"/>
              </w:rPr>
              <w:t>A</w:t>
            </w:r>
          </w:p>
        </w:tc>
        <w:tc>
          <w:tcPr>
            <w:tcW w:w="1987" w:type="dxa"/>
            <w:vAlign w:val="center"/>
          </w:tcPr>
          <w:p w:rsidR="00043C3B" w:rsidRDefault="004B4BFF">
            <w:r>
              <w:rPr>
                <w:sz w:val="11"/>
              </w:rPr>
              <w:t>Com4 Sweden AB</w:t>
            </w:r>
          </w:p>
        </w:tc>
        <w:tc>
          <w:tcPr>
            <w:tcW w:w="1987" w:type="dxa"/>
            <w:vAlign w:val="center"/>
          </w:tcPr>
          <w:p w:rsidR="00043C3B" w:rsidRDefault="004B4BFF">
            <w:r>
              <w:rPr>
                <w:sz w:val="11"/>
              </w:rPr>
              <w:t>Com4 Sweden AB</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2016-03-15</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883 200</w:t>
            </w:r>
          </w:p>
        </w:tc>
        <w:tc>
          <w:tcPr>
            <w:tcW w:w="605" w:type="dxa"/>
            <w:vAlign w:val="center"/>
          </w:tcPr>
          <w:p w:rsidR="00043C3B" w:rsidRDefault="004B4BFF">
            <w:r>
              <w:rPr>
                <w:sz w:val="11"/>
              </w:rPr>
              <w:t>A</w:t>
            </w:r>
          </w:p>
        </w:tc>
        <w:tc>
          <w:tcPr>
            <w:tcW w:w="1987" w:type="dxa"/>
            <w:vAlign w:val="center"/>
          </w:tcPr>
          <w:p w:rsidR="00043C3B" w:rsidRDefault="004B4BFF">
            <w:r>
              <w:rPr>
                <w:sz w:val="11"/>
              </w:rPr>
              <w:t>Manx Telecom Trading Ltd.</w:t>
            </w:r>
          </w:p>
        </w:tc>
        <w:tc>
          <w:tcPr>
            <w:tcW w:w="1987" w:type="dxa"/>
            <w:vAlign w:val="center"/>
          </w:tcPr>
          <w:p w:rsidR="00043C3B" w:rsidRDefault="004B4BFF">
            <w:r>
              <w:rPr>
                <w:sz w:val="11"/>
              </w:rPr>
              <w:t>Manx Telecom Trading Ltd.</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2016-09-27</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883 210</w:t>
            </w:r>
          </w:p>
        </w:tc>
        <w:tc>
          <w:tcPr>
            <w:tcW w:w="605" w:type="dxa"/>
            <w:vAlign w:val="center"/>
          </w:tcPr>
          <w:p w:rsidR="00043C3B" w:rsidRDefault="004B4BFF">
            <w:r>
              <w:rPr>
                <w:sz w:val="11"/>
              </w:rPr>
              <w:t>A</w:t>
            </w:r>
          </w:p>
        </w:tc>
        <w:tc>
          <w:tcPr>
            <w:tcW w:w="1987" w:type="dxa"/>
            <w:vAlign w:val="center"/>
          </w:tcPr>
          <w:p w:rsidR="00043C3B" w:rsidRDefault="004B4BFF">
            <w:r>
              <w:rPr>
                <w:sz w:val="11"/>
              </w:rPr>
              <w:t>Telecom26 AG</w:t>
            </w:r>
          </w:p>
        </w:tc>
        <w:tc>
          <w:tcPr>
            <w:tcW w:w="1987" w:type="dxa"/>
            <w:vAlign w:val="center"/>
          </w:tcPr>
          <w:p w:rsidR="00043C3B" w:rsidRDefault="004B4BFF">
            <w:r>
              <w:rPr>
                <w:sz w:val="11"/>
              </w:rPr>
              <w:t>Telecom26 AG</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2017-05-01</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883 220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Beezz Communication Solutions Ltd.]</w:t>
            </w:r>
          </w:p>
        </w:tc>
        <w:tc>
          <w:tcPr>
            <w:tcW w:w="1987" w:type="dxa"/>
            <w:shd w:val="clear" w:color="auto" w:fill="F2F2F2"/>
            <w:vAlign w:val="center"/>
          </w:tcPr>
          <w:p w:rsidR="00043C3B" w:rsidRDefault="004B4BFF">
            <w:r>
              <w:rPr>
                <w:sz w:val="11"/>
              </w:rPr>
              <w:t>[Formerly Beezz Communication Solutions Ltd.]</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2017-03-07</w:t>
            </w:r>
          </w:p>
        </w:tc>
        <w:tc>
          <w:tcPr>
            <w:tcW w:w="1181" w:type="dxa"/>
            <w:shd w:val="clear" w:color="auto" w:fill="F2F2F2"/>
            <w:vAlign w:val="center"/>
          </w:tcPr>
          <w:p w:rsidR="00043C3B" w:rsidRDefault="004B4BFF">
            <w:r>
              <w:rPr>
                <w:sz w:val="11"/>
              </w:rPr>
              <w:t>2023-02-01</w:t>
            </w:r>
          </w:p>
        </w:tc>
      </w:tr>
      <w:tr w:rsidR="00043C3B">
        <w:trPr>
          <w:jc w:val="center"/>
        </w:trPr>
        <w:tc>
          <w:tcPr>
            <w:tcW w:w="1325" w:type="dxa"/>
            <w:shd w:val="clear" w:color="auto" w:fill="F2F2F2"/>
            <w:vAlign w:val="center"/>
          </w:tcPr>
          <w:p w:rsidR="00043C3B" w:rsidRDefault="004B4BFF">
            <w:r>
              <w:rPr>
                <w:sz w:val="11"/>
              </w:rPr>
              <w:t>883 230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SAP]</w:t>
            </w:r>
          </w:p>
        </w:tc>
        <w:tc>
          <w:tcPr>
            <w:tcW w:w="1987" w:type="dxa"/>
            <w:shd w:val="clear" w:color="auto" w:fill="F2F2F2"/>
            <w:vAlign w:val="center"/>
          </w:tcPr>
          <w:p w:rsidR="00043C3B" w:rsidRDefault="004B4BFF">
            <w:r>
              <w:rPr>
                <w:sz w:val="11"/>
              </w:rPr>
              <w:t>[Formerly SAP]</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2017-05-23</w:t>
            </w:r>
          </w:p>
        </w:tc>
        <w:tc>
          <w:tcPr>
            <w:tcW w:w="1181" w:type="dxa"/>
            <w:shd w:val="clear" w:color="auto" w:fill="F2F2F2"/>
            <w:vAlign w:val="center"/>
          </w:tcPr>
          <w:p w:rsidR="00043C3B" w:rsidRDefault="004B4BFF">
            <w:r>
              <w:rPr>
                <w:sz w:val="11"/>
              </w:rPr>
              <w:t>2022-02-18</w:t>
            </w:r>
          </w:p>
        </w:tc>
      </w:tr>
      <w:tr w:rsidR="00043C3B">
        <w:trPr>
          <w:jc w:val="center"/>
        </w:trPr>
        <w:tc>
          <w:tcPr>
            <w:tcW w:w="1325" w:type="dxa"/>
            <w:vAlign w:val="center"/>
          </w:tcPr>
          <w:p w:rsidR="00043C3B" w:rsidRDefault="004B4BFF">
            <w:r>
              <w:rPr>
                <w:sz w:val="11"/>
              </w:rPr>
              <w:t>883 240</w:t>
            </w:r>
          </w:p>
        </w:tc>
        <w:tc>
          <w:tcPr>
            <w:tcW w:w="605" w:type="dxa"/>
            <w:vAlign w:val="center"/>
          </w:tcPr>
          <w:p w:rsidR="00043C3B" w:rsidRDefault="004B4BFF">
            <w:r>
              <w:rPr>
                <w:sz w:val="11"/>
              </w:rPr>
              <w:t>A</w:t>
            </w:r>
          </w:p>
        </w:tc>
        <w:tc>
          <w:tcPr>
            <w:tcW w:w="1987" w:type="dxa"/>
            <w:vAlign w:val="center"/>
          </w:tcPr>
          <w:p w:rsidR="00043C3B" w:rsidRDefault="004B4BFF">
            <w:r>
              <w:rPr>
                <w:sz w:val="11"/>
              </w:rPr>
              <w:t>BICS SA</w:t>
            </w:r>
          </w:p>
        </w:tc>
        <w:tc>
          <w:tcPr>
            <w:tcW w:w="1987" w:type="dxa"/>
            <w:vAlign w:val="center"/>
          </w:tcPr>
          <w:p w:rsidR="00043C3B" w:rsidRDefault="004B4BFF">
            <w:r>
              <w:rPr>
                <w:sz w:val="11"/>
              </w:rPr>
              <w:t>BICS SA</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2017-07-25</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883 250</w:t>
            </w:r>
          </w:p>
        </w:tc>
        <w:tc>
          <w:tcPr>
            <w:tcW w:w="605" w:type="dxa"/>
            <w:vAlign w:val="center"/>
          </w:tcPr>
          <w:p w:rsidR="00043C3B" w:rsidRDefault="004B4BFF">
            <w:r>
              <w:rPr>
                <w:sz w:val="11"/>
              </w:rPr>
              <w:t>A</w:t>
            </w:r>
          </w:p>
        </w:tc>
        <w:tc>
          <w:tcPr>
            <w:tcW w:w="1987" w:type="dxa"/>
            <w:vAlign w:val="center"/>
          </w:tcPr>
          <w:p w:rsidR="00043C3B" w:rsidRDefault="004B4BFF">
            <w:r>
              <w:rPr>
                <w:sz w:val="11"/>
              </w:rPr>
              <w:t>Bird B.V. (formerly MessageBird B.V.)</w:t>
            </w:r>
          </w:p>
        </w:tc>
        <w:tc>
          <w:tcPr>
            <w:tcW w:w="1987" w:type="dxa"/>
            <w:vAlign w:val="center"/>
          </w:tcPr>
          <w:p w:rsidR="00043C3B" w:rsidRDefault="004B4BFF">
            <w:r>
              <w:rPr>
                <w:sz w:val="11"/>
              </w:rPr>
              <w:t>Bird B.V. (formerly MessageBird B.V.)</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2018-04-11</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883 260</w:t>
            </w:r>
          </w:p>
        </w:tc>
        <w:tc>
          <w:tcPr>
            <w:tcW w:w="605" w:type="dxa"/>
            <w:vAlign w:val="center"/>
          </w:tcPr>
          <w:p w:rsidR="00043C3B" w:rsidRDefault="004B4BFF">
            <w:r>
              <w:rPr>
                <w:sz w:val="11"/>
              </w:rPr>
              <w:t>A</w:t>
            </w:r>
          </w:p>
        </w:tc>
        <w:tc>
          <w:tcPr>
            <w:tcW w:w="1987" w:type="dxa"/>
            <w:vAlign w:val="center"/>
          </w:tcPr>
          <w:p w:rsidR="00043C3B" w:rsidRDefault="004B4BFF">
            <w:r>
              <w:rPr>
                <w:sz w:val="11"/>
              </w:rPr>
              <w:t>KORE Wireless (Formerly Twilio Inc.)</w:t>
            </w:r>
          </w:p>
        </w:tc>
        <w:tc>
          <w:tcPr>
            <w:tcW w:w="1987" w:type="dxa"/>
            <w:vAlign w:val="center"/>
          </w:tcPr>
          <w:p w:rsidR="00043C3B" w:rsidRDefault="004B4BFF">
            <w:r>
              <w:rPr>
                <w:sz w:val="11"/>
              </w:rPr>
              <w:t>KORE Wireless (Formerly Twilio Inc.)</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2018-11-02</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883 270</w:t>
            </w:r>
          </w:p>
        </w:tc>
        <w:tc>
          <w:tcPr>
            <w:tcW w:w="605" w:type="dxa"/>
            <w:vAlign w:val="center"/>
          </w:tcPr>
          <w:p w:rsidR="00043C3B" w:rsidRDefault="004B4BFF">
            <w:r>
              <w:rPr>
                <w:sz w:val="11"/>
              </w:rPr>
              <w:t>A</w:t>
            </w:r>
          </w:p>
        </w:tc>
        <w:tc>
          <w:tcPr>
            <w:tcW w:w="1987" w:type="dxa"/>
            <w:vAlign w:val="center"/>
          </w:tcPr>
          <w:p w:rsidR="00043C3B" w:rsidRDefault="004B4BFF">
            <w:r>
              <w:rPr>
                <w:sz w:val="11"/>
              </w:rPr>
              <w:t>Onomondo ApS</w:t>
            </w:r>
          </w:p>
        </w:tc>
        <w:tc>
          <w:tcPr>
            <w:tcW w:w="1987" w:type="dxa"/>
            <w:vAlign w:val="center"/>
          </w:tcPr>
          <w:p w:rsidR="00043C3B" w:rsidRDefault="00043C3B"/>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2026-05-08</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883 280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Plintron Global Technology Solutions Private Limited]</w:t>
            </w:r>
          </w:p>
        </w:tc>
        <w:tc>
          <w:tcPr>
            <w:tcW w:w="1987" w:type="dxa"/>
            <w:shd w:val="clear" w:color="auto" w:fill="F2F2F2"/>
            <w:vAlign w:val="center"/>
          </w:tcPr>
          <w:p w:rsidR="00043C3B" w:rsidRDefault="004B4BFF">
            <w:r>
              <w:rPr>
                <w:sz w:val="11"/>
              </w:rPr>
              <w:t>[Formerly Plintron Global Technology Solutions Private Limited]</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2019-01-29</w:t>
            </w:r>
          </w:p>
        </w:tc>
        <w:tc>
          <w:tcPr>
            <w:tcW w:w="1181" w:type="dxa"/>
            <w:shd w:val="clear" w:color="auto" w:fill="F2F2F2"/>
            <w:vAlign w:val="center"/>
          </w:tcPr>
          <w:p w:rsidR="00043C3B" w:rsidRDefault="004B4BFF">
            <w:r>
              <w:rPr>
                <w:sz w:val="11"/>
              </w:rPr>
              <w:t>2022-11-30</w:t>
            </w:r>
          </w:p>
        </w:tc>
      </w:tr>
      <w:tr w:rsidR="00043C3B">
        <w:trPr>
          <w:jc w:val="center"/>
        </w:trPr>
        <w:tc>
          <w:tcPr>
            <w:tcW w:w="1325" w:type="dxa"/>
            <w:vAlign w:val="center"/>
          </w:tcPr>
          <w:p w:rsidR="00043C3B" w:rsidRDefault="004B4BFF">
            <w:r>
              <w:rPr>
                <w:sz w:val="11"/>
              </w:rPr>
              <w:t>883 290</w:t>
            </w:r>
          </w:p>
        </w:tc>
        <w:tc>
          <w:tcPr>
            <w:tcW w:w="605" w:type="dxa"/>
            <w:vAlign w:val="center"/>
          </w:tcPr>
          <w:p w:rsidR="00043C3B" w:rsidRDefault="004B4BFF">
            <w:r>
              <w:rPr>
                <w:sz w:val="11"/>
              </w:rPr>
              <w:t>A</w:t>
            </w:r>
          </w:p>
        </w:tc>
        <w:tc>
          <w:tcPr>
            <w:tcW w:w="1987" w:type="dxa"/>
            <w:vAlign w:val="center"/>
          </w:tcPr>
          <w:p w:rsidR="00043C3B" w:rsidRDefault="004B4BFF">
            <w:r>
              <w:rPr>
                <w:sz w:val="11"/>
              </w:rPr>
              <w:t>Limitless Mobile, LLC</w:t>
            </w:r>
          </w:p>
        </w:tc>
        <w:tc>
          <w:tcPr>
            <w:tcW w:w="1987" w:type="dxa"/>
            <w:vAlign w:val="center"/>
          </w:tcPr>
          <w:p w:rsidR="00043C3B" w:rsidRDefault="004B4BFF">
            <w:r>
              <w:rPr>
                <w:sz w:val="11"/>
              </w:rPr>
              <w:t>Limitless Mobile, LLC</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2019-01-29</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883 300</w:t>
            </w:r>
          </w:p>
        </w:tc>
        <w:tc>
          <w:tcPr>
            <w:tcW w:w="605" w:type="dxa"/>
            <w:vAlign w:val="center"/>
          </w:tcPr>
          <w:p w:rsidR="00043C3B" w:rsidRDefault="004B4BFF">
            <w:r>
              <w:rPr>
                <w:sz w:val="11"/>
              </w:rPr>
              <w:t>A</w:t>
            </w:r>
          </w:p>
        </w:tc>
        <w:tc>
          <w:tcPr>
            <w:tcW w:w="1987" w:type="dxa"/>
            <w:vAlign w:val="center"/>
          </w:tcPr>
          <w:p w:rsidR="00043C3B" w:rsidRDefault="004B4BFF">
            <w:r>
              <w:rPr>
                <w:sz w:val="11"/>
              </w:rPr>
              <w:t>1NCE GmbH</w:t>
            </w:r>
          </w:p>
        </w:tc>
        <w:tc>
          <w:tcPr>
            <w:tcW w:w="1987" w:type="dxa"/>
            <w:vAlign w:val="center"/>
          </w:tcPr>
          <w:p w:rsidR="00043C3B" w:rsidRDefault="004B4BFF">
            <w:r>
              <w:rPr>
                <w:sz w:val="11"/>
              </w:rPr>
              <w:t>1NCE GmbH</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2019-06-12</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883 310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Clementvale Baltic OÜ]</w:t>
            </w:r>
          </w:p>
        </w:tc>
        <w:tc>
          <w:tcPr>
            <w:tcW w:w="1987" w:type="dxa"/>
            <w:shd w:val="clear" w:color="auto" w:fill="F2F2F2"/>
            <w:vAlign w:val="center"/>
          </w:tcPr>
          <w:p w:rsidR="00043C3B" w:rsidRDefault="004B4BFF">
            <w:r>
              <w:rPr>
                <w:sz w:val="11"/>
              </w:rPr>
              <w:t>[Formerly Clementvale Baltic OÜ]</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2020-04-03</w:t>
            </w:r>
          </w:p>
        </w:tc>
        <w:tc>
          <w:tcPr>
            <w:tcW w:w="1181" w:type="dxa"/>
            <w:shd w:val="clear" w:color="auto" w:fill="F2F2F2"/>
            <w:vAlign w:val="center"/>
          </w:tcPr>
          <w:p w:rsidR="00043C3B" w:rsidRDefault="004B4BFF">
            <w:r>
              <w:rPr>
                <w:sz w:val="11"/>
              </w:rPr>
              <w:t>2022-02-18</w:t>
            </w:r>
          </w:p>
        </w:tc>
      </w:tr>
      <w:tr w:rsidR="00043C3B">
        <w:trPr>
          <w:jc w:val="center"/>
        </w:trPr>
        <w:tc>
          <w:tcPr>
            <w:tcW w:w="1325" w:type="dxa"/>
            <w:shd w:val="clear" w:color="auto" w:fill="F2F2F2"/>
            <w:vAlign w:val="center"/>
          </w:tcPr>
          <w:p w:rsidR="00043C3B" w:rsidRDefault="004B4BFF">
            <w:r>
              <w:rPr>
                <w:sz w:val="11"/>
              </w:rPr>
              <w:t>883 320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 xml:space="preserve">[Formerly Tele2 Sverige Aktiebolag </w:t>
            </w:r>
            <w:r>
              <w:rPr>
                <w:sz w:val="11"/>
              </w:rPr>
              <w:lastRenderedPageBreak/>
              <w:t>(Formerly Tele2 IoT)]</w:t>
            </w:r>
          </w:p>
        </w:tc>
        <w:tc>
          <w:tcPr>
            <w:tcW w:w="1987" w:type="dxa"/>
            <w:shd w:val="clear" w:color="auto" w:fill="F2F2F2"/>
            <w:vAlign w:val="center"/>
          </w:tcPr>
          <w:p w:rsidR="00043C3B" w:rsidRDefault="004B4BFF">
            <w:r>
              <w:rPr>
                <w:sz w:val="11"/>
              </w:rPr>
              <w:lastRenderedPageBreak/>
              <w:t>[Formerly Tele2 Sverige Aktiebolag]</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2020-06-01</w:t>
            </w:r>
          </w:p>
        </w:tc>
        <w:tc>
          <w:tcPr>
            <w:tcW w:w="1181" w:type="dxa"/>
            <w:shd w:val="clear" w:color="auto" w:fill="F2F2F2"/>
            <w:vAlign w:val="center"/>
          </w:tcPr>
          <w:p w:rsidR="00043C3B" w:rsidRDefault="004B4BFF">
            <w:r>
              <w:rPr>
                <w:sz w:val="11"/>
              </w:rPr>
              <w:t>2025-02-21</w:t>
            </w:r>
          </w:p>
        </w:tc>
      </w:tr>
      <w:tr w:rsidR="00043C3B">
        <w:trPr>
          <w:jc w:val="center"/>
        </w:trPr>
        <w:tc>
          <w:tcPr>
            <w:tcW w:w="1325" w:type="dxa"/>
            <w:vAlign w:val="center"/>
          </w:tcPr>
          <w:p w:rsidR="00043C3B" w:rsidRDefault="004B4BFF">
            <w:r>
              <w:rPr>
                <w:sz w:val="11"/>
              </w:rPr>
              <w:lastRenderedPageBreak/>
              <w:t>883 330</w:t>
            </w:r>
          </w:p>
        </w:tc>
        <w:tc>
          <w:tcPr>
            <w:tcW w:w="605" w:type="dxa"/>
            <w:vAlign w:val="center"/>
          </w:tcPr>
          <w:p w:rsidR="00043C3B" w:rsidRDefault="004B4BFF">
            <w:r>
              <w:rPr>
                <w:sz w:val="11"/>
              </w:rPr>
              <w:t>A</w:t>
            </w:r>
          </w:p>
        </w:tc>
        <w:tc>
          <w:tcPr>
            <w:tcW w:w="1987" w:type="dxa"/>
            <w:vAlign w:val="center"/>
          </w:tcPr>
          <w:p w:rsidR="00043C3B" w:rsidRDefault="004B4BFF">
            <w:r>
              <w:rPr>
                <w:sz w:val="11"/>
              </w:rPr>
              <w:t>Cubic Telecom Limited</w:t>
            </w:r>
          </w:p>
        </w:tc>
        <w:tc>
          <w:tcPr>
            <w:tcW w:w="1987" w:type="dxa"/>
            <w:vAlign w:val="center"/>
          </w:tcPr>
          <w:p w:rsidR="00043C3B" w:rsidRDefault="004B4BFF">
            <w:r>
              <w:rPr>
                <w:sz w:val="11"/>
              </w:rPr>
              <w:t>Cubic Telecom Limited</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2020-06-01</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883 340</w:t>
            </w:r>
          </w:p>
        </w:tc>
        <w:tc>
          <w:tcPr>
            <w:tcW w:w="605" w:type="dxa"/>
            <w:vAlign w:val="center"/>
          </w:tcPr>
          <w:p w:rsidR="00043C3B" w:rsidRDefault="004B4BFF">
            <w:r>
              <w:rPr>
                <w:sz w:val="11"/>
              </w:rPr>
              <w:t>A</w:t>
            </w:r>
          </w:p>
        </w:tc>
        <w:tc>
          <w:tcPr>
            <w:tcW w:w="1987" w:type="dxa"/>
            <w:vAlign w:val="center"/>
          </w:tcPr>
          <w:p w:rsidR="00043C3B" w:rsidRDefault="004B4BFF">
            <w:r>
              <w:rPr>
                <w:sz w:val="11"/>
              </w:rPr>
              <w:t>Giesecke+Devrient Mobile Security TCD UK Limited (Formerly Podsystem Ltd.)</w:t>
            </w:r>
          </w:p>
        </w:tc>
        <w:tc>
          <w:tcPr>
            <w:tcW w:w="1987" w:type="dxa"/>
            <w:vAlign w:val="center"/>
          </w:tcPr>
          <w:p w:rsidR="00043C3B" w:rsidRDefault="004B4BFF">
            <w:r>
              <w:rPr>
                <w:sz w:val="11"/>
              </w:rPr>
              <w:t>Giesecke+Devrient Mobile Security TCD UK Limited (Formerly Podsystem Ltd.)</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2020-07-31</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883 350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Afinna One Srl]</w:t>
            </w:r>
          </w:p>
        </w:tc>
        <w:tc>
          <w:tcPr>
            <w:tcW w:w="1987" w:type="dxa"/>
            <w:shd w:val="clear" w:color="auto" w:fill="F2F2F2"/>
            <w:vAlign w:val="center"/>
          </w:tcPr>
          <w:p w:rsidR="00043C3B" w:rsidRDefault="004B4BFF">
            <w:r>
              <w:rPr>
                <w:sz w:val="11"/>
              </w:rPr>
              <w:t>[Formerly Afinna One Srl]</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2021-02-05</w:t>
            </w:r>
          </w:p>
        </w:tc>
        <w:tc>
          <w:tcPr>
            <w:tcW w:w="1181" w:type="dxa"/>
            <w:shd w:val="clear" w:color="auto" w:fill="F2F2F2"/>
            <w:vAlign w:val="center"/>
          </w:tcPr>
          <w:p w:rsidR="00043C3B" w:rsidRDefault="004B4BFF">
            <w:r>
              <w:rPr>
                <w:sz w:val="11"/>
              </w:rPr>
              <w:t>2025-09-12</w:t>
            </w:r>
          </w:p>
        </w:tc>
      </w:tr>
      <w:tr w:rsidR="00043C3B">
        <w:trPr>
          <w:jc w:val="center"/>
        </w:trPr>
        <w:tc>
          <w:tcPr>
            <w:tcW w:w="1325" w:type="dxa"/>
            <w:vAlign w:val="center"/>
          </w:tcPr>
          <w:p w:rsidR="00043C3B" w:rsidRDefault="004B4BFF">
            <w:r>
              <w:rPr>
                <w:sz w:val="11"/>
              </w:rPr>
              <w:t>883 360</w:t>
            </w:r>
          </w:p>
        </w:tc>
        <w:tc>
          <w:tcPr>
            <w:tcW w:w="605" w:type="dxa"/>
            <w:vAlign w:val="center"/>
          </w:tcPr>
          <w:p w:rsidR="00043C3B" w:rsidRDefault="004B4BFF">
            <w:r>
              <w:rPr>
                <w:sz w:val="11"/>
              </w:rPr>
              <w:t>A</w:t>
            </w:r>
          </w:p>
        </w:tc>
        <w:tc>
          <w:tcPr>
            <w:tcW w:w="1987" w:type="dxa"/>
            <w:vAlign w:val="center"/>
          </w:tcPr>
          <w:p w:rsidR="00043C3B" w:rsidRDefault="004B4BFF">
            <w:r>
              <w:rPr>
                <w:sz w:val="11"/>
              </w:rPr>
              <w:t>Telecom Italia Sparkle S.p.A.</w:t>
            </w:r>
          </w:p>
        </w:tc>
        <w:tc>
          <w:tcPr>
            <w:tcW w:w="1987" w:type="dxa"/>
            <w:vAlign w:val="center"/>
          </w:tcPr>
          <w:p w:rsidR="00043C3B" w:rsidRDefault="004B4BFF">
            <w:r>
              <w:rPr>
                <w:sz w:val="11"/>
              </w:rPr>
              <w:t>Telecom Italia Sparkle S.p.A.</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2021-04-06</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883 370</w:t>
            </w:r>
          </w:p>
        </w:tc>
        <w:tc>
          <w:tcPr>
            <w:tcW w:w="605" w:type="dxa"/>
            <w:vAlign w:val="center"/>
          </w:tcPr>
          <w:p w:rsidR="00043C3B" w:rsidRDefault="004B4BFF">
            <w:r>
              <w:rPr>
                <w:sz w:val="11"/>
              </w:rPr>
              <w:t>A</w:t>
            </w:r>
          </w:p>
        </w:tc>
        <w:tc>
          <w:tcPr>
            <w:tcW w:w="1987" w:type="dxa"/>
            <w:vAlign w:val="center"/>
          </w:tcPr>
          <w:p w:rsidR="00043C3B" w:rsidRDefault="004B4BFF">
            <w:r>
              <w:rPr>
                <w:sz w:val="11"/>
              </w:rPr>
              <w:t>A1 Telekom Austria AG</w:t>
            </w:r>
          </w:p>
        </w:tc>
        <w:tc>
          <w:tcPr>
            <w:tcW w:w="1987" w:type="dxa"/>
            <w:vAlign w:val="center"/>
          </w:tcPr>
          <w:p w:rsidR="00043C3B" w:rsidRDefault="004B4BFF">
            <w:r>
              <w:rPr>
                <w:sz w:val="11"/>
              </w:rPr>
              <w:t>A1 Telekom Austria AG</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2021-07-15</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883 380</w:t>
            </w:r>
          </w:p>
        </w:tc>
        <w:tc>
          <w:tcPr>
            <w:tcW w:w="605" w:type="dxa"/>
            <w:vAlign w:val="center"/>
          </w:tcPr>
          <w:p w:rsidR="00043C3B" w:rsidRDefault="004B4BFF">
            <w:r>
              <w:rPr>
                <w:sz w:val="11"/>
              </w:rPr>
              <w:t>A</w:t>
            </w:r>
          </w:p>
        </w:tc>
        <w:tc>
          <w:tcPr>
            <w:tcW w:w="1987" w:type="dxa"/>
            <w:vAlign w:val="center"/>
          </w:tcPr>
          <w:p w:rsidR="00043C3B" w:rsidRDefault="004B4BFF">
            <w:r>
              <w:rPr>
                <w:sz w:val="11"/>
              </w:rPr>
              <w:t>Eseye Limited</w:t>
            </w:r>
          </w:p>
        </w:tc>
        <w:tc>
          <w:tcPr>
            <w:tcW w:w="1987" w:type="dxa"/>
            <w:vAlign w:val="center"/>
          </w:tcPr>
          <w:p w:rsidR="00043C3B" w:rsidRDefault="004B4BFF">
            <w:r>
              <w:rPr>
                <w:sz w:val="11"/>
              </w:rPr>
              <w:t>Eseye Limited</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2021-08-06</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883 390</w:t>
            </w:r>
          </w:p>
        </w:tc>
        <w:tc>
          <w:tcPr>
            <w:tcW w:w="605" w:type="dxa"/>
            <w:vAlign w:val="center"/>
          </w:tcPr>
          <w:p w:rsidR="00043C3B" w:rsidRDefault="004B4BFF">
            <w:r>
              <w:rPr>
                <w:sz w:val="11"/>
              </w:rPr>
              <w:t>A</w:t>
            </w:r>
          </w:p>
        </w:tc>
        <w:tc>
          <w:tcPr>
            <w:tcW w:w="1987" w:type="dxa"/>
            <w:vAlign w:val="center"/>
          </w:tcPr>
          <w:p w:rsidR="00043C3B" w:rsidRDefault="004B4BFF">
            <w:r>
              <w:rPr>
                <w:sz w:val="11"/>
              </w:rPr>
              <w:t>Airnity SAS</w:t>
            </w:r>
          </w:p>
        </w:tc>
        <w:tc>
          <w:tcPr>
            <w:tcW w:w="1987" w:type="dxa"/>
            <w:vAlign w:val="center"/>
          </w:tcPr>
          <w:p w:rsidR="00043C3B" w:rsidRDefault="004B4BFF">
            <w:r>
              <w:rPr>
                <w:sz w:val="11"/>
              </w:rPr>
              <w:t>Airnity SAS</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2021-08-06</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883 400</w:t>
            </w:r>
          </w:p>
        </w:tc>
        <w:tc>
          <w:tcPr>
            <w:tcW w:w="605" w:type="dxa"/>
            <w:vAlign w:val="center"/>
          </w:tcPr>
          <w:p w:rsidR="00043C3B" w:rsidRDefault="004B4BFF">
            <w:r>
              <w:rPr>
                <w:sz w:val="11"/>
              </w:rPr>
              <w:t>A</w:t>
            </w:r>
          </w:p>
        </w:tc>
        <w:tc>
          <w:tcPr>
            <w:tcW w:w="1987" w:type="dxa"/>
            <w:vAlign w:val="center"/>
          </w:tcPr>
          <w:p w:rsidR="00043C3B" w:rsidRDefault="004B4BFF">
            <w:r>
              <w:rPr>
                <w:sz w:val="11"/>
              </w:rPr>
              <w:t>TELEFONICA MOVILES ESPAÑA, S.A. UNIPERSONAL (TME)</w:t>
            </w:r>
          </w:p>
        </w:tc>
        <w:tc>
          <w:tcPr>
            <w:tcW w:w="1987" w:type="dxa"/>
            <w:vAlign w:val="center"/>
          </w:tcPr>
          <w:p w:rsidR="00043C3B" w:rsidRDefault="004B4BFF">
            <w:r>
              <w:rPr>
                <w:sz w:val="11"/>
              </w:rPr>
              <w:t>TELEFONICA MOVILES ESPAÑA, S.A. UNIPERSONAL (TME)</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2021-12-10</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883 410</w:t>
            </w:r>
          </w:p>
        </w:tc>
        <w:tc>
          <w:tcPr>
            <w:tcW w:w="605" w:type="dxa"/>
            <w:vAlign w:val="center"/>
          </w:tcPr>
          <w:p w:rsidR="00043C3B" w:rsidRDefault="004B4BFF">
            <w:r>
              <w:rPr>
                <w:sz w:val="11"/>
              </w:rPr>
              <w:t>A</w:t>
            </w:r>
          </w:p>
        </w:tc>
        <w:tc>
          <w:tcPr>
            <w:tcW w:w="1987" w:type="dxa"/>
            <w:vAlign w:val="center"/>
          </w:tcPr>
          <w:p w:rsidR="00043C3B" w:rsidRDefault="004B4BFF">
            <w:r>
              <w:rPr>
                <w:sz w:val="11"/>
              </w:rPr>
              <w:t>Telefónica Germany GmbH &amp; Co. OHG</w:t>
            </w:r>
          </w:p>
        </w:tc>
        <w:tc>
          <w:tcPr>
            <w:tcW w:w="1987" w:type="dxa"/>
            <w:vAlign w:val="center"/>
          </w:tcPr>
          <w:p w:rsidR="00043C3B" w:rsidRDefault="004B4BFF">
            <w:r>
              <w:rPr>
                <w:sz w:val="11"/>
              </w:rPr>
              <w:t>Telefónica Germany GmbH &amp; Co. OHG</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2021-12-10</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883 420</w:t>
            </w:r>
          </w:p>
        </w:tc>
        <w:tc>
          <w:tcPr>
            <w:tcW w:w="605" w:type="dxa"/>
            <w:vAlign w:val="center"/>
          </w:tcPr>
          <w:p w:rsidR="00043C3B" w:rsidRDefault="004B4BFF">
            <w:r>
              <w:rPr>
                <w:sz w:val="11"/>
              </w:rPr>
              <w:t>A</w:t>
            </w:r>
          </w:p>
        </w:tc>
        <w:tc>
          <w:tcPr>
            <w:tcW w:w="1987" w:type="dxa"/>
            <w:vAlign w:val="center"/>
          </w:tcPr>
          <w:p w:rsidR="00043C3B" w:rsidRDefault="004B4BFF">
            <w:r>
              <w:rPr>
                <w:sz w:val="11"/>
              </w:rPr>
              <w:t>Mobile Telecommunications Company K.S.C.P.</w:t>
            </w:r>
          </w:p>
        </w:tc>
        <w:tc>
          <w:tcPr>
            <w:tcW w:w="1987" w:type="dxa"/>
            <w:vAlign w:val="center"/>
          </w:tcPr>
          <w:p w:rsidR="00043C3B" w:rsidRDefault="004B4BFF">
            <w:r>
              <w:rPr>
                <w:sz w:val="11"/>
              </w:rPr>
              <w:t>Zain Bahrain BSC</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2022-01-19</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883 430</w:t>
            </w:r>
          </w:p>
        </w:tc>
        <w:tc>
          <w:tcPr>
            <w:tcW w:w="605" w:type="dxa"/>
            <w:vAlign w:val="center"/>
          </w:tcPr>
          <w:p w:rsidR="00043C3B" w:rsidRDefault="004B4BFF">
            <w:r>
              <w:rPr>
                <w:sz w:val="11"/>
              </w:rPr>
              <w:t>A</w:t>
            </w:r>
          </w:p>
        </w:tc>
        <w:tc>
          <w:tcPr>
            <w:tcW w:w="1987" w:type="dxa"/>
            <w:vAlign w:val="center"/>
          </w:tcPr>
          <w:p w:rsidR="00043C3B" w:rsidRDefault="004B4BFF">
            <w:r>
              <w:rPr>
                <w:sz w:val="11"/>
              </w:rPr>
              <w:t>BJT PARTNERS SAS</w:t>
            </w:r>
          </w:p>
        </w:tc>
        <w:tc>
          <w:tcPr>
            <w:tcW w:w="1987" w:type="dxa"/>
            <w:vAlign w:val="center"/>
          </w:tcPr>
          <w:p w:rsidR="00043C3B" w:rsidRDefault="004B4BFF">
            <w:r>
              <w:rPr>
                <w:sz w:val="11"/>
              </w:rPr>
              <w:t>BJT PARTNERS SAS</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2022-02-18</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883 440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Truphone Limited]</w:t>
            </w:r>
          </w:p>
        </w:tc>
        <w:tc>
          <w:tcPr>
            <w:tcW w:w="1987" w:type="dxa"/>
            <w:shd w:val="clear" w:color="auto" w:fill="F2F2F2"/>
            <w:vAlign w:val="center"/>
          </w:tcPr>
          <w:p w:rsidR="00043C3B" w:rsidRDefault="004B4BFF">
            <w:r>
              <w:rPr>
                <w:sz w:val="11"/>
              </w:rPr>
              <w:t>[Formerly Truphone Limited]</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2022-04-01</w:t>
            </w:r>
          </w:p>
        </w:tc>
        <w:tc>
          <w:tcPr>
            <w:tcW w:w="1181" w:type="dxa"/>
            <w:shd w:val="clear" w:color="auto" w:fill="F2F2F2"/>
            <w:vAlign w:val="center"/>
          </w:tcPr>
          <w:p w:rsidR="00043C3B" w:rsidRDefault="004B4BFF">
            <w:r>
              <w:rPr>
                <w:sz w:val="11"/>
              </w:rPr>
              <w:t>2024-02-06</w:t>
            </w:r>
          </w:p>
        </w:tc>
      </w:tr>
      <w:tr w:rsidR="00043C3B">
        <w:trPr>
          <w:jc w:val="center"/>
        </w:trPr>
        <w:tc>
          <w:tcPr>
            <w:tcW w:w="1325" w:type="dxa"/>
            <w:shd w:val="clear" w:color="auto" w:fill="F2F2F2"/>
            <w:vAlign w:val="center"/>
          </w:tcPr>
          <w:p w:rsidR="00043C3B" w:rsidRDefault="004B4BFF">
            <w:r>
              <w:rPr>
                <w:sz w:val="11"/>
              </w:rPr>
              <w:t>883 450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HMD Global Oy]</w:t>
            </w:r>
          </w:p>
        </w:tc>
        <w:tc>
          <w:tcPr>
            <w:tcW w:w="1987" w:type="dxa"/>
            <w:shd w:val="clear" w:color="auto" w:fill="F2F2F2"/>
            <w:vAlign w:val="center"/>
          </w:tcPr>
          <w:p w:rsidR="00043C3B" w:rsidRDefault="004B4BFF">
            <w:r>
              <w:rPr>
                <w:sz w:val="11"/>
              </w:rPr>
              <w:t>[Formerly HMD Global Oy]</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2022-11-21</w:t>
            </w:r>
          </w:p>
        </w:tc>
        <w:tc>
          <w:tcPr>
            <w:tcW w:w="1181" w:type="dxa"/>
            <w:shd w:val="clear" w:color="auto" w:fill="F2F2F2"/>
            <w:vAlign w:val="center"/>
          </w:tcPr>
          <w:p w:rsidR="00043C3B" w:rsidRDefault="004B4BFF">
            <w:r>
              <w:rPr>
                <w:sz w:val="11"/>
              </w:rPr>
              <w:t>2023-11-30</w:t>
            </w:r>
          </w:p>
        </w:tc>
      </w:tr>
      <w:tr w:rsidR="00043C3B">
        <w:trPr>
          <w:jc w:val="center"/>
        </w:trPr>
        <w:tc>
          <w:tcPr>
            <w:tcW w:w="1325" w:type="dxa"/>
            <w:vAlign w:val="center"/>
          </w:tcPr>
          <w:p w:rsidR="00043C3B" w:rsidRDefault="004B4BFF">
            <w:r>
              <w:rPr>
                <w:sz w:val="11"/>
              </w:rPr>
              <w:t>883 460</w:t>
            </w:r>
          </w:p>
        </w:tc>
        <w:tc>
          <w:tcPr>
            <w:tcW w:w="605" w:type="dxa"/>
            <w:vAlign w:val="center"/>
          </w:tcPr>
          <w:p w:rsidR="00043C3B" w:rsidRDefault="004B4BFF">
            <w:r>
              <w:rPr>
                <w:sz w:val="11"/>
              </w:rPr>
              <w:t>A</w:t>
            </w:r>
          </w:p>
        </w:tc>
        <w:tc>
          <w:tcPr>
            <w:tcW w:w="1987" w:type="dxa"/>
            <w:vAlign w:val="center"/>
          </w:tcPr>
          <w:p w:rsidR="00043C3B" w:rsidRDefault="004B4BFF">
            <w:r>
              <w:rPr>
                <w:sz w:val="11"/>
              </w:rPr>
              <w:t>KORE Wireless</w:t>
            </w:r>
          </w:p>
        </w:tc>
        <w:tc>
          <w:tcPr>
            <w:tcW w:w="1987" w:type="dxa"/>
            <w:vAlign w:val="center"/>
          </w:tcPr>
          <w:p w:rsidR="00043C3B" w:rsidRDefault="004B4BFF">
            <w:r>
              <w:rPr>
                <w:sz w:val="11"/>
              </w:rPr>
              <w:t>KORE Wireless</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2022-12-16</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883 470</w:t>
            </w:r>
          </w:p>
        </w:tc>
        <w:tc>
          <w:tcPr>
            <w:tcW w:w="605" w:type="dxa"/>
            <w:vAlign w:val="center"/>
          </w:tcPr>
          <w:p w:rsidR="00043C3B" w:rsidRDefault="004B4BFF">
            <w:r>
              <w:rPr>
                <w:sz w:val="11"/>
              </w:rPr>
              <w:t>A</w:t>
            </w:r>
          </w:p>
        </w:tc>
        <w:tc>
          <w:tcPr>
            <w:tcW w:w="1987" w:type="dxa"/>
            <w:vAlign w:val="center"/>
          </w:tcPr>
          <w:p w:rsidR="00043C3B" w:rsidRDefault="004B4BFF">
            <w:r>
              <w:rPr>
                <w:sz w:val="11"/>
              </w:rPr>
              <w:t>Webbing</w:t>
            </w:r>
          </w:p>
        </w:tc>
        <w:tc>
          <w:tcPr>
            <w:tcW w:w="1987" w:type="dxa"/>
            <w:vAlign w:val="center"/>
          </w:tcPr>
          <w:p w:rsidR="00043C3B" w:rsidRDefault="004B4BFF">
            <w:r>
              <w:rPr>
                <w:sz w:val="11"/>
              </w:rPr>
              <w:t>Webbing</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2023-05-01</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883 480</w:t>
            </w:r>
          </w:p>
        </w:tc>
        <w:tc>
          <w:tcPr>
            <w:tcW w:w="605" w:type="dxa"/>
            <w:vAlign w:val="center"/>
          </w:tcPr>
          <w:p w:rsidR="00043C3B" w:rsidRDefault="004B4BFF">
            <w:r>
              <w:rPr>
                <w:sz w:val="11"/>
              </w:rPr>
              <w:t>A</w:t>
            </w:r>
          </w:p>
        </w:tc>
        <w:tc>
          <w:tcPr>
            <w:tcW w:w="1987" w:type="dxa"/>
            <w:vAlign w:val="center"/>
          </w:tcPr>
          <w:p w:rsidR="00043C3B" w:rsidRDefault="004B4BFF">
            <w:r>
              <w:rPr>
                <w:sz w:val="11"/>
              </w:rPr>
              <w:t>BBIX Singapore Pte. Ltd.</w:t>
            </w:r>
          </w:p>
        </w:tc>
        <w:tc>
          <w:tcPr>
            <w:tcW w:w="1987" w:type="dxa"/>
            <w:vAlign w:val="center"/>
          </w:tcPr>
          <w:p w:rsidR="00043C3B" w:rsidRDefault="004B4BFF">
            <w:r>
              <w:rPr>
                <w:sz w:val="11"/>
              </w:rPr>
              <w:t>BBIX Singapore Pte. Ltd.</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2023-09-19</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883 490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Datora Mobile Telecomunicações SA]</w:t>
            </w:r>
          </w:p>
        </w:tc>
        <w:tc>
          <w:tcPr>
            <w:tcW w:w="1987" w:type="dxa"/>
            <w:shd w:val="clear" w:color="auto" w:fill="F2F2F2"/>
            <w:vAlign w:val="center"/>
          </w:tcPr>
          <w:p w:rsidR="00043C3B" w:rsidRDefault="004B4BFF">
            <w:r>
              <w:rPr>
                <w:sz w:val="11"/>
              </w:rPr>
              <w:t>[Formerly Datora Mobile Telecomunicações SA]</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2024-09-16</w:t>
            </w:r>
          </w:p>
        </w:tc>
        <w:tc>
          <w:tcPr>
            <w:tcW w:w="1181" w:type="dxa"/>
            <w:shd w:val="clear" w:color="auto" w:fill="F2F2F2"/>
            <w:vAlign w:val="center"/>
          </w:tcPr>
          <w:p w:rsidR="00043C3B" w:rsidRDefault="004B4BFF">
            <w:r>
              <w:rPr>
                <w:sz w:val="11"/>
              </w:rPr>
              <w:t>2026-09-11</w:t>
            </w:r>
          </w:p>
        </w:tc>
      </w:tr>
      <w:tr w:rsidR="00043C3B">
        <w:trPr>
          <w:jc w:val="center"/>
        </w:trPr>
        <w:tc>
          <w:tcPr>
            <w:tcW w:w="1325" w:type="dxa"/>
            <w:vAlign w:val="center"/>
          </w:tcPr>
          <w:p w:rsidR="00043C3B" w:rsidRDefault="004B4BFF">
            <w:r>
              <w:rPr>
                <w:sz w:val="11"/>
              </w:rPr>
              <w:t>883 500</w:t>
            </w:r>
          </w:p>
        </w:tc>
        <w:tc>
          <w:tcPr>
            <w:tcW w:w="605" w:type="dxa"/>
            <w:vAlign w:val="center"/>
          </w:tcPr>
          <w:p w:rsidR="00043C3B" w:rsidRDefault="004B4BFF">
            <w:r>
              <w:rPr>
                <w:sz w:val="11"/>
              </w:rPr>
              <w:t>A</w:t>
            </w:r>
          </w:p>
        </w:tc>
        <w:tc>
          <w:tcPr>
            <w:tcW w:w="1987" w:type="dxa"/>
            <w:vAlign w:val="center"/>
          </w:tcPr>
          <w:p w:rsidR="00043C3B" w:rsidRDefault="004B4BFF">
            <w:r>
              <w:rPr>
                <w:sz w:val="11"/>
              </w:rPr>
              <w:t>Lynk Global, Inc.</w:t>
            </w:r>
          </w:p>
        </w:tc>
        <w:tc>
          <w:tcPr>
            <w:tcW w:w="1987" w:type="dxa"/>
            <w:vAlign w:val="center"/>
          </w:tcPr>
          <w:p w:rsidR="00043C3B" w:rsidRDefault="004B4BFF">
            <w:r>
              <w:rPr>
                <w:sz w:val="11"/>
              </w:rPr>
              <w:t>Lynk Global, Inc.</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2025-01-24</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883 5100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Voxbone SA]</w:t>
            </w:r>
          </w:p>
        </w:tc>
        <w:tc>
          <w:tcPr>
            <w:tcW w:w="1987" w:type="dxa"/>
            <w:shd w:val="clear" w:color="auto" w:fill="F2F2F2"/>
            <w:vAlign w:val="center"/>
          </w:tcPr>
          <w:p w:rsidR="00043C3B" w:rsidRDefault="004B4BFF">
            <w:r>
              <w:rPr>
                <w:sz w:val="11"/>
              </w:rPr>
              <w:t>[Formerly Voxbone SA]</w:t>
            </w:r>
          </w:p>
        </w:tc>
        <w:tc>
          <w:tcPr>
            <w:tcW w:w="1123" w:type="dxa"/>
            <w:shd w:val="clear" w:color="auto" w:fill="F2F2F2"/>
            <w:vAlign w:val="center"/>
          </w:tcPr>
          <w:p w:rsidR="00043C3B" w:rsidRDefault="004B4BFF">
            <w:r>
              <w:rPr>
                <w:sz w:val="11"/>
              </w:rPr>
              <w:t>2007-05-08</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2007-06-13</w:t>
            </w:r>
          </w:p>
        </w:tc>
        <w:tc>
          <w:tcPr>
            <w:tcW w:w="1181" w:type="dxa"/>
            <w:shd w:val="clear" w:color="auto" w:fill="F2F2F2"/>
            <w:vAlign w:val="center"/>
          </w:tcPr>
          <w:p w:rsidR="00043C3B" w:rsidRDefault="004B4BFF">
            <w:r>
              <w:rPr>
                <w:sz w:val="11"/>
              </w:rPr>
              <w:t>2024-02-07</w:t>
            </w:r>
          </w:p>
        </w:tc>
      </w:tr>
      <w:tr w:rsidR="00043C3B">
        <w:trPr>
          <w:jc w:val="center"/>
        </w:trPr>
        <w:tc>
          <w:tcPr>
            <w:tcW w:w="1325" w:type="dxa"/>
            <w:shd w:val="clear" w:color="auto" w:fill="F2F2F2"/>
            <w:vAlign w:val="center"/>
          </w:tcPr>
          <w:p w:rsidR="00043C3B" w:rsidRDefault="004B4BFF">
            <w:r>
              <w:rPr>
                <w:sz w:val="11"/>
              </w:rPr>
              <w:t>883 5110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Bandwidth.com Inc]</w:t>
            </w:r>
          </w:p>
        </w:tc>
        <w:tc>
          <w:tcPr>
            <w:tcW w:w="1987" w:type="dxa"/>
            <w:shd w:val="clear" w:color="auto" w:fill="F2F2F2"/>
            <w:vAlign w:val="center"/>
          </w:tcPr>
          <w:p w:rsidR="00043C3B" w:rsidRDefault="004B4BFF">
            <w:r>
              <w:rPr>
                <w:sz w:val="11"/>
              </w:rPr>
              <w:t>[Formerly Bandwidth.com Inc]</w:t>
            </w:r>
          </w:p>
        </w:tc>
        <w:tc>
          <w:tcPr>
            <w:tcW w:w="1123" w:type="dxa"/>
            <w:shd w:val="clear" w:color="auto" w:fill="F2F2F2"/>
            <w:vAlign w:val="center"/>
          </w:tcPr>
          <w:p w:rsidR="00043C3B" w:rsidRDefault="004B4BFF">
            <w:r>
              <w:rPr>
                <w:sz w:val="11"/>
              </w:rPr>
              <w:t>2011-02-04</w:t>
            </w:r>
          </w:p>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2011-06-15</w:t>
            </w:r>
          </w:p>
        </w:tc>
        <w:tc>
          <w:tcPr>
            <w:tcW w:w="1181" w:type="dxa"/>
            <w:shd w:val="clear" w:color="auto" w:fill="F2F2F2"/>
            <w:vAlign w:val="center"/>
          </w:tcPr>
          <w:p w:rsidR="00043C3B" w:rsidRDefault="004B4BFF">
            <w:r>
              <w:rPr>
                <w:sz w:val="11"/>
              </w:rPr>
              <w:t>2024-02-07</w:t>
            </w:r>
          </w:p>
        </w:tc>
      </w:tr>
      <w:tr w:rsidR="00043C3B">
        <w:trPr>
          <w:jc w:val="center"/>
        </w:trPr>
        <w:tc>
          <w:tcPr>
            <w:tcW w:w="1325" w:type="dxa"/>
            <w:vAlign w:val="center"/>
          </w:tcPr>
          <w:p w:rsidR="00043C3B" w:rsidRDefault="004B4BFF">
            <w:r>
              <w:rPr>
                <w:sz w:val="11"/>
              </w:rPr>
              <w:t>883 5120</w:t>
            </w:r>
          </w:p>
        </w:tc>
        <w:tc>
          <w:tcPr>
            <w:tcW w:w="605" w:type="dxa"/>
            <w:vAlign w:val="center"/>
          </w:tcPr>
          <w:p w:rsidR="00043C3B" w:rsidRDefault="004B4BFF">
            <w:r>
              <w:rPr>
                <w:sz w:val="11"/>
              </w:rPr>
              <w:t>A</w:t>
            </w:r>
          </w:p>
        </w:tc>
        <w:tc>
          <w:tcPr>
            <w:tcW w:w="1987" w:type="dxa"/>
            <w:vAlign w:val="center"/>
          </w:tcPr>
          <w:p w:rsidR="00043C3B" w:rsidRDefault="004B4BFF">
            <w:r>
              <w:rPr>
                <w:sz w:val="11"/>
              </w:rPr>
              <w:t>MTX Connect Ltd</w:t>
            </w:r>
          </w:p>
        </w:tc>
        <w:tc>
          <w:tcPr>
            <w:tcW w:w="1987" w:type="dxa"/>
            <w:vAlign w:val="center"/>
          </w:tcPr>
          <w:p w:rsidR="00043C3B" w:rsidRDefault="004B4BFF">
            <w:r>
              <w:rPr>
                <w:sz w:val="11"/>
              </w:rPr>
              <w:t>MTX Connect Ltd</w:t>
            </w:r>
          </w:p>
        </w:tc>
        <w:tc>
          <w:tcPr>
            <w:tcW w:w="1123" w:type="dxa"/>
            <w:vAlign w:val="center"/>
          </w:tcPr>
          <w:p w:rsidR="00043C3B" w:rsidRDefault="004B4BFF">
            <w:r>
              <w:rPr>
                <w:sz w:val="11"/>
              </w:rPr>
              <w:t>2013-01-09</w:t>
            </w:r>
          </w:p>
        </w:tc>
        <w:tc>
          <w:tcPr>
            <w:tcW w:w="1181" w:type="dxa"/>
            <w:vAlign w:val="center"/>
          </w:tcPr>
          <w:p w:rsidR="00043C3B" w:rsidRDefault="004B4BFF">
            <w:r>
              <w:rPr>
                <w:sz w:val="11"/>
              </w:rPr>
              <w:t>2013-04-18</w:t>
            </w:r>
          </w:p>
        </w:tc>
        <w:tc>
          <w:tcPr>
            <w:tcW w:w="1037" w:type="dxa"/>
            <w:vAlign w:val="center"/>
          </w:tcPr>
          <w:p w:rsidR="00043C3B" w:rsidRDefault="004B4BFF">
            <w:r>
              <w:rPr>
                <w:sz w:val="11"/>
              </w:rPr>
              <w:t>2013-10-15</w:t>
            </w:r>
          </w:p>
        </w:tc>
        <w:tc>
          <w:tcPr>
            <w:tcW w:w="1037" w:type="dxa"/>
            <w:vAlign w:val="center"/>
          </w:tcPr>
          <w:p w:rsidR="00043C3B" w:rsidRDefault="004B4BFF">
            <w:r>
              <w:rPr>
                <w:sz w:val="11"/>
              </w:rPr>
              <w:t>2013-09-16</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883 5130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SIPME Ltd]</w:t>
            </w:r>
          </w:p>
        </w:tc>
        <w:tc>
          <w:tcPr>
            <w:tcW w:w="1987" w:type="dxa"/>
            <w:shd w:val="clear" w:color="auto" w:fill="F2F2F2"/>
            <w:vAlign w:val="center"/>
          </w:tcPr>
          <w:p w:rsidR="00043C3B" w:rsidRDefault="004B4BFF">
            <w:r>
              <w:rPr>
                <w:sz w:val="11"/>
              </w:rPr>
              <w:t>[Formerly SIPME Ltd]</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2013-09-16</w:t>
            </w:r>
          </w:p>
        </w:tc>
        <w:tc>
          <w:tcPr>
            <w:tcW w:w="1181" w:type="dxa"/>
            <w:shd w:val="clear" w:color="auto" w:fill="F2F2F2"/>
            <w:vAlign w:val="center"/>
          </w:tcPr>
          <w:p w:rsidR="00043C3B" w:rsidRDefault="004B4BFF">
            <w:r>
              <w:rPr>
                <w:sz w:val="11"/>
              </w:rPr>
              <w:t>2025-08-12</w:t>
            </w:r>
          </w:p>
        </w:tc>
      </w:tr>
      <w:tr w:rsidR="00043C3B">
        <w:trPr>
          <w:jc w:val="center"/>
        </w:trPr>
        <w:tc>
          <w:tcPr>
            <w:tcW w:w="1325" w:type="dxa"/>
            <w:shd w:val="clear" w:color="auto" w:fill="F2F2F2"/>
            <w:vAlign w:val="center"/>
          </w:tcPr>
          <w:p w:rsidR="00043C3B" w:rsidRDefault="004B4BFF">
            <w:r>
              <w:rPr>
                <w:sz w:val="11"/>
              </w:rPr>
              <w:t>883 5140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Ellipsat Inc]</w:t>
            </w:r>
          </w:p>
        </w:tc>
        <w:tc>
          <w:tcPr>
            <w:tcW w:w="1987" w:type="dxa"/>
            <w:shd w:val="clear" w:color="auto" w:fill="F2F2F2"/>
            <w:vAlign w:val="center"/>
          </w:tcPr>
          <w:p w:rsidR="00043C3B" w:rsidRDefault="004B4BFF">
            <w:r>
              <w:rPr>
                <w:sz w:val="11"/>
              </w:rPr>
              <w:t>[Formerly Ellipsat Inc]</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2014-04-15</w:t>
            </w:r>
          </w:p>
        </w:tc>
        <w:tc>
          <w:tcPr>
            <w:tcW w:w="1181" w:type="dxa"/>
            <w:shd w:val="clear" w:color="auto" w:fill="F2F2F2"/>
            <w:vAlign w:val="center"/>
          </w:tcPr>
          <w:p w:rsidR="00043C3B" w:rsidRDefault="004B4BFF">
            <w:r>
              <w:rPr>
                <w:sz w:val="11"/>
              </w:rPr>
              <w:t>2025-08-12</w:t>
            </w:r>
          </w:p>
        </w:tc>
      </w:tr>
      <w:tr w:rsidR="00043C3B">
        <w:trPr>
          <w:jc w:val="center"/>
        </w:trPr>
        <w:tc>
          <w:tcPr>
            <w:tcW w:w="1325" w:type="dxa"/>
            <w:shd w:val="clear" w:color="auto" w:fill="F2F2F2"/>
            <w:vAlign w:val="center"/>
          </w:tcPr>
          <w:p w:rsidR="00043C3B" w:rsidRDefault="004B4BFF">
            <w:r>
              <w:rPr>
                <w:sz w:val="11"/>
              </w:rPr>
              <w:t>883 5150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Wins Limited]</w:t>
            </w:r>
          </w:p>
        </w:tc>
        <w:tc>
          <w:tcPr>
            <w:tcW w:w="1987" w:type="dxa"/>
            <w:shd w:val="clear" w:color="auto" w:fill="F2F2F2"/>
            <w:vAlign w:val="center"/>
          </w:tcPr>
          <w:p w:rsidR="00043C3B" w:rsidRDefault="004B4BFF">
            <w:r>
              <w:rPr>
                <w:sz w:val="11"/>
              </w:rPr>
              <w:t>[Formerly Wins Limited]</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2014-06-20</w:t>
            </w:r>
          </w:p>
        </w:tc>
        <w:tc>
          <w:tcPr>
            <w:tcW w:w="1181" w:type="dxa"/>
            <w:shd w:val="clear" w:color="auto" w:fill="F2F2F2"/>
            <w:vAlign w:val="center"/>
          </w:tcPr>
          <w:p w:rsidR="00043C3B" w:rsidRDefault="004B4BFF">
            <w:r>
              <w:rPr>
                <w:sz w:val="11"/>
              </w:rPr>
              <w:t>2025-08-12</w:t>
            </w:r>
          </w:p>
        </w:tc>
      </w:tr>
      <w:tr w:rsidR="00043C3B">
        <w:trPr>
          <w:jc w:val="center"/>
        </w:trPr>
        <w:tc>
          <w:tcPr>
            <w:tcW w:w="1325" w:type="dxa"/>
            <w:shd w:val="clear" w:color="auto" w:fill="F2F2F2"/>
            <w:vAlign w:val="center"/>
          </w:tcPr>
          <w:p w:rsidR="00043C3B" w:rsidRDefault="004B4BFF">
            <w:r>
              <w:rPr>
                <w:sz w:val="11"/>
              </w:rPr>
              <w:t>883 5160</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Tel2tel kft.]</w:t>
            </w:r>
          </w:p>
        </w:tc>
        <w:tc>
          <w:tcPr>
            <w:tcW w:w="1987" w:type="dxa"/>
            <w:shd w:val="clear" w:color="auto" w:fill="F2F2F2"/>
            <w:vAlign w:val="center"/>
          </w:tcPr>
          <w:p w:rsidR="00043C3B" w:rsidRDefault="004B4BFF">
            <w:r>
              <w:rPr>
                <w:sz w:val="11"/>
              </w:rPr>
              <w:t>[Formerly Tel2tel kft.]</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2016-04-08</w:t>
            </w:r>
          </w:p>
        </w:tc>
        <w:tc>
          <w:tcPr>
            <w:tcW w:w="1181" w:type="dxa"/>
            <w:shd w:val="clear" w:color="auto" w:fill="F2F2F2"/>
            <w:vAlign w:val="center"/>
          </w:tcPr>
          <w:p w:rsidR="00043C3B" w:rsidRDefault="004B4BFF">
            <w:r>
              <w:rPr>
                <w:sz w:val="11"/>
              </w:rPr>
              <w:t>2025-08-12</w:t>
            </w:r>
          </w:p>
        </w:tc>
      </w:tr>
      <w:tr w:rsidR="00043C3B">
        <w:trPr>
          <w:jc w:val="center"/>
        </w:trPr>
        <w:tc>
          <w:tcPr>
            <w:tcW w:w="1325" w:type="dxa"/>
            <w:vAlign w:val="center"/>
          </w:tcPr>
          <w:p w:rsidR="00043C3B" w:rsidRDefault="004B4BFF">
            <w:r>
              <w:rPr>
                <w:sz w:val="11"/>
              </w:rPr>
              <w:t>883 5170</w:t>
            </w:r>
          </w:p>
        </w:tc>
        <w:tc>
          <w:tcPr>
            <w:tcW w:w="605" w:type="dxa"/>
            <w:vAlign w:val="center"/>
          </w:tcPr>
          <w:p w:rsidR="00043C3B" w:rsidRDefault="004B4BFF">
            <w:r>
              <w:rPr>
                <w:sz w:val="11"/>
              </w:rPr>
              <w:t>A</w:t>
            </w:r>
          </w:p>
        </w:tc>
        <w:tc>
          <w:tcPr>
            <w:tcW w:w="1987" w:type="dxa"/>
            <w:vAlign w:val="center"/>
          </w:tcPr>
          <w:p w:rsidR="00043C3B" w:rsidRDefault="004B4BFF">
            <w:r>
              <w:rPr>
                <w:sz w:val="11"/>
              </w:rPr>
              <w:t>DIDWW</w:t>
            </w:r>
          </w:p>
        </w:tc>
        <w:tc>
          <w:tcPr>
            <w:tcW w:w="1987" w:type="dxa"/>
            <w:vAlign w:val="center"/>
          </w:tcPr>
          <w:p w:rsidR="00043C3B" w:rsidRDefault="004B4BFF">
            <w:r>
              <w:rPr>
                <w:sz w:val="11"/>
              </w:rPr>
              <w:t>DIDWW</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2019-05-08</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883 5180</w:t>
            </w:r>
          </w:p>
        </w:tc>
        <w:tc>
          <w:tcPr>
            <w:tcW w:w="605" w:type="dxa"/>
            <w:vAlign w:val="center"/>
          </w:tcPr>
          <w:p w:rsidR="00043C3B" w:rsidRDefault="004B4BFF">
            <w:r>
              <w:rPr>
                <w:sz w:val="11"/>
              </w:rPr>
              <w:t>A</w:t>
            </w:r>
          </w:p>
        </w:tc>
        <w:tc>
          <w:tcPr>
            <w:tcW w:w="1987" w:type="dxa"/>
            <w:vAlign w:val="center"/>
          </w:tcPr>
          <w:p w:rsidR="00043C3B" w:rsidRDefault="004B4BFF">
            <w:r>
              <w:rPr>
                <w:sz w:val="11"/>
              </w:rPr>
              <w:t>Legos</w:t>
            </w:r>
          </w:p>
        </w:tc>
        <w:tc>
          <w:tcPr>
            <w:tcW w:w="1987" w:type="dxa"/>
            <w:vAlign w:val="center"/>
          </w:tcPr>
          <w:p w:rsidR="00043C3B" w:rsidRDefault="004B4BFF">
            <w:r>
              <w:rPr>
                <w:sz w:val="11"/>
              </w:rPr>
              <w:t>Legos</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2019-12-09</w:t>
            </w:r>
          </w:p>
        </w:tc>
        <w:tc>
          <w:tcPr>
            <w:tcW w:w="1181" w:type="dxa"/>
            <w:vAlign w:val="center"/>
          </w:tcPr>
          <w:p w:rsidR="00043C3B" w:rsidRDefault="00043C3B"/>
        </w:tc>
      </w:tr>
      <w:tr w:rsidR="00043C3B">
        <w:trPr>
          <w:jc w:val="center"/>
        </w:trPr>
        <w:tc>
          <w:tcPr>
            <w:tcW w:w="1325" w:type="dxa"/>
            <w:vAlign w:val="center"/>
          </w:tcPr>
          <w:p w:rsidR="00043C3B" w:rsidRDefault="004B4BFF">
            <w:r>
              <w:rPr>
                <w:sz w:val="11"/>
              </w:rPr>
              <w:t>883 5190</w:t>
            </w:r>
          </w:p>
        </w:tc>
        <w:tc>
          <w:tcPr>
            <w:tcW w:w="605" w:type="dxa"/>
            <w:vAlign w:val="center"/>
          </w:tcPr>
          <w:p w:rsidR="00043C3B" w:rsidRDefault="004B4BFF">
            <w:r>
              <w:rPr>
                <w:sz w:val="11"/>
              </w:rPr>
              <w:t>A</w:t>
            </w:r>
          </w:p>
        </w:tc>
        <w:tc>
          <w:tcPr>
            <w:tcW w:w="1987" w:type="dxa"/>
            <w:vAlign w:val="center"/>
          </w:tcPr>
          <w:p w:rsidR="00043C3B" w:rsidRDefault="004B4BFF">
            <w:r>
              <w:rPr>
                <w:sz w:val="11"/>
              </w:rPr>
              <w:t>Nokia Corporation</w:t>
            </w:r>
          </w:p>
        </w:tc>
        <w:tc>
          <w:tcPr>
            <w:tcW w:w="1987" w:type="dxa"/>
            <w:vAlign w:val="center"/>
          </w:tcPr>
          <w:p w:rsidR="00043C3B" w:rsidRDefault="004B4BFF">
            <w:r>
              <w:rPr>
                <w:sz w:val="11"/>
              </w:rPr>
              <w:t>Nokia Corporation</w:t>
            </w:r>
          </w:p>
        </w:tc>
        <w:tc>
          <w:tcPr>
            <w:tcW w:w="1123" w:type="dxa"/>
            <w:vAlign w:val="center"/>
          </w:tcPr>
          <w:p w:rsidR="00043C3B" w:rsidRDefault="00043C3B"/>
        </w:tc>
        <w:tc>
          <w:tcPr>
            <w:tcW w:w="1181" w:type="dxa"/>
            <w:vAlign w:val="center"/>
          </w:tcPr>
          <w:p w:rsidR="00043C3B" w:rsidRDefault="00043C3B"/>
        </w:tc>
        <w:tc>
          <w:tcPr>
            <w:tcW w:w="1037" w:type="dxa"/>
            <w:vAlign w:val="center"/>
          </w:tcPr>
          <w:p w:rsidR="00043C3B" w:rsidRDefault="00043C3B"/>
        </w:tc>
        <w:tc>
          <w:tcPr>
            <w:tcW w:w="1037" w:type="dxa"/>
            <w:vAlign w:val="center"/>
          </w:tcPr>
          <w:p w:rsidR="00043C3B" w:rsidRDefault="004B4BFF">
            <w:r>
              <w:rPr>
                <w:sz w:val="11"/>
              </w:rPr>
              <w:t>2021-04-06</w:t>
            </w:r>
          </w:p>
        </w:tc>
        <w:tc>
          <w:tcPr>
            <w:tcW w:w="1181" w:type="dxa"/>
            <w:vAlign w:val="center"/>
          </w:tcPr>
          <w:p w:rsidR="00043C3B" w:rsidRDefault="00043C3B"/>
        </w:tc>
      </w:tr>
      <w:tr w:rsidR="00043C3B">
        <w:trPr>
          <w:jc w:val="center"/>
        </w:trPr>
        <w:tc>
          <w:tcPr>
            <w:tcW w:w="1325" w:type="dxa"/>
            <w:shd w:val="clear" w:color="auto" w:fill="F2F2F2"/>
            <w:vAlign w:val="center"/>
          </w:tcPr>
          <w:p w:rsidR="00043C3B" w:rsidRDefault="004B4BFF">
            <w:r>
              <w:rPr>
                <w:sz w:val="11"/>
              </w:rPr>
              <w:t>991 001</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World's Global Telecom]</w:t>
            </w:r>
          </w:p>
        </w:tc>
        <w:tc>
          <w:tcPr>
            <w:tcW w:w="1987" w:type="dxa"/>
            <w:shd w:val="clear" w:color="auto" w:fill="F2F2F2"/>
            <w:vAlign w:val="center"/>
          </w:tcPr>
          <w:p w:rsidR="00043C3B" w:rsidRDefault="004B4BFF">
            <w:r>
              <w:rPr>
                <w:sz w:val="11"/>
              </w:rPr>
              <w:t>[Formerly World's Global Telecom]</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2019-01-15</w:t>
            </w:r>
          </w:p>
        </w:tc>
        <w:tc>
          <w:tcPr>
            <w:tcW w:w="1181" w:type="dxa"/>
            <w:shd w:val="clear" w:color="auto" w:fill="F2F2F2"/>
            <w:vAlign w:val="center"/>
          </w:tcPr>
          <w:p w:rsidR="00043C3B" w:rsidRDefault="004B4BFF">
            <w:r>
              <w:rPr>
                <w:sz w:val="11"/>
              </w:rPr>
              <w:t>2021-01-15</w:t>
            </w:r>
          </w:p>
        </w:tc>
      </w:tr>
      <w:tr w:rsidR="00043C3B">
        <w:trPr>
          <w:jc w:val="center"/>
        </w:trPr>
        <w:tc>
          <w:tcPr>
            <w:tcW w:w="1325" w:type="dxa"/>
            <w:shd w:val="clear" w:color="auto" w:fill="F2F2F2"/>
            <w:vAlign w:val="center"/>
          </w:tcPr>
          <w:p w:rsidR="00043C3B" w:rsidRDefault="004B4BFF">
            <w:r>
              <w:rPr>
                <w:sz w:val="11"/>
              </w:rPr>
              <w:t>991 001</w:t>
            </w:r>
          </w:p>
        </w:tc>
        <w:tc>
          <w:tcPr>
            <w:tcW w:w="605" w:type="dxa"/>
            <w:shd w:val="clear" w:color="auto" w:fill="F2F2F2"/>
            <w:vAlign w:val="center"/>
          </w:tcPr>
          <w:p w:rsidR="00043C3B" w:rsidRDefault="004B4BFF">
            <w:r>
              <w:rPr>
                <w:sz w:val="11"/>
              </w:rPr>
              <w:t>CRS</w:t>
            </w:r>
          </w:p>
        </w:tc>
        <w:tc>
          <w:tcPr>
            <w:tcW w:w="1987" w:type="dxa"/>
            <w:shd w:val="clear" w:color="auto" w:fill="F2F2F2"/>
            <w:vAlign w:val="center"/>
          </w:tcPr>
          <w:p w:rsidR="00043C3B" w:rsidRDefault="004B4BFF">
            <w:r>
              <w:rPr>
                <w:sz w:val="11"/>
              </w:rPr>
              <w:t>[Formerly NeuStar]</w:t>
            </w:r>
          </w:p>
        </w:tc>
        <w:tc>
          <w:tcPr>
            <w:tcW w:w="1987" w:type="dxa"/>
            <w:shd w:val="clear" w:color="auto" w:fill="F2F2F2"/>
            <w:vAlign w:val="center"/>
          </w:tcPr>
          <w:p w:rsidR="00043C3B" w:rsidRDefault="004B4BFF">
            <w:r>
              <w:rPr>
                <w:sz w:val="11"/>
              </w:rPr>
              <w:t>[Formerly NeuStar for ENUM trials]</w:t>
            </w:r>
          </w:p>
        </w:tc>
        <w:tc>
          <w:tcPr>
            <w:tcW w:w="1123" w:type="dxa"/>
            <w:shd w:val="clear" w:color="auto" w:fill="F2F2F2"/>
            <w:vAlign w:val="center"/>
          </w:tcPr>
          <w:p w:rsidR="00043C3B" w:rsidRDefault="00043C3B"/>
        </w:tc>
        <w:tc>
          <w:tcPr>
            <w:tcW w:w="1181" w:type="dxa"/>
            <w:shd w:val="clear" w:color="auto" w:fill="F2F2F2"/>
            <w:vAlign w:val="center"/>
          </w:tcPr>
          <w:p w:rsidR="00043C3B" w:rsidRDefault="00043C3B"/>
        </w:tc>
        <w:tc>
          <w:tcPr>
            <w:tcW w:w="1037" w:type="dxa"/>
            <w:shd w:val="clear" w:color="auto" w:fill="F2F2F2"/>
            <w:vAlign w:val="center"/>
          </w:tcPr>
          <w:p w:rsidR="00043C3B" w:rsidRDefault="00043C3B"/>
        </w:tc>
        <w:tc>
          <w:tcPr>
            <w:tcW w:w="1037" w:type="dxa"/>
            <w:shd w:val="clear" w:color="auto" w:fill="F2F2F2"/>
            <w:vAlign w:val="center"/>
          </w:tcPr>
          <w:p w:rsidR="00043C3B" w:rsidRDefault="004B4BFF">
            <w:r>
              <w:rPr>
                <w:sz w:val="11"/>
              </w:rPr>
              <w:t>2001-02-15</w:t>
            </w:r>
          </w:p>
        </w:tc>
        <w:tc>
          <w:tcPr>
            <w:tcW w:w="1181" w:type="dxa"/>
            <w:shd w:val="clear" w:color="auto" w:fill="F2F2F2"/>
            <w:vAlign w:val="center"/>
          </w:tcPr>
          <w:p w:rsidR="00043C3B" w:rsidRDefault="004B4BFF">
            <w:r>
              <w:rPr>
                <w:sz w:val="11"/>
              </w:rPr>
              <w:t>2004-06-01</w:t>
            </w:r>
          </w:p>
        </w:tc>
      </w:tr>
    </w:tbl>
    <w:p w:rsidR="00B200A9" w:rsidRDefault="004B4BFF" w:rsidP="007512DB">
      <w:pPr>
        <w:spacing w:before="100"/>
      </w:pPr>
      <w:r>
        <w:rPr>
          <w:b/>
        </w:rPr>
        <w:t xml:space="preserve">Giải thích trạng thái theo báo cáo ITU: </w:t>
      </w:r>
      <w:r>
        <w:t>A = assigned (đã phân bổ); R = reserved (dự trữ); REC = code reclaimed (mã bị thu hồi); CRS = code returned – spare (mã đã trả lại, đưa về trạng thái dự phòng).</w:t>
      </w:r>
      <w:r w:rsidR="007512DB">
        <w:t xml:space="preserve"> </w:t>
      </w:r>
    </w:p>
    <w:p w:rsidR="00B200A9" w:rsidRDefault="004B4BFF" w:rsidP="007512DB">
      <w:pPr>
        <w:spacing w:before="100"/>
      </w:pPr>
      <w:r>
        <w:rPr>
          <w:b/>
        </w:rPr>
        <w:t xml:space="preserve">Lưu ý sử dụng: </w:t>
      </w:r>
      <w:r>
        <w:t>Đây là bản chép dữ liệu của báo cáo tại thời điểm tạo, không phải xác nhận trạng thái hiện hành sau thời điểm đó. Trước khi sử dụng trong định tuyến, đối soát hoặc tham mưu nghiệp vụ, cần kiểm tra lại cơ sở dữ liệu ITU-T mới nhất.</w:t>
      </w:r>
      <w:r w:rsidR="007512DB">
        <w:t xml:space="preserve"> </w:t>
      </w:r>
      <w:bookmarkStart w:id="0" w:name="_GoBack"/>
      <w:bookmarkEnd w:id="0"/>
    </w:p>
    <w:p w:rsidR="00043C3B" w:rsidRDefault="004B4BFF" w:rsidP="007512DB">
      <w:pPr>
        <w:spacing w:before="100"/>
      </w:pPr>
      <w:r>
        <w:rPr>
          <w:b/>
        </w:rPr>
        <w:t xml:space="preserve">Nguồn: </w:t>
      </w:r>
      <w:r>
        <w:t>https://www.itu.int/net/itu-t/inrdb/e164_intlsharedcc.aspx</w:t>
      </w:r>
    </w:p>
    <w:sectPr w:rsidR="00043C3B" w:rsidSect="00034616">
      <w:pgSz w:w="12240" w:h="15840" w:orient="landscape"/>
      <w:pgMar w:top="648" w:right="504" w:bottom="648"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3C3B"/>
    <w:rsid w:val="0006063C"/>
    <w:rsid w:val="0015074B"/>
    <w:rsid w:val="0029639D"/>
    <w:rsid w:val="00326F90"/>
    <w:rsid w:val="004B4BFF"/>
    <w:rsid w:val="007512DB"/>
    <w:rsid w:val="00AA1D8D"/>
    <w:rsid w:val="00B200A9"/>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7D4A76"/>
  <w14:defaultImageDpi w14:val="300"/>
  <w15:docId w15:val="{974A361E-21D8-47AC-875E-1816ED35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npa.com/reports/npa-reports" TargetMode="External"/><Relationship Id="rId3" Type="http://schemas.openxmlformats.org/officeDocument/2006/relationships/styles" Target="styles.xml"/><Relationship Id="rId7" Type="http://schemas.openxmlformats.org/officeDocument/2006/relationships/hyperlink" Target="https://nanpa.com/resources/area-code-map/territori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tu.int/ITU-T/inr/nnp/index.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CE34A-42F4-460D-8AF1-49DE95B86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4739</Words>
  <Characters>27014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Dong</cp:lastModifiedBy>
  <cp:revision>4</cp:revision>
  <dcterms:created xsi:type="dcterms:W3CDTF">2013-12-23T23:15:00Z</dcterms:created>
  <dcterms:modified xsi:type="dcterms:W3CDTF">2026-10-12T09:33:00Z</dcterms:modified>
  <cp:category/>
</cp:coreProperties>
</file>